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4B903" w14:textId="77777777" w:rsidR="007947FA" w:rsidRDefault="00D47500" w:rsidP="00E8589F">
      <w:pPr>
        <w:spacing w:line="276" w:lineRule="auto"/>
        <w:jc w:val="center"/>
      </w:pPr>
      <w:r>
        <w:rPr>
          <w:b/>
        </w:rPr>
        <w:t>PROIECTAREA PE UNITĂȚI DE ÎNVĂȚARE</w:t>
      </w:r>
    </w:p>
    <w:p w14:paraId="459A7591" w14:textId="62AC9E89" w:rsidR="007947FA" w:rsidRDefault="00F26DAA" w:rsidP="00E8589F">
      <w:pPr>
        <w:spacing w:line="276" w:lineRule="auto"/>
        <w:jc w:val="center"/>
      </w:pPr>
      <w:r>
        <w:rPr>
          <w:b/>
        </w:rPr>
        <w:t>Chimie – c</w:t>
      </w:r>
      <w:r w:rsidR="00D47500">
        <w:rPr>
          <w:b/>
        </w:rPr>
        <w:t xml:space="preserve">lasa a IX-a – filiera teoretică, profil real, specializarea </w:t>
      </w:r>
      <w:r w:rsidR="00CC0582">
        <w:rPr>
          <w:b/>
        </w:rPr>
        <w:t>Științe ale naturii</w:t>
      </w:r>
      <w:r w:rsidR="00D47500">
        <w:rPr>
          <w:b/>
        </w:rPr>
        <w:t xml:space="preserve"> (TC+CS)</w:t>
      </w:r>
    </w:p>
    <w:p w14:paraId="519D0E79" w14:textId="6487F5F1" w:rsidR="007947FA" w:rsidRDefault="00D47500" w:rsidP="00E8589F">
      <w:pPr>
        <w:spacing w:line="276" w:lineRule="auto"/>
        <w:jc w:val="center"/>
      </w:pPr>
      <w:r>
        <w:rPr>
          <w:b/>
        </w:rPr>
        <w:t xml:space="preserve">An școlar 2026-2027 – </w:t>
      </w:r>
      <w:r w:rsidR="00CC0582">
        <w:rPr>
          <w:b/>
        </w:rPr>
        <w:t>3</w:t>
      </w:r>
      <w:r>
        <w:rPr>
          <w:b/>
        </w:rPr>
        <w:t xml:space="preserve"> ore/săptămână (1 oră TC + </w:t>
      </w:r>
      <w:r w:rsidR="00CC0582">
        <w:rPr>
          <w:b/>
        </w:rPr>
        <w:t>2</w:t>
      </w:r>
      <w:r>
        <w:rPr>
          <w:b/>
        </w:rPr>
        <w:t xml:space="preserve"> or</w:t>
      </w:r>
      <w:r w:rsidR="00CC0582">
        <w:rPr>
          <w:b/>
        </w:rPr>
        <w:t>e</w:t>
      </w:r>
      <w:r>
        <w:rPr>
          <w:b/>
        </w:rPr>
        <w:t xml:space="preserve"> CS)</w:t>
      </w:r>
    </w:p>
    <w:p w14:paraId="114106C9" w14:textId="77777777" w:rsidR="007947FA" w:rsidRDefault="007947FA" w:rsidP="00E8589F">
      <w:pPr>
        <w:spacing w:line="276" w:lineRule="auto"/>
      </w:pPr>
    </w:p>
    <w:p w14:paraId="06AE03CC" w14:textId="77777777" w:rsidR="007947FA" w:rsidRDefault="00D47500" w:rsidP="00E8589F">
      <w:pPr>
        <w:spacing w:line="276" w:lineRule="auto"/>
      </w:pPr>
      <w:r>
        <w:rPr>
          <w:b/>
        </w:rPr>
        <w:t>Unitatea 1. Clasificarea reacțiilor chimice în chimia anorganică</w:t>
      </w:r>
    </w:p>
    <w:p w14:paraId="5CD4541E" w14:textId="376F85D8" w:rsidR="007947FA" w:rsidRDefault="00D47500" w:rsidP="00E8589F">
      <w:pPr>
        <w:spacing w:line="276" w:lineRule="auto"/>
      </w:pPr>
      <w:r>
        <w:t xml:space="preserve">Nr. ore alocate: </w:t>
      </w:r>
      <w:r w:rsidR="00CC0582">
        <w:t>9</w:t>
      </w:r>
      <w:r>
        <w:t xml:space="preserve"> ore</w:t>
      </w:r>
    </w:p>
    <w:tbl>
      <w:tblPr>
        <w:tblStyle w:val="TableGrid"/>
        <w:tblW w:w="153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9"/>
        <w:gridCol w:w="1702"/>
        <w:gridCol w:w="5338"/>
        <w:gridCol w:w="4332"/>
        <w:gridCol w:w="1934"/>
      </w:tblGrid>
      <w:tr w:rsidR="007947FA" w14:paraId="1D74C003" w14:textId="77777777" w:rsidTr="00D47500">
        <w:trPr>
          <w:trHeight w:val="261"/>
          <w:tblHeader/>
          <w:jc w:val="center"/>
        </w:trPr>
        <w:tc>
          <w:tcPr>
            <w:tcW w:w="2089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ABE6C7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Conținuturi</w:t>
            </w:r>
          </w:p>
          <w:p w14:paraId="55C13F00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detaliate</w:t>
            </w:r>
          </w:p>
        </w:tc>
        <w:tc>
          <w:tcPr>
            <w:tcW w:w="1702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9AD39D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Competențe</w:t>
            </w:r>
          </w:p>
          <w:p w14:paraId="5BB52E76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specifice</w:t>
            </w:r>
          </w:p>
        </w:tc>
        <w:tc>
          <w:tcPr>
            <w:tcW w:w="5338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C44B98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Activități de învățare</w:t>
            </w:r>
          </w:p>
        </w:tc>
        <w:tc>
          <w:tcPr>
            <w:tcW w:w="4332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94E12F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Resurse</w:t>
            </w:r>
          </w:p>
        </w:tc>
        <w:tc>
          <w:tcPr>
            <w:tcW w:w="1934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8F8F2F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Evaluare</w:t>
            </w:r>
          </w:p>
        </w:tc>
      </w:tr>
      <w:tr w:rsidR="007947FA" w:rsidRPr="00ED4525" w14:paraId="4482BB26" w14:textId="77777777" w:rsidTr="00D47500">
        <w:trPr>
          <w:trHeight w:val="1551"/>
          <w:jc w:val="center"/>
        </w:trPr>
        <w:tc>
          <w:tcPr>
            <w:tcW w:w="208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2F706F0" w14:textId="77777777" w:rsidR="007947FA" w:rsidRDefault="00D47500" w:rsidP="00E8589F">
            <w:pPr>
              <w:spacing w:line="276" w:lineRule="auto"/>
            </w:pPr>
            <w:r>
              <w:t>1.1 Clasificarea reacțiilor chimice în chimia anorganică</w:t>
            </w:r>
          </w:p>
        </w:tc>
        <w:tc>
          <w:tcPr>
            <w:tcW w:w="17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9D1E27A" w14:textId="77777777" w:rsidR="007947FA" w:rsidRDefault="00D47500" w:rsidP="00E8589F">
            <w:pPr>
              <w:spacing w:line="276" w:lineRule="auto"/>
              <w:jc w:val="center"/>
            </w:pPr>
            <w:r>
              <w:t>1.1, 1.2, 2.1,</w:t>
            </w:r>
          </w:p>
          <w:p w14:paraId="03EA527E" w14:textId="77777777" w:rsidR="007947FA" w:rsidRDefault="00D47500" w:rsidP="00E8589F">
            <w:pPr>
              <w:spacing w:line="276" w:lineRule="auto"/>
              <w:jc w:val="center"/>
            </w:pPr>
            <w:r>
              <w:t>3.1, 4.1, 5.1,</w:t>
            </w:r>
          </w:p>
          <w:p w14:paraId="4F6B5C1A" w14:textId="77777777" w:rsidR="007947FA" w:rsidRDefault="00D47500" w:rsidP="00E8589F">
            <w:pPr>
              <w:spacing w:line="276" w:lineRule="auto"/>
              <w:jc w:val="center"/>
            </w:pPr>
            <w:r>
              <w:t>6.1, 6.3</w:t>
            </w:r>
          </w:p>
        </w:tc>
        <w:tc>
          <w:tcPr>
            <w:tcW w:w="533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4B9315A" w14:textId="77777777" w:rsidR="007947FA" w:rsidRDefault="00D47500" w:rsidP="00E8589F">
            <w:pPr>
              <w:spacing w:line="276" w:lineRule="auto"/>
            </w:pPr>
            <w:r>
              <w:t>- observarea transformărilor din cadrul unor procese chimice și identificarea reactanților și produșilor de reacție;</w:t>
            </w:r>
          </w:p>
          <w:p w14:paraId="3CEAEF56" w14:textId="77777777" w:rsidR="007947FA" w:rsidRDefault="00D47500" w:rsidP="00E8589F">
            <w:pPr>
              <w:spacing w:line="276" w:lineRule="auto"/>
            </w:pPr>
            <w:r>
              <w:t>- clasificarea reacțiilor de combinare, descompunere, substituție și schimb și identificarea criteriilor: efect termic, viteză, sens de desfășurare, modificarea numărului de oxidare;</w:t>
            </w:r>
          </w:p>
          <w:p w14:paraId="134F47CE" w14:textId="77777777" w:rsidR="00B26BB8" w:rsidRPr="00B26BB8" w:rsidRDefault="00B26BB8" w:rsidP="00E858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26BB8">
              <w:rPr>
                <w:rFonts w:ascii="Arial" w:hAnsi="Arial" w:cs="Arial"/>
                <w:sz w:val="22"/>
                <w:szCs w:val="22"/>
              </w:rPr>
              <w:t xml:space="preserve">- utilizarea simulărilor digitale, în echipă, pentru a observa diferențe între reacții lente/ rapide, exoterme/ endoterme, reversibile/ ireversibile; </w:t>
            </w:r>
          </w:p>
          <w:p w14:paraId="63825FB5" w14:textId="77777777" w:rsidR="00B26BB8" w:rsidRPr="00B26BB8" w:rsidRDefault="00B26BB8" w:rsidP="00E858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26BB8">
              <w:rPr>
                <w:rFonts w:ascii="Arial" w:hAnsi="Arial" w:cs="Arial"/>
                <w:sz w:val="22"/>
                <w:szCs w:val="22"/>
              </w:rPr>
              <w:t xml:space="preserve">- analizarea comparativă a condițiilor în care au loc unele reacții lente/ rapide, exoterme/ endoterme, reversibile/ ireversibile, într-o activitate pe grupe; </w:t>
            </w:r>
          </w:p>
          <w:p w14:paraId="0ACABA58" w14:textId="2D911D30" w:rsidR="00B26BB8" w:rsidRPr="00F26DAA" w:rsidRDefault="00B26BB8" w:rsidP="00E8589F">
            <w:pPr>
              <w:spacing w:line="276" w:lineRule="auto"/>
              <w:rPr>
                <w:lang w:val="ro-RO"/>
              </w:rPr>
            </w:pPr>
            <w:r w:rsidRPr="00F26DAA">
              <w:rPr>
                <w:i/>
                <w:iCs/>
                <w:lang w:val="ro-RO"/>
              </w:rPr>
              <w:t xml:space="preserve">- </w:t>
            </w:r>
            <w:r w:rsidRPr="00F26DAA">
              <w:rPr>
                <w:lang w:val="ro-RO"/>
              </w:rPr>
              <w:t>realizarea unei activități în echipă: „Descrierea unei reacții chimice” cu întrebări legate de caracteristicile acesteia (de exemplu: reacția dintre acidul clorhidric și hidroxidul de sodiu/ descompunerea peroxidului de hidrogen/ oxidarea fierului);</w:t>
            </w:r>
            <w:r w:rsidRPr="00F26DAA">
              <w:rPr>
                <w:i/>
                <w:iCs/>
                <w:lang w:val="ro-RO"/>
              </w:rPr>
              <w:t xml:space="preserve"> </w:t>
            </w:r>
          </w:p>
          <w:p w14:paraId="1BEC7C74" w14:textId="3A33D7AF" w:rsidR="007947FA" w:rsidRPr="00F26DAA" w:rsidRDefault="00D7148A" w:rsidP="00E8589F">
            <w:pPr>
              <w:spacing w:line="276" w:lineRule="auto"/>
              <w:rPr>
                <w:lang w:val="ro-RO"/>
              </w:rPr>
            </w:pPr>
            <w:r w:rsidRPr="00F26DAA">
              <w:rPr>
                <w:lang w:val="ro-RO"/>
              </w:rPr>
              <w:t>- aplicarea algoritmilor specifici pentru rezolvarea unor probleme de calcul stoechiometric folosind puritatea substanțelor, pentru reacția de descompunere a unui carbonat/ azotat, într-o activitate frontală;</w:t>
            </w:r>
          </w:p>
        </w:tc>
        <w:tc>
          <w:tcPr>
            <w:tcW w:w="433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F932297" w14:textId="77777777" w:rsidR="00904331" w:rsidRPr="00F26DAA" w:rsidRDefault="00904331" w:rsidP="00E8589F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26DAA">
              <w:rPr>
                <w:rFonts w:cs="Arial"/>
                <w:bCs/>
                <w:lang w:val="fr-FR"/>
              </w:rPr>
              <w:t>- activitate frontală</w:t>
            </w:r>
          </w:p>
          <w:p w14:paraId="3AA2BE97" w14:textId="77777777" w:rsidR="00904331" w:rsidRPr="00F26DAA" w:rsidRDefault="00904331" w:rsidP="00E8589F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26DAA">
              <w:rPr>
                <w:rFonts w:cs="Arial"/>
                <w:bCs/>
                <w:lang w:val="fr-FR"/>
              </w:rPr>
              <w:t>- activitate în echipă</w:t>
            </w:r>
          </w:p>
          <w:p w14:paraId="1076887E" w14:textId="77777777" w:rsidR="00904331" w:rsidRPr="00F26DAA" w:rsidRDefault="00904331" w:rsidP="00E8589F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26DAA">
              <w:rPr>
                <w:rFonts w:cs="Arial"/>
                <w:bCs/>
                <w:lang w:val="fr-FR"/>
              </w:rPr>
              <w:t>- conversaţie euristică</w:t>
            </w:r>
          </w:p>
          <w:p w14:paraId="2E5EF0E3" w14:textId="77777777" w:rsidR="00904331" w:rsidRPr="00F26DAA" w:rsidRDefault="00904331" w:rsidP="00E8589F">
            <w:pPr>
              <w:spacing w:line="276" w:lineRule="auto"/>
              <w:rPr>
                <w:rFonts w:cs="Arial"/>
                <w:bCs/>
                <w:i/>
                <w:iCs/>
                <w:lang w:val="fr-FR"/>
              </w:rPr>
            </w:pPr>
            <w:r w:rsidRPr="00F26DAA">
              <w:rPr>
                <w:rFonts w:cs="Arial"/>
                <w:bCs/>
                <w:lang w:val="fr-FR"/>
              </w:rPr>
              <w:t xml:space="preserve">- fișă de lucru </w:t>
            </w:r>
          </w:p>
          <w:p w14:paraId="0B4C0744" w14:textId="77777777" w:rsidR="00904331" w:rsidRPr="00A03B07" w:rsidRDefault="00904331" w:rsidP="00E8589F">
            <w:pPr>
              <w:spacing w:line="276" w:lineRule="auto"/>
              <w:rPr>
                <w:rFonts w:cs="Arial"/>
                <w:lang w:eastAsia="ro-RO"/>
              </w:rPr>
            </w:pPr>
            <w:r w:rsidRPr="00A03B07">
              <w:rPr>
                <w:rFonts w:cs="Arial"/>
                <w:bCs/>
              </w:rPr>
              <w:t>- m</w:t>
            </w:r>
            <w:r w:rsidRPr="00A03B07">
              <w:rPr>
                <w:rFonts w:cs="Arial"/>
                <w:iCs/>
                <w:lang w:eastAsia="ro-RO"/>
              </w:rPr>
              <w:t>anual școlar Chimie clasa a IX-a</w:t>
            </w:r>
          </w:p>
          <w:p w14:paraId="40DC20AE" w14:textId="4D4F72F9" w:rsidR="007947FA" w:rsidRDefault="00CC0582" w:rsidP="00E8589F">
            <w:pPr>
              <w:spacing w:line="276" w:lineRule="auto"/>
              <w:jc w:val="right"/>
            </w:pPr>
            <w:r>
              <w:rPr>
                <w:rFonts w:cs="Arial"/>
                <w:lang w:eastAsia="ro-RO"/>
              </w:rPr>
              <w:t>2</w:t>
            </w:r>
            <w:r w:rsidR="00904331" w:rsidRPr="00A03B07">
              <w:rPr>
                <w:rFonts w:cs="Arial"/>
                <w:lang w:eastAsia="ro-RO"/>
              </w:rPr>
              <w:t xml:space="preserve"> or</w:t>
            </w:r>
            <w:r>
              <w:rPr>
                <w:rFonts w:cs="Arial"/>
                <w:lang w:eastAsia="ro-RO"/>
              </w:rPr>
              <w:t>e</w:t>
            </w:r>
          </w:p>
        </w:tc>
        <w:tc>
          <w:tcPr>
            <w:tcW w:w="19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7C5C766" w14:textId="77777777" w:rsidR="00BD7B6B" w:rsidRDefault="00BD7B6B" w:rsidP="00BD7B6B">
            <w:pPr>
              <w:spacing w:line="276" w:lineRule="auto"/>
            </w:pPr>
            <w:r>
              <w:t>Observarea sistematică a elevilor</w:t>
            </w:r>
          </w:p>
          <w:p w14:paraId="797F8FC2" w14:textId="77777777" w:rsidR="00BD7B6B" w:rsidRDefault="00BD7B6B" w:rsidP="00BD7B6B">
            <w:pPr>
              <w:spacing w:line="276" w:lineRule="auto"/>
            </w:pPr>
          </w:p>
          <w:p w14:paraId="2DBB017C" w14:textId="77777777" w:rsidR="00BD7B6B" w:rsidRDefault="00BD7B6B" w:rsidP="00BD7B6B">
            <w:pPr>
              <w:spacing w:line="276" w:lineRule="auto"/>
            </w:pPr>
            <w:r>
              <w:t>Evaluare curentă orală</w:t>
            </w:r>
          </w:p>
          <w:p w14:paraId="7A34BD32" w14:textId="77777777" w:rsidR="00BD7B6B" w:rsidRDefault="00BD7B6B" w:rsidP="00BD7B6B">
            <w:pPr>
              <w:spacing w:line="276" w:lineRule="auto"/>
            </w:pPr>
          </w:p>
          <w:p w14:paraId="11AD6830" w14:textId="26D9FE11" w:rsidR="007947FA" w:rsidRPr="00F26DAA" w:rsidRDefault="00BD7B6B" w:rsidP="00BD7B6B">
            <w:pPr>
              <w:spacing w:line="276" w:lineRule="auto"/>
              <w:rPr>
                <w:lang w:val="fr-FR"/>
              </w:rPr>
            </w:pPr>
            <w:r w:rsidRPr="00F26DAA">
              <w:rPr>
                <w:rFonts w:cs="Arial"/>
                <w:bCs/>
                <w:lang w:val="fr-FR"/>
              </w:rPr>
              <w:t>Evaluarea modului de completare a fișelor de lucru</w:t>
            </w:r>
          </w:p>
        </w:tc>
      </w:tr>
      <w:tr w:rsidR="007947FA" w14:paraId="4E129B08" w14:textId="77777777" w:rsidTr="00D47500">
        <w:trPr>
          <w:trHeight w:val="1429"/>
          <w:jc w:val="center"/>
        </w:trPr>
        <w:tc>
          <w:tcPr>
            <w:tcW w:w="208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652861B" w14:textId="77777777" w:rsidR="007947FA" w:rsidRDefault="00D47500" w:rsidP="00E8589F">
            <w:pPr>
              <w:spacing w:line="276" w:lineRule="auto"/>
            </w:pPr>
            <w:r>
              <w:lastRenderedPageBreak/>
              <w:t>1.2 Reacții exoterme și reacții endoterme</w:t>
            </w:r>
          </w:p>
        </w:tc>
        <w:tc>
          <w:tcPr>
            <w:tcW w:w="17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6EFA9D5" w14:textId="77777777" w:rsidR="007947FA" w:rsidRDefault="00D47500" w:rsidP="00E8589F">
            <w:pPr>
              <w:spacing w:line="276" w:lineRule="auto"/>
              <w:jc w:val="center"/>
            </w:pPr>
            <w:r>
              <w:t>1.1, 2.1, 4.1,</w:t>
            </w:r>
          </w:p>
          <w:p w14:paraId="3352F2B2" w14:textId="77777777" w:rsidR="007947FA" w:rsidRDefault="00D47500" w:rsidP="00E8589F">
            <w:pPr>
              <w:spacing w:line="276" w:lineRule="auto"/>
              <w:jc w:val="center"/>
            </w:pPr>
            <w:r>
              <w:t>5.1, 6.1, 6.3</w:t>
            </w:r>
          </w:p>
        </w:tc>
        <w:tc>
          <w:tcPr>
            <w:tcW w:w="533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CB64931" w14:textId="47C9EBB9" w:rsidR="004D2AF4" w:rsidRDefault="004D2AF4" w:rsidP="004D2AF4">
            <w:pPr>
              <w:spacing w:line="276" w:lineRule="auto"/>
            </w:pPr>
            <w:r>
              <w:t>- investigarea efectului termic ce însoțește o reacție chimică într-o activitate experimentală de laborator realizată pe grupe;</w:t>
            </w:r>
          </w:p>
          <w:p w14:paraId="7822D8CE" w14:textId="77777777" w:rsidR="004D2AF4" w:rsidRDefault="004D2AF4" w:rsidP="004D2AF4">
            <w:pPr>
              <w:spacing w:line="276" w:lineRule="auto"/>
            </w:pPr>
            <w:r>
              <w:t>- scrierea și interpretarea ecuațiilor termochimice;</w:t>
            </w:r>
          </w:p>
          <w:p w14:paraId="6BE4485A" w14:textId="77777777" w:rsidR="004D2AF4" w:rsidRPr="00F26DAA" w:rsidRDefault="004D2AF4" w:rsidP="004D2AF4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diferențierea reacțiilor exoterme de cele endoterme și identificarea unor exemple din viața cotidiană;</w:t>
            </w:r>
          </w:p>
          <w:p w14:paraId="70A6EA10" w14:textId="2FB885BB" w:rsidR="007947FA" w:rsidRDefault="004D2AF4" w:rsidP="004D2AF4">
            <w:pPr>
              <w:spacing w:line="276" w:lineRule="auto"/>
            </w:pPr>
            <w:r>
              <w:t>- formularea concluziilor pe baza observațiilor experimentale.</w:t>
            </w:r>
          </w:p>
        </w:tc>
        <w:tc>
          <w:tcPr>
            <w:tcW w:w="433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D71D7FC" w14:textId="77777777" w:rsidR="00904331" w:rsidRPr="00A03B07" w:rsidRDefault="00904331" w:rsidP="00E8589F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activitate frontală</w:t>
            </w:r>
          </w:p>
          <w:p w14:paraId="39B70B83" w14:textId="77777777" w:rsidR="004D2AF4" w:rsidRDefault="00904331" w:rsidP="00E8589F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 xml:space="preserve">- activitate individuală, </w:t>
            </w:r>
          </w:p>
          <w:p w14:paraId="0377B565" w14:textId="7072E619" w:rsidR="00904331" w:rsidRPr="00A03B07" w:rsidRDefault="004D2AF4" w:rsidP="00E8589F">
            <w:pPr>
              <w:spacing w:line="276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- </w:t>
            </w:r>
            <w:r w:rsidR="00904331" w:rsidRPr="00A03B07">
              <w:rPr>
                <w:rFonts w:cs="Arial"/>
                <w:bCs/>
              </w:rPr>
              <w:t>activitate în echipă</w:t>
            </w:r>
          </w:p>
          <w:p w14:paraId="227684D0" w14:textId="77777777" w:rsidR="00904331" w:rsidRPr="00A03B07" w:rsidRDefault="00904331" w:rsidP="00E8589F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conversaţie euristică</w:t>
            </w:r>
          </w:p>
          <w:p w14:paraId="37D1DDFB" w14:textId="77777777" w:rsidR="00904331" w:rsidRPr="00A03B07" w:rsidRDefault="00904331" w:rsidP="00E8589F">
            <w:pPr>
              <w:spacing w:line="276" w:lineRule="auto"/>
              <w:rPr>
                <w:rFonts w:cs="Arial"/>
                <w:iCs/>
                <w:lang w:eastAsia="ro-RO"/>
              </w:rPr>
            </w:pPr>
            <w:r w:rsidRPr="00A03B07">
              <w:rPr>
                <w:rFonts w:cs="Arial"/>
                <w:bCs/>
              </w:rPr>
              <w:t>- substanțe, u</w:t>
            </w:r>
            <w:r w:rsidRPr="00A03B07">
              <w:rPr>
                <w:rFonts w:cs="Arial"/>
                <w:iCs/>
                <w:lang w:eastAsia="ro-RO"/>
              </w:rPr>
              <w:t xml:space="preserve">stensile și aparatură de laborator: </w:t>
            </w:r>
            <w:r w:rsidRPr="00A03B07">
              <w:rPr>
                <w:rFonts w:cs="Arial"/>
                <w:color w:val="000000"/>
              </w:rPr>
              <w:t>soluție de acid clorhidric de concentrație procentuală de masă 5%, soluție de hidroxid de sodiu de concentrație procentuală de masă 5%, clorat de potasiu, dioxid de mangan; cilindru gradat, pahare Berzelius, eprubete, stativ pentru eprubete, termometru, spatulă, clește de lemn, bețișor de lemn, chibrit.</w:t>
            </w:r>
          </w:p>
          <w:p w14:paraId="093DA56D" w14:textId="77777777" w:rsidR="00904331" w:rsidRDefault="00904331" w:rsidP="00E8589F">
            <w:pPr>
              <w:spacing w:line="276" w:lineRule="auto"/>
            </w:pPr>
            <w:r>
              <w:t>- fișă de lucru</w:t>
            </w:r>
          </w:p>
          <w:p w14:paraId="1D0005C4" w14:textId="77777777" w:rsidR="00904331" w:rsidRDefault="00904331" w:rsidP="00E8589F">
            <w:pPr>
              <w:spacing w:line="276" w:lineRule="auto"/>
            </w:pPr>
            <w:r>
              <w:t>- manual școlar Chimie clasa a IX-a</w:t>
            </w:r>
          </w:p>
          <w:p w14:paraId="3FD14EEF" w14:textId="24E9E867" w:rsidR="007947FA" w:rsidRDefault="00904331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734A144" w14:textId="77777777" w:rsidR="00292A5E" w:rsidRPr="00A03B07" w:rsidRDefault="00292A5E" w:rsidP="00E8589F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>Observarea    sistematică a</w:t>
            </w:r>
          </w:p>
          <w:p w14:paraId="391BA1D8" w14:textId="77777777" w:rsidR="00292A5E" w:rsidRPr="00A03B07" w:rsidRDefault="00292A5E" w:rsidP="00E8589F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 xml:space="preserve">   elevilor</w:t>
            </w:r>
            <w:r w:rsidRPr="00A03B07">
              <w:rPr>
                <w:rFonts w:ascii="Arial" w:eastAsia="Times New Roman" w:hAnsi="Arial" w:cs="Arial"/>
                <w:bCs/>
                <w:lang w:val="ro-RO" w:eastAsia="ar-SA"/>
              </w:rPr>
              <w:t xml:space="preserve"> </w:t>
            </w:r>
          </w:p>
          <w:p w14:paraId="741CA3EC" w14:textId="77777777" w:rsidR="00292A5E" w:rsidRPr="00A03B07" w:rsidRDefault="00292A5E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Evaluare curentă orală</w:t>
            </w:r>
          </w:p>
          <w:p w14:paraId="13375DB5" w14:textId="09C98761" w:rsidR="007947FA" w:rsidRDefault="00292A5E" w:rsidP="00E8589F">
            <w:pPr>
              <w:spacing w:line="276" w:lineRule="auto"/>
            </w:pPr>
            <w:r w:rsidRPr="00A03B07">
              <w:rPr>
                <w:rFonts w:cs="Arial"/>
                <w:bCs/>
              </w:rPr>
              <w:t>Evaluarea modului de completare a fișelor pentru activitatea experimentală în echipă</w:t>
            </w:r>
          </w:p>
        </w:tc>
      </w:tr>
      <w:tr w:rsidR="007947FA" w14:paraId="72163578" w14:textId="77777777" w:rsidTr="002A37A2">
        <w:trPr>
          <w:trHeight w:val="338"/>
          <w:jc w:val="center"/>
        </w:trPr>
        <w:tc>
          <w:tcPr>
            <w:tcW w:w="208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AD2572D" w14:textId="77777777" w:rsidR="007947FA" w:rsidRDefault="00D47500" w:rsidP="00E8589F">
            <w:pPr>
              <w:spacing w:line="276" w:lineRule="auto"/>
            </w:pPr>
            <w:r w:rsidRPr="00F26DAA">
              <w:rPr>
                <w:lang w:val="fr-FR"/>
              </w:rPr>
              <w:t xml:space="preserve">1.3 Reacții lente și reacții rapide. </w:t>
            </w:r>
            <w:r>
              <w:t>Catalizatori</w:t>
            </w:r>
          </w:p>
        </w:tc>
        <w:tc>
          <w:tcPr>
            <w:tcW w:w="17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26727F3" w14:textId="77777777" w:rsidR="007947FA" w:rsidRDefault="00D47500" w:rsidP="00E8589F">
            <w:pPr>
              <w:spacing w:line="276" w:lineRule="auto"/>
              <w:jc w:val="center"/>
            </w:pPr>
            <w:r>
              <w:t>1.1, 2.1, 3.1,</w:t>
            </w:r>
          </w:p>
          <w:p w14:paraId="3A745D82" w14:textId="77777777" w:rsidR="007947FA" w:rsidRDefault="00D47500" w:rsidP="00E8589F">
            <w:pPr>
              <w:spacing w:line="276" w:lineRule="auto"/>
              <w:jc w:val="center"/>
            </w:pPr>
            <w:r>
              <w:t>4.1, 6.1, 6.3</w:t>
            </w:r>
          </w:p>
        </w:tc>
        <w:tc>
          <w:tcPr>
            <w:tcW w:w="533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D3421F7" w14:textId="3A18F1AB" w:rsidR="007947FA" w:rsidRDefault="00D47500" w:rsidP="00E8589F">
            <w:pPr>
              <w:spacing w:line="276" w:lineRule="auto"/>
            </w:pPr>
            <w:r>
              <w:t>- investigarea unor procese chimice în vederea diferențierii reacțiilor lente și rapide</w:t>
            </w:r>
            <w:r w:rsidR="004D2AF4">
              <w:t xml:space="preserve"> într-o activitate experimentală de laborator, realizată pe grupe</w:t>
            </w:r>
            <w:r>
              <w:t>;</w:t>
            </w:r>
          </w:p>
          <w:p w14:paraId="7407BD1F" w14:textId="77777777" w:rsidR="007947FA" w:rsidRDefault="00D47500" w:rsidP="00E8589F">
            <w:pPr>
              <w:spacing w:line="276" w:lineRule="auto"/>
            </w:pPr>
            <w:r>
              <w:t>- realizarea investigației „Identificarea catalizatorilor reacției de descompunere a apei oxigenate”;</w:t>
            </w:r>
          </w:p>
          <w:p w14:paraId="67EF3789" w14:textId="77777777" w:rsidR="007947FA" w:rsidRDefault="00D47500" w:rsidP="00E8589F">
            <w:pPr>
              <w:spacing w:line="276" w:lineRule="auto"/>
            </w:pPr>
            <w:r>
              <w:t>- stabilirea etapelor investigației, colectarea și organizarea datelor, formularea predicțiilor și a concluziilor;</w:t>
            </w:r>
          </w:p>
          <w:p w14:paraId="5F32648D" w14:textId="77777777" w:rsidR="007947FA" w:rsidRDefault="00D47500" w:rsidP="00E8589F">
            <w:pPr>
              <w:spacing w:line="276" w:lineRule="auto"/>
            </w:pPr>
            <w:r>
              <w:t>- compararea rezultatelor obținute cu predicțiile inițiale.</w:t>
            </w:r>
          </w:p>
        </w:tc>
        <w:tc>
          <w:tcPr>
            <w:tcW w:w="433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67F79B8" w14:textId="77777777" w:rsidR="00904331" w:rsidRPr="00A03B07" w:rsidRDefault="00904331" w:rsidP="00E8589F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activitate frontală</w:t>
            </w:r>
          </w:p>
          <w:p w14:paraId="536D5791" w14:textId="77777777" w:rsidR="00904331" w:rsidRPr="00A03B07" w:rsidRDefault="00904331" w:rsidP="00E8589F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activitate în echipă</w:t>
            </w:r>
          </w:p>
          <w:p w14:paraId="24C539B5" w14:textId="77777777" w:rsidR="00904331" w:rsidRPr="00A03B07" w:rsidRDefault="00904331" w:rsidP="00E8589F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conversaţia euristică</w:t>
            </w:r>
          </w:p>
          <w:p w14:paraId="3D439B0A" w14:textId="77777777" w:rsidR="00904331" w:rsidRPr="00A03B07" w:rsidRDefault="00904331" w:rsidP="00E8589F">
            <w:pPr>
              <w:spacing w:line="276" w:lineRule="auto"/>
              <w:rPr>
                <w:rFonts w:cs="Arial"/>
                <w:bCs/>
                <w:i/>
                <w:iCs/>
              </w:rPr>
            </w:pPr>
            <w:r w:rsidRPr="00A03B07">
              <w:rPr>
                <w:rFonts w:cs="Arial"/>
                <w:bCs/>
              </w:rPr>
              <w:t xml:space="preserve">- fișă pentru activități experimentale </w:t>
            </w:r>
            <w:r w:rsidRPr="00A03B07">
              <w:rPr>
                <w:rFonts w:cs="Arial"/>
                <w:bCs/>
                <w:i/>
                <w:iCs/>
              </w:rPr>
              <w:t>”Studiul unor reacții lente și rapide”</w:t>
            </w:r>
          </w:p>
          <w:p w14:paraId="7CD96D7B" w14:textId="0ACC8B01" w:rsidR="00904331" w:rsidRPr="00904331" w:rsidRDefault="00904331" w:rsidP="00E858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bCs/>
                <w:sz w:val="22"/>
                <w:szCs w:val="22"/>
              </w:rPr>
              <w:t xml:space="preserve">- </w:t>
            </w:r>
            <w:r w:rsidRPr="00904331">
              <w:rPr>
                <w:rFonts w:ascii="Arial" w:hAnsi="Arial" w:cs="Arial"/>
                <w:sz w:val="22"/>
                <w:szCs w:val="22"/>
              </w:rPr>
              <w:t xml:space="preserve">soluție de apă oxigenată 3%, dioxid de mangan, nisip, pilitură de fier, soluție diluată de sulfat de cupru (II); cronometru, eprubete, stativ pentru eprubete, bețișor de lemn, spatule, chibrit. </w:t>
            </w:r>
          </w:p>
          <w:p w14:paraId="3C4A0125" w14:textId="77777777" w:rsidR="00904331" w:rsidRPr="00904331" w:rsidRDefault="00904331" w:rsidP="00E858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04331">
              <w:rPr>
                <w:rFonts w:ascii="Arial" w:hAnsi="Arial" w:cs="Arial"/>
                <w:bCs/>
                <w:sz w:val="22"/>
                <w:szCs w:val="22"/>
              </w:rPr>
              <w:t>- m</w:t>
            </w:r>
            <w:r w:rsidRPr="00904331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anual școlar Chimie clasa a IX-a</w:t>
            </w:r>
          </w:p>
          <w:p w14:paraId="1223840E" w14:textId="3C9228BA" w:rsidR="007947FA" w:rsidRPr="009A203F" w:rsidRDefault="00904331" w:rsidP="00E8589F">
            <w:pPr>
              <w:spacing w:line="276" w:lineRule="auto"/>
              <w:jc w:val="right"/>
              <w:rPr>
                <w:rFonts w:cs="Arial"/>
                <w:color w:val="FF0000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>1 oră</w:t>
            </w:r>
            <w:r w:rsidRPr="00A03B07">
              <w:rPr>
                <w:rFonts w:cs="Arial"/>
                <w:color w:val="FF0000"/>
                <w:lang w:eastAsia="ro-RO"/>
              </w:rPr>
              <w:t xml:space="preserve"> </w:t>
            </w:r>
          </w:p>
        </w:tc>
        <w:tc>
          <w:tcPr>
            <w:tcW w:w="19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A762820" w14:textId="77777777" w:rsidR="00292A5E" w:rsidRPr="00A03B07" w:rsidRDefault="00292A5E" w:rsidP="00E8589F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>Observarea    sistematică a</w:t>
            </w:r>
          </w:p>
          <w:p w14:paraId="21EE546E" w14:textId="77777777" w:rsidR="00292A5E" w:rsidRPr="00A03B07" w:rsidRDefault="00292A5E" w:rsidP="00E8589F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 xml:space="preserve">   elevilor</w:t>
            </w:r>
            <w:r w:rsidRPr="00A03B07">
              <w:rPr>
                <w:rFonts w:ascii="Arial" w:eastAsia="Times New Roman" w:hAnsi="Arial" w:cs="Arial"/>
                <w:bCs/>
                <w:lang w:val="ro-RO" w:eastAsia="ar-SA"/>
              </w:rPr>
              <w:t xml:space="preserve"> </w:t>
            </w:r>
          </w:p>
          <w:p w14:paraId="4F29BCBA" w14:textId="77777777" w:rsidR="00292A5E" w:rsidRPr="00A03B07" w:rsidRDefault="00292A5E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Evaluare curentă orală</w:t>
            </w:r>
          </w:p>
          <w:p w14:paraId="1568D73E" w14:textId="0F3A1154" w:rsidR="007947FA" w:rsidRDefault="00292A5E" w:rsidP="00E8589F">
            <w:pPr>
              <w:spacing w:line="276" w:lineRule="auto"/>
            </w:pPr>
            <w:r w:rsidRPr="00A03B07">
              <w:rPr>
                <w:rFonts w:cs="Arial"/>
                <w:bCs/>
              </w:rPr>
              <w:t>Evaluarea modului de completare a fișelor pentru activitatea experimentală în echipă</w:t>
            </w:r>
          </w:p>
        </w:tc>
      </w:tr>
      <w:tr w:rsidR="007947FA" w14:paraId="76C2E87B" w14:textId="77777777" w:rsidTr="00D47500">
        <w:trPr>
          <w:trHeight w:val="74"/>
          <w:jc w:val="center"/>
        </w:trPr>
        <w:tc>
          <w:tcPr>
            <w:tcW w:w="208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90E3587" w14:textId="77777777" w:rsidR="007947FA" w:rsidRDefault="00D47500" w:rsidP="00E8589F">
            <w:pPr>
              <w:spacing w:line="276" w:lineRule="auto"/>
            </w:pPr>
            <w:r>
              <w:t>1.4 Reacții ireversibile și reacții reversibile</w:t>
            </w:r>
          </w:p>
        </w:tc>
        <w:tc>
          <w:tcPr>
            <w:tcW w:w="17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1285C7B" w14:textId="77777777" w:rsidR="007947FA" w:rsidRDefault="00D47500" w:rsidP="00E8589F">
            <w:pPr>
              <w:spacing w:line="276" w:lineRule="auto"/>
              <w:jc w:val="center"/>
            </w:pPr>
            <w:r>
              <w:t>1.1, 2.1, 4.1,</w:t>
            </w:r>
          </w:p>
          <w:p w14:paraId="54708564" w14:textId="77777777" w:rsidR="007947FA" w:rsidRDefault="00D47500" w:rsidP="00E8589F">
            <w:pPr>
              <w:spacing w:line="276" w:lineRule="auto"/>
              <w:jc w:val="center"/>
            </w:pPr>
            <w:r>
              <w:t>6.1</w:t>
            </w:r>
          </w:p>
        </w:tc>
        <w:tc>
          <w:tcPr>
            <w:tcW w:w="533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BBA3BB2" w14:textId="77777777" w:rsidR="007947FA" w:rsidRDefault="00D47500" w:rsidP="00E8589F">
            <w:pPr>
              <w:spacing w:line="276" w:lineRule="auto"/>
            </w:pPr>
            <w:r>
              <w:t>- investigarea unor procese chimice în vederea identificării reacțiilor ireversibile și reversibile;</w:t>
            </w:r>
          </w:p>
          <w:p w14:paraId="32910ADC" w14:textId="77777777" w:rsidR="007947FA" w:rsidRDefault="00D47500" w:rsidP="00E8589F">
            <w:pPr>
              <w:spacing w:line="276" w:lineRule="auto"/>
            </w:pPr>
            <w:r>
              <w:lastRenderedPageBreak/>
              <w:t>- utilizarea unor activități demonstrative sau simulări pentru ilustrarea reacțiilor studiate;</w:t>
            </w:r>
          </w:p>
          <w:p w14:paraId="015A62AE" w14:textId="77777777" w:rsidR="007947FA" w:rsidRDefault="00D47500" w:rsidP="00E8589F">
            <w:pPr>
              <w:spacing w:line="276" w:lineRule="auto"/>
            </w:pPr>
            <w:r>
              <w:t>- formularea concluziilor privind sensul de desfășurare și condițiile în care se produc reacțiile.</w:t>
            </w:r>
          </w:p>
        </w:tc>
        <w:tc>
          <w:tcPr>
            <w:tcW w:w="433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3886F01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lastRenderedPageBreak/>
              <w:t>- activitate frontală</w:t>
            </w:r>
          </w:p>
          <w:p w14:paraId="241718E9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activitate în echipă</w:t>
            </w:r>
          </w:p>
          <w:p w14:paraId="252373AD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conversație euristică</w:t>
            </w:r>
          </w:p>
          <w:p w14:paraId="5C1983E8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lastRenderedPageBreak/>
              <w:t>- fișă de lucru</w:t>
            </w:r>
          </w:p>
          <w:p w14:paraId="59E64B7C" w14:textId="77777777" w:rsidR="007947FA" w:rsidRDefault="00D47500" w:rsidP="00E8589F">
            <w:pPr>
              <w:spacing w:line="276" w:lineRule="auto"/>
            </w:pPr>
            <w:r>
              <w:t>- simulări digitale</w:t>
            </w:r>
          </w:p>
          <w:p w14:paraId="72EAC14A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33062DA4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F11CCDD" w14:textId="77777777" w:rsidR="007947FA" w:rsidRDefault="00D47500" w:rsidP="00E8589F">
            <w:pPr>
              <w:spacing w:line="276" w:lineRule="auto"/>
            </w:pPr>
            <w:r>
              <w:lastRenderedPageBreak/>
              <w:t>Observarea sistematică a elevilor</w:t>
            </w:r>
          </w:p>
          <w:p w14:paraId="38ECFD6C" w14:textId="77777777" w:rsidR="007947FA" w:rsidRDefault="00D47500" w:rsidP="00E8589F">
            <w:pPr>
              <w:spacing w:line="276" w:lineRule="auto"/>
            </w:pPr>
            <w:r>
              <w:lastRenderedPageBreak/>
              <w:t>Evaluare curentă orală</w:t>
            </w:r>
          </w:p>
        </w:tc>
      </w:tr>
      <w:tr w:rsidR="007947FA" w14:paraId="318DFE2B" w14:textId="77777777" w:rsidTr="00D47500">
        <w:trPr>
          <w:trHeight w:val="74"/>
          <w:jc w:val="center"/>
        </w:trPr>
        <w:tc>
          <w:tcPr>
            <w:tcW w:w="208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E5DA521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lastRenderedPageBreak/>
              <w:t>1.5 Număr de oxidare. Reguli de determinare. Reacții cu și fără modificarea numărului de oxidare</w:t>
            </w:r>
          </w:p>
        </w:tc>
        <w:tc>
          <w:tcPr>
            <w:tcW w:w="17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994B2EF" w14:textId="77777777" w:rsidR="007947FA" w:rsidRDefault="00D47500" w:rsidP="00E8589F">
            <w:pPr>
              <w:spacing w:line="276" w:lineRule="auto"/>
              <w:jc w:val="center"/>
            </w:pPr>
            <w:r>
              <w:t>1.2, 3.1, 4.1,</w:t>
            </w:r>
          </w:p>
          <w:p w14:paraId="38A173C2" w14:textId="77777777" w:rsidR="007947FA" w:rsidRDefault="00D47500" w:rsidP="00E8589F">
            <w:pPr>
              <w:spacing w:line="276" w:lineRule="auto"/>
              <w:jc w:val="center"/>
            </w:pPr>
            <w:r>
              <w:t>5.1</w:t>
            </w:r>
          </w:p>
        </w:tc>
        <w:tc>
          <w:tcPr>
            <w:tcW w:w="533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BEB1C90" w14:textId="3EB0F25A" w:rsidR="005127B9" w:rsidRDefault="004D2AF4" w:rsidP="00E8589F">
            <w:pPr>
              <w:spacing w:line="276" w:lineRule="auto"/>
            </w:pPr>
            <w:r>
              <w:t xml:space="preserve">- </w:t>
            </w:r>
            <w:r w:rsidR="005127B9">
              <w:t>utilizarea regulilor de determinare a numerelor de oxidare, pentru elemente chimice din anumite substanțe;</w:t>
            </w:r>
          </w:p>
          <w:p w14:paraId="776F7434" w14:textId="77777777" w:rsidR="005127B9" w:rsidRDefault="005127B9" w:rsidP="00E8589F">
            <w:pPr>
              <w:spacing w:line="276" w:lineRule="auto"/>
            </w:pPr>
            <w:r>
              <w:t>- determinarea numărului de oxidare al aceluiași element chimic, în compuși diferiți, într-o activitate frontală;</w:t>
            </w:r>
          </w:p>
          <w:p w14:paraId="28FD30FA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diferențierea numărului de oxidare de valență și de sarcina ionică;</w:t>
            </w:r>
          </w:p>
          <w:p w14:paraId="6D208D7E" w14:textId="77777777" w:rsidR="004D2AF4" w:rsidRDefault="004D2AF4" w:rsidP="004D2AF4">
            <w:pPr>
              <w:spacing w:line="276" w:lineRule="auto"/>
              <w:rPr>
                <w:b/>
                <w:bCs/>
                <w:lang w:val="ro-RO"/>
              </w:rPr>
            </w:pPr>
            <w:r>
              <w:t xml:space="preserve">- </w:t>
            </w:r>
            <w:r>
              <w:rPr>
                <w:lang w:val="ro-RO"/>
              </w:rPr>
              <w:t>e</w:t>
            </w:r>
            <w:r w:rsidRPr="004D2AF4">
              <w:rPr>
                <w:lang w:val="ro-RO"/>
              </w:rPr>
              <w:t xml:space="preserve">fectuarea unor reacții chimice </w:t>
            </w:r>
            <w:r>
              <w:rPr>
                <w:lang w:val="ro-RO"/>
              </w:rPr>
              <w:t>într-o</w:t>
            </w:r>
            <w:r w:rsidRPr="004D2AF4">
              <w:rPr>
                <w:lang w:val="ro-RO"/>
              </w:rPr>
              <w:t xml:space="preserve"> activitate practică de laborator în echipă</w:t>
            </w:r>
          </w:p>
          <w:p w14:paraId="5E17F59E" w14:textId="33FE89CB" w:rsidR="007947FA" w:rsidRDefault="00D47500" w:rsidP="00531C74">
            <w:pPr>
              <w:spacing w:line="276" w:lineRule="auto"/>
            </w:pPr>
            <w:r>
              <w:t>- identificarea reacțiilor cu și fără modificarea numărului de oxidare.</w:t>
            </w:r>
          </w:p>
        </w:tc>
        <w:tc>
          <w:tcPr>
            <w:tcW w:w="433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E1D0D06" w14:textId="77777777" w:rsidR="009A203F" w:rsidRPr="00F26DAA" w:rsidRDefault="009A203F" w:rsidP="00E8589F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26DAA">
              <w:rPr>
                <w:rFonts w:cs="Arial"/>
                <w:bCs/>
                <w:lang w:val="fr-FR"/>
              </w:rPr>
              <w:t>- activitate frontală</w:t>
            </w:r>
          </w:p>
          <w:p w14:paraId="0B896817" w14:textId="77777777" w:rsidR="009A203F" w:rsidRPr="00F26DAA" w:rsidRDefault="009A203F" w:rsidP="00E8589F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26DAA">
              <w:rPr>
                <w:rFonts w:cs="Arial"/>
                <w:bCs/>
                <w:lang w:val="fr-FR"/>
              </w:rPr>
              <w:t>- activitate în echipă</w:t>
            </w:r>
          </w:p>
          <w:p w14:paraId="316AE3B8" w14:textId="77777777" w:rsidR="009A203F" w:rsidRPr="00F26DAA" w:rsidRDefault="009A203F" w:rsidP="00E8589F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26DAA">
              <w:rPr>
                <w:rFonts w:cs="Arial"/>
                <w:bCs/>
                <w:lang w:val="fr-FR"/>
              </w:rPr>
              <w:t>- conversaţie euristică</w:t>
            </w:r>
          </w:p>
          <w:p w14:paraId="6CAEC782" w14:textId="77777777" w:rsidR="009A203F" w:rsidRPr="00F26DAA" w:rsidRDefault="009A203F" w:rsidP="00E8589F">
            <w:pPr>
              <w:spacing w:line="276" w:lineRule="auto"/>
              <w:rPr>
                <w:rFonts w:cs="Arial"/>
                <w:bCs/>
                <w:i/>
                <w:iCs/>
                <w:lang w:val="fr-FR"/>
              </w:rPr>
            </w:pPr>
            <w:r w:rsidRPr="00F26DAA">
              <w:rPr>
                <w:rFonts w:cs="Arial"/>
                <w:bCs/>
                <w:lang w:val="fr-FR"/>
              </w:rPr>
              <w:t xml:space="preserve">- fișă de lucru </w:t>
            </w:r>
          </w:p>
          <w:p w14:paraId="0828B2E0" w14:textId="77777777" w:rsidR="009A203F" w:rsidRPr="00F26DAA" w:rsidRDefault="009A203F" w:rsidP="00E8589F">
            <w:pPr>
              <w:spacing w:line="276" w:lineRule="auto"/>
              <w:rPr>
                <w:rFonts w:cs="Arial"/>
                <w:lang w:val="fr-FR" w:eastAsia="ro-RO"/>
              </w:rPr>
            </w:pPr>
            <w:r w:rsidRPr="00F26DAA">
              <w:rPr>
                <w:rFonts w:cs="Arial"/>
                <w:bCs/>
                <w:color w:val="000000"/>
                <w:lang w:val="fr-FR"/>
              </w:rPr>
              <w:t xml:space="preserve">- substanțe și ustensile necesare: </w:t>
            </w:r>
            <w:r w:rsidRPr="00F26DAA">
              <w:rPr>
                <w:rFonts w:cs="Arial"/>
                <w:color w:val="000000"/>
                <w:lang w:val="fr-FR"/>
              </w:rPr>
              <w:t>panglică de magneziu, fenolftaleină; eprubete, stativ pentru eprubete, spatulă, clește metalic, chibrituri, spirtieră.</w:t>
            </w:r>
          </w:p>
          <w:p w14:paraId="1C62FD8A" w14:textId="77777777" w:rsidR="009A203F" w:rsidRPr="00417901" w:rsidRDefault="009A203F" w:rsidP="00E8589F">
            <w:pPr>
              <w:spacing w:line="276" w:lineRule="auto"/>
              <w:rPr>
                <w:rFonts w:cs="Arial"/>
                <w:lang w:eastAsia="ro-RO"/>
              </w:rPr>
            </w:pPr>
            <w:r w:rsidRPr="00A03B07">
              <w:rPr>
                <w:rFonts w:cs="Arial"/>
                <w:bCs/>
              </w:rPr>
              <w:t>- m</w:t>
            </w:r>
            <w:r w:rsidRPr="00A03B07">
              <w:rPr>
                <w:rFonts w:cs="Arial"/>
                <w:iCs/>
                <w:lang w:eastAsia="ro-RO"/>
              </w:rPr>
              <w:t>anual școlar Chimie clasa a IX-a</w:t>
            </w:r>
            <w:r w:rsidRPr="00A03B07">
              <w:rPr>
                <w:rFonts w:cs="Arial"/>
                <w:bCs/>
                <w:color w:val="000000"/>
              </w:rPr>
              <w:t xml:space="preserve"> </w:t>
            </w:r>
          </w:p>
          <w:p w14:paraId="382CA097" w14:textId="4AD19D9A" w:rsidR="007947FA" w:rsidRDefault="009A203F" w:rsidP="00E8589F">
            <w:pPr>
              <w:spacing w:line="276" w:lineRule="auto"/>
              <w:jc w:val="right"/>
            </w:pPr>
            <w:r w:rsidRPr="00A03B07">
              <w:rPr>
                <w:rFonts w:cs="Arial"/>
                <w:lang w:eastAsia="ro-RO"/>
              </w:rPr>
              <w:t>1 oră</w:t>
            </w:r>
          </w:p>
        </w:tc>
        <w:tc>
          <w:tcPr>
            <w:tcW w:w="19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3198258" w14:textId="77777777" w:rsidR="007947FA" w:rsidRDefault="00D47500" w:rsidP="00E8589F">
            <w:pPr>
              <w:spacing w:line="276" w:lineRule="auto"/>
            </w:pPr>
            <w:r>
              <w:t>Evaluare curentă orală</w:t>
            </w:r>
          </w:p>
          <w:p w14:paraId="24AA3A5E" w14:textId="77777777" w:rsidR="007947FA" w:rsidRDefault="00D47500" w:rsidP="00E8589F">
            <w:pPr>
              <w:spacing w:line="276" w:lineRule="auto"/>
            </w:pPr>
            <w:r>
              <w:t>Evaluarea fișelor de lucru</w:t>
            </w:r>
          </w:p>
        </w:tc>
      </w:tr>
      <w:tr w:rsidR="007947FA" w14:paraId="1CEA7B25" w14:textId="77777777" w:rsidTr="00D47500">
        <w:trPr>
          <w:trHeight w:val="74"/>
          <w:jc w:val="center"/>
        </w:trPr>
        <w:tc>
          <w:tcPr>
            <w:tcW w:w="208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F5C7F2E" w14:textId="77777777" w:rsidR="007947FA" w:rsidRDefault="00D47500" w:rsidP="00E8589F">
            <w:pPr>
              <w:spacing w:line="276" w:lineRule="auto"/>
            </w:pPr>
            <w:r>
              <w:t>Recapitulare. Proiect – „Interviu cu o reacție chimică”</w:t>
            </w:r>
          </w:p>
        </w:tc>
        <w:tc>
          <w:tcPr>
            <w:tcW w:w="17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A87CD19" w14:textId="77777777" w:rsidR="007947FA" w:rsidRDefault="00D47500" w:rsidP="00E8589F">
            <w:pPr>
              <w:spacing w:line="276" w:lineRule="auto"/>
              <w:jc w:val="center"/>
            </w:pPr>
            <w:r>
              <w:t>1.1, 1.2, 2.1,</w:t>
            </w:r>
          </w:p>
          <w:p w14:paraId="16D3F334" w14:textId="77777777" w:rsidR="007947FA" w:rsidRDefault="00D47500" w:rsidP="00E8589F">
            <w:pPr>
              <w:spacing w:line="276" w:lineRule="auto"/>
              <w:jc w:val="center"/>
            </w:pPr>
            <w:r>
              <w:t>3.1, 4.1, 5.1,</w:t>
            </w:r>
          </w:p>
          <w:p w14:paraId="5C25D16E" w14:textId="77777777" w:rsidR="007947FA" w:rsidRDefault="00D47500" w:rsidP="00E8589F">
            <w:pPr>
              <w:spacing w:line="276" w:lineRule="auto"/>
              <w:jc w:val="center"/>
            </w:pPr>
            <w:r>
              <w:t>6.1, 6.3</w:t>
            </w:r>
          </w:p>
        </w:tc>
        <w:tc>
          <w:tcPr>
            <w:tcW w:w="533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1E04400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exerciții de recunoaștere și diferențiere a tipurilor de reacții chimice;</w:t>
            </w:r>
          </w:p>
          <w:p w14:paraId="039D8214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aplicarea algoritmilor de determinare a numărului de oxidare;</w:t>
            </w:r>
          </w:p>
          <w:p w14:paraId="4C93F715" w14:textId="6D1DFC6A" w:rsidR="007947FA" w:rsidRPr="00F26DAA" w:rsidRDefault="00531C74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aplicarea algoritmilor specifici pentru rezolvarea unor probleme de calcul stoechiometric folosind puritatea substanțelor, randamentul,</w:t>
            </w:r>
            <w:r w:rsidR="00543754" w:rsidRPr="00543754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543754" w:rsidRPr="00543754">
              <w:rPr>
                <w:lang w:val="ro-RO"/>
              </w:rPr>
              <w:t>excesul unui reactant</w:t>
            </w:r>
            <w:r w:rsidRPr="00F26DAA">
              <w:rPr>
                <w:lang w:val="fr-FR"/>
              </w:rPr>
              <w:t xml:space="preserve"> într-o activitate frontală</w:t>
            </w:r>
            <w:r w:rsidR="00D47500" w:rsidRPr="00F26DAA">
              <w:rPr>
                <w:lang w:val="fr-FR"/>
              </w:rPr>
              <w:t>;</w:t>
            </w:r>
          </w:p>
          <w:p w14:paraId="637AB4D9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realizarea proiectului „Interviu cu o reacție chimică”, sub formă de poster sau prezentare digitală.</w:t>
            </w:r>
          </w:p>
        </w:tc>
        <w:tc>
          <w:tcPr>
            <w:tcW w:w="433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33E67B1" w14:textId="77777777" w:rsidR="009A203F" w:rsidRPr="00A03B07" w:rsidRDefault="009A203F" w:rsidP="00E8589F">
            <w:pPr>
              <w:spacing w:line="276" w:lineRule="auto"/>
              <w:rPr>
                <w:rFonts w:cs="Arial"/>
                <w:lang w:val="pt-PT"/>
              </w:rPr>
            </w:pPr>
            <w:r w:rsidRPr="00A03B07">
              <w:rPr>
                <w:rFonts w:cs="Arial"/>
                <w:lang w:val="pt-PT"/>
              </w:rPr>
              <w:t>- conversația, explicația, investigația, descoperirea dirijată;</w:t>
            </w:r>
          </w:p>
          <w:p w14:paraId="1C1CE0B9" w14:textId="77777777" w:rsidR="009A203F" w:rsidRPr="00F26DAA" w:rsidRDefault="009A203F" w:rsidP="00E8589F">
            <w:pPr>
              <w:spacing w:line="276" w:lineRule="auto"/>
              <w:rPr>
                <w:rFonts w:cs="Arial"/>
                <w:lang w:val="fr-FR"/>
              </w:rPr>
            </w:pPr>
            <w:r w:rsidRPr="00F26DAA">
              <w:rPr>
                <w:rFonts w:cs="Arial"/>
                <w:lang w:val="fr-FR"/>
              </w:rPr>
              <w:t>- activitate frontală în scopul identificării conceptelor studiate;</w:t>
            </w:r>
          </w:p>
          <w:p w14:paraId="1AE5D082" w14:textId="77777777" w:rsidR="009A203F" w:rsidRPr="00F26DAA" w:rsidRDefault="009A203F" w:rsidP="00E8589F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26DAA">
              <w:rPr>
                <w:rFonts w:cs="Arial"/>
                <w:bCs/>
                <w:lang w:val="fr-FR"/>
              </w:rPr>
              <w:t>- activitate în echipă în scopul realizării unui proiect și prezentării acestuia;</w:t>
            </w:r>
          </w:p>
          <w:p w14:paraId="7D7CC0A6" w14:textId="77777777" w:rsidR="009A203F" w:rsidRPr="00A03B07" w:rsidRDefault="009A203F" w:rsidP="00E8589F">
            <w:pPr>
              <w:spacing w:line="276" w:lineRule="auto"/>
              <w:rPr>
                <w:rFonts w:cs="Arial"/>
                <w:lang w:val="pt-PT"/>
              </w:rPr>
            </w:pPr>
            <w:r w:rsidRPr="00A03B07">
              <w:rPr>
                <w:rFonts w:cs="Arial"/>
                <w:lang w:val="pt-PT"/>
              </w:rPr>
              <w:t>- activități individuale în scopul rezolvării unor situații problemă;</w:t>
            </w:r>
          </w:p>
          <w:p w14:paraId="35F78DB3" w14:textId="77777777" w:rsidR="009A203F" w:rsidRPr="00F26DAA" w:rsidRDefault="009A203F" w:rsidP="00E8589F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="Arial"/>
                <w:bCs/>
                <w:lang w:val="fr-FR"/>
              </w:rPr>
            </w:pPr>
            <w:r w:rsidRPr="00F26DAA">
              <w:rPr>
                <w:rFonts w:eastAsia="Calibri" w:cs="Arial"/>
                <w:bCs/>
                <w:lang w:val="fr-FR"/>
              </w:rPr>
              <w:t>- fișe de lucru</w:t>
            </w:r>
          </w:p>
          <w:p w14:paraId="6578256D" w14:textId="53EFA431" w:rsidR="009A203F" w:rsidRDefault="009A203F" w:rsidP="00E8589F">
            <w:pPr>
              <w:spacing w:line="276" w:lineRule="auto"/>
            </w:pPr>
            <w:r>
              <w:t xml:space="preserve">- </w:t>
            </w:r>
            <w:r w:rsidR="00280C4C">
              <w:t xml:space="preserve">resurse digitale </w:t>
            </w:r>
            <w:r>
              <w:t>și materiale pentru poster/prezentare</w:t>
            </w:r>
          </w:p>
          <w:p w14:paraId="7503ED5B" w14:textId="77777777" w:rsidR="009A203F" w:rsidRPr="00A03B07" w:rsidRDefault="009A203F" w:rsidP="00E8589F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="Arial"/>
                <w:iCs/>
              </w:rPr>
            </w:pPr>
            <w:r w:rsidRPr="00A03B07">
              <w:rPr>
                <w:rFonts w:eastAsia="Calibri" w:cs="Arial"/>
                <w:bCs/>
              </w:rPr>
              <w:t xml:space="preserve">- </w:t>
            </w:r>
            <w:r w:rsidRPr="00A03B07">
              <w:rPr>
                <w:rFonts w:eastAsia="Calibri" w:cs="Arial"/>
                <w:iCs/>
              </w:rPr>
              <w:t>manual școlar: Chimie clasa a IX-a</w:t>
            </w:r>
          </w:p>
          <w:p w14:paraId="1350592D" w14:textId="3D96D129" w:rsidR="007947FA" w:rsidRPr="009A203F" w:rsidRDefault="00CC0582" w:rsidP="00E8589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</w:rPr>
              <w:t>2</w:t>
            </w:r>
            <w:r w:rsidR="009A203F" w:rsidRPr="00A03B07">
              <w:rPr>
                <w:rFonts w:cs="Arial"/>
                <w:bCs/>
              </w:rPr>
              <w:t xml:space="preserve"> or</w:t>
            </w:r>
            <w:r>
              <w:rPr>
                <w:rFonts w:cs="Arial"/>
                <w:bCs/>
              </w:rPr>
              <w:t>e</w:t>
            </w:r>
          </w:p>
        </w:tc>
        <w:tc>
          <w:tcPr>
            <w:tcW w:w="19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92BD808" w14:textId="77777777" w:rsidR="009A203F" w:rsidRDefault="009A203F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Evaluarea curentă orală</w:t>
            </w:r>
          </w:p>
          <w:p w14:paraId="0F398368" w14:textId="77777777" w:rsidR="0086000B" w:rsidRPr="00A03B07" w:rsidRDefault="0086000B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</w:p>
          <w:p w14:paraId="7E9D08CE" w14:textId="77777777" w:rsidR="009A203F" w:rsidRDefault="009A203F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Observarea sistematică a elevilor</w:t>
            </w:r>
          </w:p>
          <w:p w14:paraId="4F00AAEA" w14:textId="77777777" w:rsidR="0086000B" w:rsidRPr="00A03B07" w:rsidRDefault="0086000B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</w:p>
          <w:p w14:paraId="0C79D211" w14:textId="6627500D" w:rsidR="007947FA" w:rsidRDefault="009A203F" w:rsidP="00E8589F">
            <w:pPr>
              <w:spacing w:line="276" w:lineRule="auto"/>
            </w:pPr>
            <w:r w:rsidRPr="00A03B07">
              <w:rPr>
                <w:rFonts w:cs="Arial"/>
                <w:bCs/>
              </w:rPr>
              <w:t>Evaluarea fișelor de lucru</w:t>
            </w:r>
            <w:r>
              <w:t xml:space="preserve"> </w:t>
            </w:r>
          </w:p>
          <w:p w14:paraId="73C32DB7" w14:textId="77777777" w:rsidR="0086000B" w:rsidRDefault="0086000B" w:rsidP="00E8589F">
            <w:pPr>
              <w:spacing w:line="276" w:lineRule="auto"/>
            </w:pPr>
          </w:p>
          <w:p w14:paraId="387C8AED" w14:textId="77777777" w:rsidR="007947FA" w:rsidRDefault="00D47500" w:rsidP="00E8589F">
            <w:pPr>
              <w:spacing w:line="276" w:lineRule="auto"/>
            </w:pPr>
            <w:r>
              <w:t>Evaluarea proiectului</w:t>
            </w:r>
          </w:p>
        </w:tc>
      </w:tr>
      <w:tr w:rsidR="007947FA" w14:paraId="7AC79442" w14:textId="77777777" w:rsidTr="00D47500">
        <w:trPr>
          <w:trHeight w:val="778"/>
          <w:jc w:val="center"/>
        </w:trPr>
        <w:tc>
          <w:tcPr>
            <w:tcW w:w="208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A82F422" w14:textId="77777777" w:rsidR="007947FA" w:rsidRDefault="00D47500" w:rsidP="00E8589F">
            <w:pPr>
              <w:spacing w:line="276" w:lineRule="auto"/>
            </w:pPr>
            <w:r>
              <w:t>Evaluare sumativă</w:t>
            </w:r>
          </w:p>
        </w:tc>
        <w:tc>
          <w:tcPr>
            <w:tcW w:w="17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CDCB74F" w14:textId="77777777" w:rsidR="007947FA" w:rsidRDefault="00D47500" w:rsidP="00E8589F">
            <w:pPr>
              <w:spacing w:line="276" w:lineRule="auto"/>
              <w:jc w:val="center"/>
            </w:pPr>
            <w:r>
              <w:t>1.1, 1.2, 2.1,</w:t>
            </w:r>
          </w:p>
          <w:p w14:paraId="7A712E4F" w14:textId="77777777" w:rsidR="007947FA" w:rsidRDefault="00D47500" w:rsidP="00E8589F">
            <w:pPr>
              <w:spacing w:line="276" w:lineRule="auto"/>
              <w:jc w:val="center"/>
            </w:pPr>
            <w:r>
              <w:t>3.1, 4.1, 5.1</w:t>
            </w:r>
          </w:p>
        </w:tc>
        <w:tc>
          <w:tcPr>
            <w:tcW w:w="533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30A7A05" w14:textId="77777777" w:rsidR="007947FA" w:rsidRDefault="00D47500" w:rsidP="00E8589F">
            <w:pPr>
              <w:spacing w:line="276" w:lineRule="auto"/>
            </w:pPr>
            <w:r>
              <w:t>- aplicarea testului sumativ pentru verificarea cunoștințelor, abilităților și competențelor dezvoltate;</w:t>
            </w:r>
          </w:p>
          <w:p w14:paraId="23F7EC42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lastRenderedPageBreak/>
              <w:t>- prezentarea baremului de evaluare și notare;</w:t>
            </w:r>
          </w:p>
          <w:p w14:paraId="792F5CAA" w14:textId="77777777" w:rsidR="007947FA" w:rsidRDefault="00D47500" w:rsidP="00E8589F">
            <w:pPr>
              <w:spacing w:line="276" w:lineRule="auto"/>
            </w:pPr>
            <w:r>
              <w:t>- analiza rezultatelor și stabilirea activităților remediale/de progres.</w:t>
            </w:r>
          </w:p>
        </w:tc>
        <w:tc>
          <w:tcPr>
            <w:tcW w:w="433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902EAE8" w14:textId="77777777" w:rsidR="007947FA" w:rsidRDefault="00D47500" w:rsidP="00E8589F">
            <w:pPr>
              <w:spacing w:line="276" w:lineRule="auto"/>
            </w:pPr>
            <w:r>
              <w:lastRenderedPageBreak/>
              <w:t>- test de evaluare sumativă</w:t>
            </w:r>
          </w:p>
          <w:p w14:paraId="6FFA9793" w14:textId="77777777" w:rsidR="007947FA" w:rsidRDefault="00D47500" w:rsidP="00E8589F">
            <w:pPr>
              <w:spacing w:line="276" w:lineRule="auto"/>
            </w:pPr>
            <w:r>
              <w:t>- barem de evaluare și notare</w:t>
            </w:r>
          </w:p>
          <w:p w14:paraId="7B95E5AC" w14:textId="77777777" w:rsidR="007947FA" w:rsidRDefault="00D47500" w:rsidP="00E8589F">
            <w:pPr>
              <w:spacing w:line="276" w:lineRule="auto"/>
            </w:pPr>
            <w:r>
              <w:lastRenderedPageBreak/>
              <w:t>- fișă de feedback</w:t>
            </w:r>
          </w:p>
          <w:p w14:paraId="409900AE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DB97699" w14:textId="2A168EAA" w:rsidR="00904331" w:rsidRPr="00F26DAA" w:rsidRDefault="00904331" w:rsidP="00E8589F">
            <w:pPr>
              <w:spacing w:line="276" w:lineRule="auto"/>
              <w:ind w:left="76" w:hanging="76"/>
              <w:rPr>
                <w:rFonts w:cs="Arial"/>
                <w:lang w:val="fr-FR" w:eastAsia="ro-RO"/>
              </w:rPr>
            </w:pPr>
            <w:r w:rsidRPr="00F26DAA">
              <w:rPr>
                <w:rFonts w:cs="Arial"/>
                <w:lang w:val="fr-FR" w:eastAsia="ro-RO"/>
              </w:rPr>
              <w:lastRenderedPageBreak/>
              <w:t>Itemii propu</w:t>
            </w:r>
            <w:r w:rsidR="007C50B0" w:rsidRPr="00F26DAA">
              <w:rPr>
                <w:rFonts w:cs="Arial"/>
                <w:lang w:val="fr-FR" w:eastAsia="ro-RO"/>
              </w:rPr>
              <w:t>ș</w:t>
            </w:r>
            <w:r w:rsidRPr="00F26DAA">
              <w:rPr>
                <w:rFonts w:cs="Arial"/>
                <w:lang w:val="fr-FR" w:eastAsia="ro-RO"/>
              </w:rPr>
              <w:t xml:space="preserve">i vizează  </w:t>
            </w:r>
            <w:r w:rsidRPr="00F26DAA">
              <w:rPr>
                <w:rFonts w:cs="Arial"/>
                <w:lang w:val="fr-FR" w:eastAsia="ro-RO"/>
              </w:rPr>
              <w:lastRenderedPageBreak/>
              <w:t xml:space="preserve">domeniile cognitive ale  gândirii critice: </w:t>
            </w:r>
          </w:p>
          <w:p w14:paraId="4F07D2C1" w14:textId="77777777" w:rsidR="00904331" w:rsidRPr="00A03B07" w:rsidRDefault="00904331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cunoaştere </w:t>
            </w:r>
          </w:p>
          <w:p w14:paraId="7A2D03A9" w14:textId="77777777" w:rsidR="00904331" w:rsidRPr="00A03B07" w:rsidRDefault="00904331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aplicare </w:t>
            </w:r>
          </w:p>
          <w:p w14:paraId="6A2078CF" w14:textId="2BF26A86" w:rsidR="007947FA" w:rsidRDefault="00904331" w:rsidP="00E8589F">
            <w:pPr>
              <w:spacing w:line="276" w:lineRule="auto"/>
            </w:pPr>
            <w:r w:rsidRPr="00A03B07">
              <w:rPr>
                <w:rFonts w:cs="Arial"/>
                <w:lang w:eastAsia="ro-RO"/>
              </w:rPr>
              <w:t>• raţionament</w:t>
            </w:r>
          </w:p>
        </w:tc>
      </w:tr>
    </w:tbl>
    <w:p w14:paraId="068F10FB" w14:textId="77777777" w:rsidR="009A203F" w:rsidRDefault="009A203F" w:rsidP="00E8589F">
      <w:pPr>
        <w:spacing w:line="276" w:lineRule="auto"/>
        <w:rPr>
          <w:b/>
        </w:rPr>
      </w:pPr>
    </w:p>
    <w:p w14:paraId="42067A47" w14:textId="2496B74C" w:rsidR="007947FA" w:rsidRDefault="00D47500" w:rsidP="00E8589F">
      <w:pPr>
        <w:spacing w:line="276" w:lineRule="auto"/>
      </w:pPr>
      <w:r>
        <w:rPr>
          <w:b/>
        </w:rPr>
        <w:t>Unitatea 2. Reacții redox</w:t>
      </w:r>
    </w:p>
    <w:p w14:paraId="0D8DC09D" w14:textId="1C7EA7AF" w:rsidR="007947FA" w:rsidRDefault="00D47500" w:rsidP="00E8589F">
      <w:pPr>
        <w:spacing w:line="276" w:lineRule="auto"/>
      </w:pPr>
      <w:r>
        <w:t xml:space="preserve">Nr. ore alocate: </w:t>
      </w:r>
      <w:r w:rsidR="00E40B4B">
        <w:t>11</w:t>
      </w:r>
      <w:r>
        <w:t xml:space="preserve"> ore</w:t>
      </w:r>
    </w:p>
    <w:p w14:paraId="78593F3B" w14:textId="77777777" w:rsidR="009A203F" w:rsidRDefault="009A203F" w:rsidP="00E8589F">
      <w:pPr>
        <w:spacing w:line="276" w:lineRule="auto"/>
      </w:pPr>
    </w:p>
    <w:tbl>
      <w:tblPr>
        <w:tblStyle w:val="TableGrid"/>
        <w:tblW w:w="151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51"/>
        <w:gridCol w:w="1671"/>
        <w:gridCol w:w="5242"/>
        <w:gridCol w:w="4253"/>
        <w:gridCol w:w="1899"/>
      </w:tblGrid>
      <w:tr w:rsidR="007947FA" w14:paraId="21982EA7" w14:textId="77777777" w:rsidTr="00D47500">
        <w:trPr>
          <w:trHeight w:val="436"/>
          <w:tblHeader/>
          <w:jc w:val="center"/>
        </w:trPr>
        <w:tc>
          <w:tcPr>
            <w:tcW w:w="2051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22F57E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Conținuturi</w:t>
            </w:r>
          </w:p>
          <w:p w14:paraId="6230ADED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detaliate</w:t>
            </w:r>
          </w:p>
        </w:tc>
        <w:tc>
          <w:tcPr>
            <w:tcW w:w="1671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8D3E0F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Competențe</w:t>
            </w:r>
          </w:p>
          <w:p w14:paraId="45927A93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specifice</w:t>
            </w:r>
          </w:p>
        </w:tc>
        <w:tc>
          <w:tcPr>
            <w:tcW w:w="5242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752AEE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Activități de învățare</w:t>
            </w:r>
          </w:p>
        </w:tc>
        <w:tc>
          <w:tcPr>
            <w:tcW w:w="4253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FC9D03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Resurse</w:t>
            </w:r>
          </w:p>
        </w:tc>
        <w:tc>
          <w:tcPr>
            <w:tcW w:w="1899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2070E7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Evaluare</w:t>
            </w:r>
          </w:p>
        </w:tc>
      </w:tr>
      <w:tr w:rsidR="00CF3CD0" w14:paraId="65469358" w14:textId="77777777" w:rsidTr="00543754">
        <w:trPr>
          <w:trHeight w:val="268"/>
          <w:jc w:val="center"/>
        </w:trPr>
        <w:tc>
          <w:tcPr>
            <w:tcW w:w="205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6428340" w14:textId="77777777" w:rsidR="00CF3CD0" w:rsidRDefault="00CF3CD0" w:rsidP="00E8589F">
            <w:pPr>
              <w:spacing w:line="276" w:lineRule="auto"/>
            </w:pPr>
            <w:r>
              <w:t>2.1 Oxidare. Reducere. Agent oxidant. Agent reducător. Stabilirea coeficienților ecuației unei reacții redox</w:t>
            </w:r>
          </w:p>
        </w:tc>
        <w:tc>
          <w:tcPr>
            <w:tcW w:w="167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0B20C23" w14:textId="77777777" w:rsidR="00CF3CD0" w:rsidRDefault="00CF3CD0" w:rsidP="00E8589F">
            <w:pPr>
              <w:spacing w:line="276" w:lineRule="auto"/>
              <w:jc w:val="center"/>
            </w:pPr>
            <w:r>
              <w:t>1.2, 2.2, 3.1,</w:t>
            </w:r>
          </w:p>
          <w:p w14:paraId="6988650B" w14:textId="77777777" w:rsidR="00CF3CD0" w:rsidRDefault="00CF3CD0" w:rsidP="00E8589F">
            <w:pPr>
              <w:spacing w:line="276" w:lineRule="auto"/>
              <w:jc w:val="center"/>
            </w:pPr>
            <w:r>
              <w:t>3.2, 4.2, 5.2,</w:t>
            </w:r>
          </w:p>
          <w:p w14:paraId="30993808" w14:textId="5875D32F" w:rsidR="00CF3CD0" w:rsidRDefault="00CF3CD0" w:rsidP="00E8589F">
            <w:pPr>
              <w:spacing w:line="276" w:lineRule="auto"/>
              <w:jc w:val="center"/>
            </w:pPr>
            <w:r>
              <w:t>6.1, 6.2</w:t>
            </w:r>
            <w:r w:rsidR="007C50B0">
              <w:t>, 6.3</w:t>
            </w:r>
          </w:p>
        </w:tc>
        <w:tc>
          <w:tcPr>
            <w:tcW w:w="524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F975613" w14:textId="77777777" w:rsidR="00CF3CD0" w:rsidRDefault="00CF3CD0" w:rsidP="00E8589F">
            <w:pPr>
              <w:spacing w:line="276" w:lineRule="auto"/>
            </w:pPr>
            <w:r w:rsidRPr="00F23B26">
              <w:t>- explicarea procesului de ruginire a fierului, pe baza conceptelor de oxidare şi reducere identificate în ecuaţia reacţiei chimice, într-o activitate frontală;</w:t>
            </w:r>
          </w:p>
          <w:p w14:paraId="5526CC42" w14:textId="18E3A0AA" w:rsidR="00CF3CD0" w:rsidRDefault="00CF3CD0" w:rsidP="00E8589F">
            <w:pPr>
              <w:spacing w:line="276" w:lineRule="auto"/>
            </w:pPr>
            <w:r>
              <w:t>- identificarea variației N.O al elementelor chimice, în diferite procese (de exemplu: arderea combustibililor (cărbune, gaz metan)/ colorarea flăcării unei surse de încălzire de către pulberi metalice (aluminiu, cupru, zinc, fier)/ obținerea focurilor de artificii, într-o activitate frontală;</w:t>
            </w:r>
          </w:p>
          <w:p w14:paraId="7435BE4C" w14:textId="77777777" w:rsidR="00CF3CD0" w:rsidRDefault="00CF3CD0" w:rsidP="00E8589F">
            <w:pPr>
              <w:spacing w:line="276" w:lineRule="auto"/>
            </w:pPr>
            <w:r>
              <w:t>- recunoașterea unor reacții cu modificarea N.O. în procese geochimice în urma unei activități de documentare, utilizând diferite surse, în echipă;</w:t>
            </w:r>
          </w:p>
          <w:p w14:paraId="01074701" w14:textId="11B96F5F" w:rsidR="00CF3CD0" w:rsidRDefault="00CF3CD0" w:rsidP="00E8589F">
            <w:pPr>
              <w:spacing w:line="276" w:lineRule="auto"/>
            </w:pPr>
            <w:r>
              <w:t xml:space="preserve">- identificarea </w:t>
            </w:r>
            <w:r w:rsidR="00543754">
              <w:t xml:space="preserve">și scrierea </w:t>
            </w:r>
            <w:r>
              <w:t>proceselor de oxidare/reducere;</w:t>
            </w:r>
          </w:p>
          <w:p w14:paraId="0F3B9867" w14:textId="11F2592B" w:rsidR="00CF3CD0" w:rsidRDefault="00CF3CD0" w:rsidP="00E8589F">
            <w:pPr>
              <w:spacing w:line="276" w:lineRule="auto"/>
            </w:pPr>
            <w:r>
              <w:t>- identificarea agentului oxidant și a agentului reducător;</w:t>
            </w:r>
          </w:p>
          <w:p w14:paraId="7C52733E" w14:textId="3F3EE71C" w:rsidR="00CF3CD0" w:rsidRDefault="00CF3CD0" w:rsidP="00E8589F">
            <w:pPr>
              <w:spacing w:line="276" w:lineRule="auto"/>
            </w:pPr>
            <w:r>
              <w:t>- aplicarea algoritmului de stabilire a coeficienților ecuației unei reacții redox;</w:t>
            </w:r>
          </w:p>
          <w:p w14:paraId="69B7FD1D" w14:textId="1A8F8517" w:rsidR="00CF3CD0" w:rsidRDefault="004D2AF4" w:rsidP="00543754">
            <w:pPr>
              <w:spacing w:line="276" w:lineRule="auto"/>
            </w:pPr>
            <w:r w:rsidRPr="0033595E">
              <w:t>- s</w:t>
            </w:r>
            <w:r w:rsidRPr="0033595E">
              <w:rPr>
                <w:lang w:val="ro-RO"/>
              </w:rPr>
              <w:t xml:space="preserve">tudiul </w:t>
            </w:r>
            <w:r w:rsidR="00CF3CD0">
              <w:t xml:space="preserve">unor reacții </w:t>
            </w:r>
            <w:r w:rsidR="00543754">
              <w:t xml:space="preserve">redox, </w:t>
            </w:r>
            <w:r w:rsidR="00CF3CD0">
              <w:t xml:space="preserve">interpretarea modificărilor observabile prin reprezentarea </w:t>
            </w:r>
            <w:r w:rsidR="00CF3CD0">
              <w:lastRenderedPageBreak/>
              <w:t>proceselor de oxidare/ reducere care au loc, într-o activitate experimentală, pe grupe;</w:t>
            </w:r>
          </w:p>
          <w:p w14:paraId="0A91A668" w14:textId="791786CB" w:rsidR="00CF3CD0" w:rsidRDefault="00CF3CD0" w:rsidP="00E8589F">
            <w:pPr>
              <w:spacing w:line="276" w:lineRule="auto"/>
            </w:pPr>
            <w:r>
              <w:t>- rezolvarea unor probleme stoechiometrice pe baza ecuațiilor redox.</w:t>
            </w:r>
          </w:p>
        </w:tc>
        <w:tc>
          <w:tcPr>
            <w:tcW w:w="425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C7218C2" w14:textId="77777777" w:rsidR="00CF3CD0" w:rsidRPr="00F26DAA" w:rsidRDefault="00CF3CD0" w:rsidP="00E8589F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26DAA">
              <w:rPr>
                <w:rFonts w:cs="Arial"/>
                <w:bCs/>
                <w:lang w:val="fr-FR"/>
              </w:rPr>
              <w:lastRenderedPageBreak/>
              <w:t>- activitate frontală</w:t>
            </w:r>
          </w:p>
          <w:p w14:paraId="702CC67B" w14:textId="77777777" w:rsidR="00CF3CD0" w:rsidRPr="00F26DAA" w:rsidRDefault="00CF3CD0" w:rsidP="00E8589F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26DAA">
              <w:rPr>
                <w:rFonts w:cs="Arial"/>
                <w:bCs/>
                <w:lang w:val="fr-FR"/>
              </w:rPr>
              <w:t>- activitate în echipă</w:t>
            </w:r>
          </w:p>
          <w:p w14:paraId="00C74E34" w14:textId="77777777" w:rsidR="00CF3CD0" w:rsidRPr="00F26DAA" w:rsidRDefault="00CF3CD0" w:rsidP="00E8589F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26DAA">
              <w:rPr>
                <w:rFonts w:cs="Arial"/>
                <w:bCs/>
                <w:lang w:val="fr-FR"/>
              </w:rPr>
              <w:t>- conversaţie euristică</w:t>
            </w:r>
          </w:p>
          <w:p w14:paraId="790FDB8E" w14:textId="77777777" w:rsidR="00CF3CD0" w:rsidRPr="00F26DAA" w:rsidRDefault="00CF3CD0" w:rsidP="00E8589F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26DAA">
              <w:rPr>
                <w:rFonts w:cs="Arial"/>
                <w:bCs/>
                <w:lang w:val="fr-FR"/>
              </w:rPr>
              <w:t>- fișe de lucru</w:t>
            </w:r>
          </w:p>
          <w:p w14:paraId="7066DF67" w14:textId="77777777" w:rsidR="00CF3CD0" w:rsidRPr="00F26DAA" w:rsidRDefault="00CF3CD0" w:rsidP="00E8589F">
            <w:pPr>
              <w:spacing w:line="276" w:lineRule="auto"/>
              <w:rPr>
                <w:rFonts w:cs="Arial"/>
                <w:bCs/>
                <w:i/>
                <w:iCs/>
                <w:lang w:val="fr-FR"/>
              </w:rPr>
            </w:pPr>
            <w:r w:rsidRPr="00F26DAA">
              <w:rPr>
                <w:rFonts w:cs="Arial"/>
                <w:bCs/>
                <w:lang w:val="fr-FR"/>
              </w:rPr>
              <w:t>- fișă pentru activități experimentale ”Studierea unor reacții redox”</w:t>
            </w:r>
          </w:p>
          <w:p w14:paraId="359571B9" w14:textId="77777777" w:rsidR="00CF3CD0" w:rsidRPr="00CF3CD0" w:rsidRDefault="00CF3CD0" w:rsidP="00E858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F3CD0">
              <w:rPr>
                <w:rFonts w:ascii="Arial" w:hAnsi="Arial" w:cs="Arial"/>
                <w:bCs/>
                <w:sz w:val="22"/>
                <w:szCs w:val="22"/>
              </w:rPr>
              <w:t>- substanțe și ustensile necesare:</w:t>
            </w:r>
            <w:r w:rsidRPr="00CF3C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F3CD0">
              <w:rPr>
                <w:rFonts w:ascii="Arial" w:hAnsi="Arial" w:cs="Arial"/>
                <w:sz w:val="22"/>
                <w:szCs w:val="22"/>
              </w:rPr>
              <w:t>soluție de azotat de argint, soluție de sulfat de cupru (II), sârmă de cupru, cui din fier; eprubete, stativ pentru eprubete, spatulă.</w:t>
            </w:r>
          </w:p>
          <w:p w14:paraId="41389110" w14:textId="77777777" w:rsidR="00CF3CD0" w:rsidRPr="00CF3CD0" w:rsidRDefault="00CF3CD0" w:rsidP="00E8589F">
            <w:pPr>
              <w:spacing w:line="276" w:lineRule="auto"/>
              <w:rPr>
                <w:rFonts w:cs="Arial"/>
                <w:lang w:eastAsia="ro-RO"/>
              </w:rPr>
            </w:pPr>
            <w:r w:rsidRPr="00CF3CD0">
              <w:rPr>
                <w:rFonts w:cs="Arial"/>
                <w:bCs/>
              </w:rPr>
              <w:t>- m</w:t>
            </w:r>
            <w:r w:rsidRPr="00CF3CD0">
              <w:rPr>
                <w:rFonts w:cs="Arial"/>
                <w:iCs/>
                <w:lang w:eastAsia="ro-RO"/>
              </w:rPr>
              <w:t>anual școlar Chimie clasa a IX-a.</w:t>
            </w:r>
          </w:p>
          <w:p w14:paraId="4AEC9883" w14:textId="19FA3D55" w:rsidR="00CF3CD0" w:rsidRDefault="00CF3CD0" w:rsidP="00E8589F">
            <w:pPr>
              <w:spacing w:line="276" w:lineRule="auto"/>
              <w:jc w:val="right"/>
            </w:pPr>
            <w:r w:rsidRPr="00CF3CD0">
              <w:rPr>
                <w:rFonts w:cs="Arial"/>
                <w:lang w:eastAsia="ro-RO"/>
              </w:rPr>
              <w:t>2 ore</w:t>
            </w:r>
          </w:p>
        </w:tc>
        <w:tc>
          <w:tcPr>
            <w:tcW w:w="189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C5DCB15" w14:textId="77777777" w:rsidR="00CF3CD0" w:rsidRPr="00A03B07" w:rsidRDefault="00CF3CD0" w:rsidP="00E8589F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>Observarea    sistematică a</w:t>
            </w:r>
          </w:p>
          <w:p w14:paraId="5544AF1B" w14:textId="77777777" w:rsidR="00CF3CD0" w:rsidRDefault="00CF3CD0" w:rsidP="00E8589F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 xml:space="preserve">   elevilor</w:t>
            </w:r>
            <w:r w:rsidRPr="00A03B07">
              <w:rPr>
                <w:rFonts w:ascii="Arial" w:eastAsia="Times New Roman" w:hAnsi="Arial" w:cs="Arial"/>
                <w:bCs/>
                <w:lang w:val="ro-RO" w:eastAsia="ar-SA"/>
              </w:rPr>
              <w:t xml:space="preserve"> </w:t>
            </w:r>
          </w:p>
          <w:p w14:paraId="16818A27" w14:textId="77777777" w:rsidR="0058464C" w:rsidRPr="00A03B07" w:rsidRDefault="0058464C" w:rsidP="00E8589F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</w:p>
          <w:p w14:paraId="46FE8DC7" w14:textId="77777777" w:rsidR="00CF3CD0" w:rsidRDefault="00CF3CD0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Evaluare curentă orală</w:t>
            </w:r>
          </w:p>
          <w:p w14:paraId="764C4269" w14:textId="77777777" w:rsidR="0058464C" w:rsidRPr="00A03B07" w:rsidRDefault="0058464C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</w:p>
          <w:p w14:paraId="05CB59F4" w14:textId="2E91E582" w:rsidR="00CF3CD0" w:rsidRDefault="00CF3CD0" w:rsidP="00E8589F">
            <w:pPr>
              <w:spacing w:line="276" w:lineRule="auto"/>
            </w:pPr>
            <w:r w:rsidRPr="00A03B07">
              <w:rPr>
                <w:rFonts w:cs="Arial"/>
                <w:bCs/>
              </w:rPr>
              <w:t>Evaluarea modului de completare a fișelor pentru activitatea experimentală în echipă</w:t>
            </w:r>
          </w:p>
        </w:tc>
      </w:tr>
      <w:tr w:rsidR="00E40B4B" w14:paraId="2727D07E" w14:textId="77777777" w:rsidTr="00543754">
        <w:trPr>
          <w:trHeight w:val="268"/>
          <w:jc w:val="center"/>
        </w:trPr>
        <w:tc>
          <w:tcPr>
            <w:tcW w:w="205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57C6F0C" w14:textId="1C840A88" w:rsidR="00E40B4B" w:rsidRPr="00E40B4B" w:rsidRDefault="00E40B4B" w:rsidP="00E40B4B">
            <w:pPr>
              <w:spacing w:line="276" w:lineRule="auto"/>
              <w:rPr>
                <w:rFonts w:cs="Arial"/>
                <w:lang w:val="ro-RO"/>
              </w:rPr>
            </w:pPr>
            <w:r w:rsidRPr="00E40B4B">
              <w:rPr>
                <w:rFonts w:eastAsiaTheme="minorHAnsi" w:cs="Arial"/>
                <w:kern w:val="2"/>
                <w:lang w:val="ro-RO"/>
              </w:rPr>
              <w:t>2.2 Caracterul oxidant al permanganatului de potasiu și al dicromatului de potasiu</w:t>
            </w:r>
          </w:p>
          <w:p w14:paraId="61BCD861" w14:textId="77777777" w:rsidR="00E40B4B" w:rsidRPr="00E40B4B" w:rsidRDefault="00E40B4B" w:rsidP="00E40B4B">
            <w:pPr>
              <w:spacing w:line="276" w:lineRule="auto"/>
              <w:rPr>
                <w:rFonts w:cs="Arial"/>
                <w:lang w:val="ro-RO"/>
              </w:rPr>
            </w:pPr>
          </w:p>
          <w:p w14:paraId="1004822F" w14:textId="0B269C27" w:rsidR="00E40B4B" w:rsidRPr="00F26DAA" w:rsidRDefault="00E40B4B" w:rsidP="00E40B4B">
            <w:pPr>
              <w:spacing w:line="276" w:lineRule="auto"/>
              <w:rPr>
                <w:lang w:val="fr-FR"/>
              </w:rPr>
            </w:pPr>
          </w:p>
        </w:tc>
        <w:tc>
          <w:tcPr>
            <w:tcW w:w="167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6C2B0CE" w14:textId="46A0384D" w:rsidR="00E40B4B" w:rsidRDefault="00E40B4B" w:rsidP="00E40B4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1.2, 2.2, 3.1</w:t>
            </w:r>
          </w:p>
          <w:p w14:paraId="0605B8CA" w14:textId="18453C12" w:rsidR="00E40B4B" w:rsidRDefault="00E40B4B" w:rsidP="00E40B4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3.2, 4.2, 5.2</w:t>
            </w:r>
          </w:p>
          <w:p w14:paraId="1802FBED" w14:textId="20BB19E9" w:rsidR="00E40B4B" w:rsidRDefault="00E40B4B" w:rsidP="00E40B4B">
            <w:pPr>
              <w:spacing w:line="276" w:lineRule="auto"/>
              <w:jc w:val="center"/>
            </w:pPr>
            <w:r>
              <w:rPr>
                <w:bCs/>
              </w:rPr>
              <w:t>6.1, 6.2</w:t>
            </w:r>
            <w:r w:rsidR="007C50B0">
              <w:rPr>
                <w:bCs/>
              </w:rPr>
              <w:t>, 6.3</w:t>
            </w:r>
          </w:p>
        </w:tc>
        <w:tc>
          <w:tcPr>
            <w:tcW w:w="524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1C3A767" w14:textId="0F90E7EB" w:rsidR="00E40B4B" w:rsidRDefault="00E40B4B" w:rsidP="00E40B4B">
            <w:pPr>
              <w:spacing w:line="276" w:lineRule="auto"/>
            </w:pPr>
            <w:r>
              <w:t xml:space="preserve">- efectuarea unor reacții redox </w:t>
            </w:r>
            <w:r>
              <w:rPr>
                <w:rFonts w:cs="Arial"/>
                <w:bCs/>
                <w:lang w:val="nl-NL"/>
              </w:rPr>
              <w:t>pentru ilustrarea</w:t>
            </w:r>
            <w:r>
              <w:rPr>
                <w:lang w:val="nl-NL"/>
              </w:rPr>
              <w:t xml:space="preserve"> </w:t>
            </w:r>
            <w:r>
              <w:rPr>
                <w:lang w:val="ro-RO"/>
              </w:rPr>
              <w:t>acțiunii oxidante a permanganatului de potasiu și a dicromatului de potasiu asupra sulfatului de fier (II)</w:t>
            </w:r>
            <w:r>
              <w:t xml:space="preserve"> , într-o activitate experimentală, pe grupe</w:t>
            </w:r>
            <w:r>
              <w:rPr>
                <w:lang w:val="ro-RO"/>
              </w:rPr>
              <w:t>;</w:t>
            </w:r>
          </w:p>
          <w:p w14:paraId="47BF0A93" w14:textId="56D522FF" w:rsidR="00E40B4B" w:rsidRDefault="00E40B4B" w:rsidP="00E40B4B">
            <w:pPr>
              <w:spacing w:line="276" w:lineRule="auto"/>
            </w:pPr>
            <w:r>
              <w:t>- interpretarea modificărilor observabile prin reprezentarea proceselor de oxidare/ reducere care au loc și stabilirea agenților oxidant și reducător;</w:t>
            </w:r>
          </w:p>
          <w:p w14:paraId="07057F46" w14:textId="387BF527" w:rsidR="00E40B4B" w:rsidRDefault="00E40B4B" w:rsidP="00E40B4B">
            <w:pPr>
              <w:spacing w:line="276" w:lineRule="auto"/>
              <w:ind w:left="113" w:hanging="113"/>
            </w:pPr>
            <w:r>
              <w:t>- stabilirea coeficienților ecuațiilor reacțiilor redox;</w:t>
            </w:r>
          </w:p>
          <w:p w14:paraId="5CC9244E" w14:textId="10747931" w:rsidR="00E40B4B" w:rsidRDefault="00E40B4B" w:rsidP="00E40B4B">
            <w:pPr>
              <w:spacing w:line="276" w:lineRule="auto"/>
              <w:ind w:left="113" w:hanging="113"/>
              <w:rPr>
                <w:lang w:val="ro-RO"/>
              </w:rPr>
            </w:pPr>
            <w:r>
              <w:rPr>
                <w:lang w:val="ro-RO"/>
              </w:rPr>
              <w:t>- evidențierea caracterului oxidant al permanganatului de potasiu, utilizat pentru tratarea apei;</w:t>
            </w:r>
          </w:p>
          <w:p w14:paraId="45876513" w14:textId="37BB7259" w:rsidR="00E40B4B" w:rsidRPr="00F23B26" w:rsidRDefault="00E40B4B" w:rsidP="00E40B4B">
            <w:pPr>
              <w:spacing w:line="276" w:lineRule="auto"/>
            </w:pPr>
            <w:r>
              <w:t>- analizarea utilizărilor și riscurilor substanțelor puternic oxidante.</w:t>
            </w:r>
          </w:p>
        </w:tc>
        <w:tc>
          <w:tcPr>
            <w:tcW w:w="425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D1EA111" w14:textId="77777777" w:rsidR="00E40B4B" w:rsidRPr="00F26DAA" w:rsidRDefault="00E40B4B" w:rsidP="00E40B4B">
            <w:pPr>
              <w:spacing w:line="276" w:lineRule="auto"/>
              <w:rPr>
                <w:sz w:val="14"/>
                <w:lang w:val="fr-FR"/>
              </w:rPr>
            </w:pPr>
            <w:r w:rsidRPr="00F26DAA">
              <w:rPr>
                <w:sz w:val="14"/>
                <w:lang w:val="fr-FR"/>
              </w:rPr>
              <w:t>-</w:t>
            </w:r>
            <w:r w:rsidRPr="00F26DAA">
              <w:rPr>
                <w:rFonts w:cs="Arial"/>
                <w:bCs/>
                <w:lang w:val="fr-FR"/>
              </w:rPr>
              <w:t xml:space="preserve"> activitate frontală</w:t>
            </w:r>
          </w:p>
          <w:p w14:paraId="0B15CFC3" w14:textId="77777777" w:rsidR="00E40B4B" w:rsidRPr="00F26DAA" w:rsidRDefault="00E40B4B" w:rsidP="00E40B4B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26DAA">
              <w:rPr>
                <w:sz w:val="14"/>
                <w:lang w:val="fr-FR"/>
              </w:rPr>
              <w:t xml:space="preserve"> -</w:t>
            </w:r>
            <w:r w:rsidRPr="00F26DAA">
              <w:rPr>
                <w:rFonts w:cs="Arial"/>
                <w:bCs/>
                <w:lang w:val="fr-FR"/>
              </w:rPr>
              <w:t>activitate în echipă</w:t>
            </w:r>
          </w:p>
          <w:p w14:paraId="5ED0235C" w14:textId="77777777" w:rsidR="00E40B4B" w:rsidRPr="00F26DAA" w:rsidRDefault="00E40B4B" w:rsidP="00E40B4B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26DAA">
              <w:rPr>
                <w:rFonts w:cs="Arial"/>
                <w:bCs/>
                <w:lang w:val="fr-FR"/>
              </w:rPr>
              <w:t>- conversaţie euristică</w:t>
            </w:r>
          </w:p>
          <w:p w14:paraId="71E9711C" w14:textId="77777777" w:rsidR="00E40B4B" w:rsidRDefault="00E40B4B" w:rsidP="00E40B4B">
            <w:pPr>
              <w:spacing w:line="276" w:lineRule="auto"/>
              <w:rPr>
                <w:rFonts w:cs="Arial"/>
                <w:bCs/>
                <w:lang w:val="nl-NL"/>
              </w:rPr>
            </w:pPr>
            <w:r>
              <w:rPr>
                <w:rFonts w:cs="Arial"/>
                <w:bCs/>
                <w:lang w:val="nl-NL"/>
              </w:rPr>
              <w:t>- fișe de lucru</w:t>
            </w:r>
          </w:p>
          <w:p w14:paraId="23A54692" w14:textId="77777777" w:rsidR="00E40B4B" w:rsidRDefault="00E40B4B" w:rsidP="00E40B4B">
            <w:pPr>
              <w:spacing w:line="276" w:lineRule="auto"/>
              <w:ind w:left="113" w:hanging="113"/>
              <w:rPr>
                <w:lang w:val="nl-NL"/>
              </w:rPr>
            </w:pPr>
            <w:r>
              <w:rPr>
                <w:rFonts w:cs="Arial"/>
                <w:bCs/>
                <w:lang w:val="nl-NL"/>
              </w:rPr>
              <w:t>- fișă pentru activități experimentale</w:t>
            </w:r>
          </w:p>
          <w:p w14:paraId="16910B36" w14:textId="77777777" w:rsidR="00E40B4B" w:rsidRDefault="00E40B4B" w:rsidP="00E40B4B">
            <w:pPr>
              <w:spacing w:line="276" w:lineRule="auto"/>
              <w:ind w:left="113" w:hanging="113"/>
              <w:rPr>
                <w:rFonts w:cs="Arial"/>
                <w:b/>
                <w:bCs/>
                <w:lang w:val="nl-NL"/>
              </w:rPr>
            </w:pPr>
            <w:r>
              <w:rPr>
                <w:lang w:val="nl-NL"/>
              </w:rPr>
              <w:t>,,</w:t>
            </w:r>
            <w:r>
              <w:rPr>
                <w:rFonts w:cs="Arial"/>
                <w:lang w:val="ro-RO"/>
              </w:rPr>
              <w:t>Studiul acțiunii oxidante a permanganatului de potasiu și a dicromatului de potasiu asupra sulfatului de fier (II)</w:t>
            </w:r>
            <w:r>
              <w:rPr>
                <w:rFonts w:cs="Arial"/>
                <w:lang w:val="nl-NL"/>
              </w:rPr>
              <w:t>”</w:t>
            </w:r>
          </w:p>
          <w:p w14:paraId="5567C49F" w14:textId="77777777" w:rsidR="00E40B4B" w:rsidRDefault="00E40B4B" w:rsidP="00E40B4B">
            <w:pPr>
              <w:spacing w:line="276" w:lineRule="auto"/>
              <w:ind w:left="113" w:hanging="113"/>
              <w:rPr>
                <w:rFonts w:cs="Arial"/>
                <w:lang w:val="ro-RO"/>
              </w:rPr>
            </w:pPr>
            <w:r>
              <w:rPr>
                <w:rFonts w:cs="Arial"/>
                <w:lang w:val="ro-RO"/>
              </w:rPr>
              <w:t>-substanțe și ustensile necesare:</w:t>
            </w:r>
            <w:r>
              <w:rPr>
                <w:rFonts w:cs="Arial"/>
                <w:b/>
                <w:bCs/>
                <w:lang w:val="ro-RO"/>
              </w:rPr>
              <w:t xml:space="preserve"> </w:t>
            </w:r>
            <w:r>
              <w:rPr>
                <w:rFonts w:cs="Arial"/>
                <w:lang w:val="ro-RO"/>
              </w:rPr>
              <w:t>soluție de permanganat de potasiu, soluție de dicromat de potasiu, soluție de sulfat</w:t>
            </w:r>
          </w:p>
          <w:p w14:paraId="08EEF5D6" w14:textId="77777777" w:rsidR="00E40B4B" w:rsidRDefault="00E40B4B" w:rsidP="00E40B4B">
            <w:pPr>
              <w:spacing w:line="276" w:lineRule="auto"/>
              <w:ind w:left="113" w:hanging="113"/>
              <w:rPr>
                <w:rFonts w:cs="Arial"/>
                <w:lang w:val="nl-NL"/>
              </w:rPr>
            </w:pPr>
            <w:r>
              <w:rPr>
                <w:rFonts w:cs="Arial"/>
                <w:lang w:val="ro-RO"/>
              </w:rPr>
              <w:t>de fier (II), soluție de acid sulfuric; eprubete, stativ pentru eprubete.</w:t>
            </w:r>
          </w:p>
          <w:p w14:paraId="5259BFB3" w14:textId="77777777" w:rsidR="00E40B4B" w:rsidRDefault="00E40B4B" w:rsidP="00E40B4B">
            <w:pPr>
              <w:spacing w:line="276" w:lineRule="auto"/>
              <w:ind w:left="113" w:hanging="113"/>
              <w:rPr>
                <w:rFonts w:cs="Arial"/>
                <w:color w:val="4F81BD" w:themeColor="accent1"/>
                <w:lang w:val="en-GB"/>
              </w:rPr>
            </w:pPr>
            <w:r>
              <w:rPr>
                <w:rFonts w:eastAsia="Calibri" w:cs="Arial"/>
                <w:bCs/>
              </w:rPr>
              <w:t xml:space="preserve">- </w:t>
            </w:r>
            <w:r>
              <w:rPr>
                <w:rFonts w:eastAsia="Calibri" w:cs="Arial"/>
                <w:iCs/>
              </w:rPr>
              <w:t>manual școlar- Chimie clasa a IX-a</w:t>
            </w:r>
          </w:p>
          <w:p w14:paraId="763D69A8" w14:textId="12EC32DE" w:rsidR="00E40B4B" w:rsidRPr="00A03B07" w:rsidRDefault="00E40B4B" w:rsidP="00E40B4B">
            <w:pPr>
              <w:spacing w:line="276" w:lineRule="auto"/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 ore</w:t>
            </w:r>
          </w:p>
        </w:tc>
        <w:tc>
          <w:tcPr>
            <w:tcW w:w="189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7828A5B" w14:textId="77777777" w:rsidR="00E40B4B" w:rsidRDefault="00E40B4B" w:rsidP="00E40B4B">
            <w:pPr>
              <w:spacing w:line="276" w:lineRule="auto"/>
              <w:ind w:left="113" w:hanging="113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Evaluarea modului de completare a fișelor pentru activitatea experimentală în echipă</w:t>
            </w:r>
          </w:p>
          <w:p w14:paraId="25FAF25A" w14:textId="77777777" w:rsidR="0058464C" w:rsidRDefault="0058464C" w:rsidP="00E40B4B">
            <w:pPr>
              <w:spacing w:line="276" w:lineRule="auto"/>
              <w:ind w:left="113" w:hanging="113"/>
              <w:rPr>
                <w:rFonts w:cs="Arial"/>
              </w:rPr>
            </w:pPr>
          </w:p>
          <w:p w14:paraId="7602990D" w14:textId="77777777" w:rsidR="00E40B4B" w:rsidRDefault="00E40B4B" w:rsidP="00E40B4B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Evaluarea curentă orală</w:t>
            </w:r>
          </w:p>
          <w:p w14:paraId="5CB67950" w14:textId="77777777" w:rsidR="00E40B4B" w:rsidRDefault="00E40B4B" w:rsidP="00E40B4B">
            <w:pPr>
              <w:spacing w:line="276" w:lineRule="auto"/>
              <w:rPr>
                <w:rFonts w:cs="Arial"/>
                <w:bCs/>
              </w:rPr>
            </w:pPr>
          </w:p>
          <w:p w14:paraId="5F58D9FD" w14:textId="77777777" w:rsidR="00E40B4B" w:rsidRDefault="00E40B4B" w:rsidP="00E40B4B">
            <w:pPr>
              <w:spacing w:line="276" w:lineRule="auto"/>
              <w:ind w:left="113" w:hanging="113"/>
              <w:rPr>
                <w:rFonts w:cs="Arial"/>
                <w:lang w:val="ro-RO"/>
              </w:rPr>
            </w:pPr>
            <w:r>
              <w:rPr>
                <w:rFonts w:cs="Arial"/>
                <w:bCs/>
              </w:rPr>
              <w:t>Evaluarea fișelor de lucru</w:t>
            </w:r>
          </w:p>
          <w:p w14:paraId="2D0B577B" w14:textId="77777777" w:rsidR="00E40B4B" w:rsidRPr="00A03B07" w:rsidRDefault="00E40B4B" w:rsidP="00E40B4B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</w:p>
        </w:tc>
      </w:tr>
      <w:tr w:rsidR="00E40B4B" w14:paraId="2B6A852A" w14:textId="77777777" w:rsidTr="00543754">
        <w:trPr>
          <w:trHeight w:val="268"/>
          <w:jc w:val="center"/>
        </w:trPr>
        <w:tc>
          <w:tcPr>
            <w:tcW w:w="205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EAF9646" w14:textId="70B281B3" w:rsidR="00E40B4B" w:rsidRPr="00E40B4B" w:rsidRDefault="00E40B4B" w:rsidP="00E40B4B">
            <w:pPr>
              <w:spacing w:line="276" w:lineRule="auto"/>
              <w:rPr>
                <w:rFonts w:eastAsiaTheme="minorHAnsi" w:cs="Arial"/>
                <w:color w:val="4F81BD" w:themeColor="accent1"/>
                <w:kern w:val="2"/>
                <w:lang w:val="ro-RO"/>
              </w:rPr>
            </w:pPr>
            <w:r w:rsidRPr="00E40B4B">
              <w:rPr>
                <w:rFonts w:eastAsiaTheme="minorHAnsi" w:cs="Arial"/>
                <w:kern w:val="2"/>
                <w:lang w:val="ro-RO"/>
              </w:rPr>
              <w:t>2.3 Caracterul reducător al carbonului, al hidrogenului și al monoxidului de carbon</w:t>
            </w:r>
            <w:r w:rsidRPr="00E40B4B">
              <w:rPr>
                <w:rFonts w:eastAsiaTheme="minorHAnsi" w:cs="Arial"/>
                <w:color w:val="4F81BD" w:themeColor="accent1"/>
                <w:kern w:val="2"/>
                <w:lang w:val="ro-RO"/>
              </w:rPr>
              <w:t xml:space="preserve"> </w:t>
            </w:r>
          </w:p>
          <w:p w14:paraId="02DD4CD1" w14:textId="63413BD6" w:rsidR="00E40B4B" w:rsidRPr="00F26DAA" w:rsidRDefault="00E40B4B" w:rsidP="00E40B4B">
            <w:pPr>
              <w:spacing w:line="276" w:lineRule="auto"/>
              <w:rPr>
                <w:lang w:val="fr-FR"/>
              </w:rPr>
            </w:pPr>
          </w:p>
        </w:tc>
        <w:tc>
          <w:tcPr>
            <w:tcW w:w="167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1A5954E" w14:textId="77777777" w:rsidR="00E40B4B" w:rsidRDefault="00E40B4B" w:rsidP="00E40B4B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1.2,2.2,3.1</w:t>
            </w:r>
          </w:p>
          <w:p w14:paraId="7ED89A81" w14:textId="285DC088" w:rsidR="00E40B4B" w:rsidRDefault="00E40B4B" w:rsidP="00E40B4B">
            <w:pPr>
              <w:spacing w:line="276" w:lineRule="auto"/>
              <w:jc w:val="center"/>
            </w:pPr>
            <w:r>
              <w:rPr>
                <w:bCs/>
              </w:rPr>
              <w:t>4.2,5.2,6.2</w:t>
            </w:r>
          </w:p>
        </w:tc>
        <w:tc>
          <w:tcPr>
            <w:tcW w:w="524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FAFEA2A" w14:textId="77777777" w:rsidR="00E40B4B" w:rsidRDefault="00E40B4B" w:rsidP="00E40B4B">
            <w:pPr>
              <w:spacing w:line="276" w:lineRule="auto"/>
              <w:ind w:left="113" w:hanging="113"/>
            </w:pPr>
            <w:r>
              <w:rPr>
                <w:sz w:val="14"/>
              </w:rPr>
              <w:t xml:space="preserve">- </w:t>
            </w:r>
            <w:r>
              <w:t>identificarea carbonului, hidrogenului și monoxidului de carbon ca agenți reducători în reacțiile cu oxizii metalici;</w:t>
            </w:r>
          </w:p>
          <w:p w14:paraId="0AB70F0C" w14:textId="6BCF346E" w:rsidR="00E40B4B" w:rsidRDefault="00E40B4B" w:rsidP="00E40B4B">
            <w:pPr>
              <w:spacing w:line="276" w:lineRule="auto"/>
              <w:ind w:left="113" w:hanging="113"/>
              <w:rPr>
                <w:rFonts w:cs="Arial"/>
                <w:lang w:val="ro-RO"/>
              </w:rPr>
            </w:pPr>
            <w:r>
              <w:t xml:space="preserve">- scrierea </w:t>
            </w:r>
            <w:r w:rsidR="00F852E5">
              <w:t>proceselor de oxidare/ reducere care au loc</w:t>
            </w:r>
            <w:r>
              <w:t xml:space="preserve"> și stabilirea coeficienților stoechiometrici</w:t>
            </w:r>
            <w:r>
              <w:rPr>
                <w:rFonts w:cs="Arial"/>
                <w:lang w:val="en-GB"/>
              </w:rPr>
              <w:t>;</w:t>
            </w:r>
          </w:p>
          <w:p w14:paraId="56AC49FD" w14:textId="55297307" w:rsidR="00E40B4B" w:rsidRPr="00F23B26" w:rsidRDefault="00F852E5" w:rsidP="00E40B4B">
            <w:pPr>
              <w:spacing w:line="276" w:lineRule="auto"/>
            </w:pPr>
            <w:r w:rsidRPr="00D7148A">
              <w:t xml:space="preserve">- aplicarea algoritmilor specifici pentru rezolvarea unor probleme de calcul stoechiometric folosind puritatea substanțelor, </w:t>
            </w:r>
            <w:r>
              <w:t>randamentul</w:t>
            </w:r>
            <w:r w:rsidRPr="00D7148A">
              <w:t>,</w:t>
            </w:r>
            <w:r w:rsidRPr="00543754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Pr="00543754">
              <w:rPr>
                <w:lang w:val="ro-RO"/>
              </w:rPr>
              <w:t>excesul unui reactant</w:t>
            </w:r>
            <w:r>
              <w:rPr>
                <w:lang w:val="ro-RO"/>
              </w:rPr>
              <w:t xml:space="preserve"> și concentrația procentuală de masă</w:t>
            </w:r>
            <w:r w:rsidRPr="00D7148A">
              <w:t xml:space="preserve"> într-o activitate </w:t>
            </w:r>
            <w:r>
              <w:t>frontală.</w:t>
            </w:r>
          </w:p>
        </w:tc>
        <w:tc>
          <w:tcPr>
            <w:tcW w:w="425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9DBED99" w14:textId="77777777" w:rsidR="00E40B4B" w:rsidRPr="00F26DAA" w:rsidRDefault="00E40B4B" w:rsidP="00E40B4B">
            <w:pPr>
              <w:spacing w:line="276" w:lineRule="auto"/>
              <w:rPr>
                <w:sz w:val="14"/>
                <w:lang w:val="fr-FR"/>
              </w:rPr>
            </w:pPr>
            <w:r w:rsidRPr="00F26DAA">
              <w:rPr>
                <w:sz w:val="14"/>
                <w:lang w:val="fr-FR"/>
              </w:rPr>
              <w:t>-</w:t>
            </w:r>
            <w:r w:rsidRPr="00F26DAA">
              <w:rPr>
                <w:rFonts w:cs="Arial"/>
                <w:bCs/>
                <w:lang w:val="fr-FR"/>
              </w:rPr>
              <w:t xml:space="preserve"> activitate frontală</w:t>
            </w:r>
          </w:p>
          <w:p w14:paraId="6536F600" w14:textId="77777777" w:rsidR="00E40B4B" w:rsidRDefault="00E40B4B" w:rsidP="00E40B4B">
            <w:pPr>
              <w:spacing w:line="276" w:lineRule="auto"/>
              <w:rPr>
                <w:rFonts w:cs="Arial"/>
                <w:bCs/>
                <w:lang w:val="ro-RO"/>
              </w:rPr>
            </w:pPr>
            <w:r w:rsidRPr="00F26DAA">
              <w:rPr>
                <w:rFonts w:cs="Arial"/>
                <w:bCs/>
                <w:lang w:val="fr-FR"/>
              </w:rPr>
              <w:t>- conversaţie euristic</w:t>
            </w:r>
            <w:r>
              <w:rPr>
                <w:rFonts w:cs="Arial"/>
                <w:bCs/>
                <w:lang w:val="ro-RO"/>
              </w:rPr>
              <w:t>ă</w:t>
            </w:r>
          </w:p>
          <w:p w14:paraId="08883BAA" w14:textId="77777777" w:rsidR="00E40B4B" w:rsidRPr="00F26DAA" w:rsidRDefault="00E40B4B" w:rsidP="00E40B4B">
            <w:pPr>
              <w:spacing w:line="276" w:lineRule="auto"/>
              <w:ind w:left="113" w:hanging="113"/>
              <w:rPr>
                <w:lang w:val="fr-FR"/>
              </w:rPr>
            </w:pPr>
            <w:r>
              <w:rPr>
                <w:sz w:val="14"/>
                <w:lang w:val="ro-RO"/>
              </w:rPr>
              <w:t>-</w:t>
            </w:r>
            <w:r w:rsidRPr="00F26DAA">
              <w:rPr>
                <w:color w:val="4F81BD" w:themeColor="accent1"/>
                <w:lang w:val="fr-FR"/>
              </w:rPr>
              <w:t xml:space="preserve"> </w:t>
            </w:r>
            <w:r w:rsidRPr="00F26DAA">
              <w:rPr>
                <w:lang w:val="fr-FR"/>
              </w:rPr>
              <w:t>fișe de lucru</w:t>
            </w:r>
          </w:p>
          <w:p w14:paraId="6D659E2E" w14:textId="77777777" w:rsidR="00E40B4B" w:rsidRDefault="00E40B4B" w:rsidP="00E40B4B">
            <w:pPr>
              <w:spacing w:line="276" w:lineRule="auto"/>
              <w:ind w:left="113" w:hanging="113"/>
              <w:rPr>
                <w:rFonts w:cs="Arial"/>
                <w:color w:val="4F81BD" w:themeColor="accent1"/>
                <w:lang w:val="en-GB"/>
              </w:rPr>
            </w:pPr>
            <w:r>
              <w:rPr>
                <w:rFonts w:eastAsia="Calibri" w:cs="Arial"/>
                <w:iCs/>
              </w:rPr>
              <w:t>-manual școlar-Chimie clasa a IX-a</w:t>
            </w:r>
          </w:p>
          <w:p w14:paraId="6E72381B" w14:textId="77777777" w:rsidR="00E40B4B" w:rsidRDefault="00E40B4B" w:rsidP="00E40B4B">
            <w:pPr>
              <w:spacing w:line="276" w:lineRule="auto"/>
              <w:ind w:left="113" w:hanging="113"/>
              <w:rPr>
                <w:rFonts w:cs="Arial"/>
                <w:lang w:val="en-GB"/>
              </w:rPr>
            </w:pPr>
          </w:p>
          <w:p w14:paraId="2EDF4524" w14:textId="77777777" w:rsidR="00E40B4B" w:rsidRDefault="00E40B4B" w:rsidP="00E40B4B">
            <w:pPr>
              <w:spacing w:line="276" w:lineRule="auto"/>
              <w:ind w:left="113" w:hanging="113"/>
              <w:rPr>
                <w:color w:val="4F81BD" w:themeColor="accent1"/>
                <w:lang w:val="en-GB"/>
              </w:rPr>
            </w:pPr>
          </w:p>
          <w:p w14:paraId="2A9F5AE2" w14:textId="389C03FC" w:rsidR="00E40B4B" w:rsidRPr="00A03B07" w:rsidRDefault="00E40B4B" w:rsidP="00E40B4B">
            <w:pPr>
              <w:spacing w:line="276" w:lineRule="auto"/>
              <w:jc w:val="right"/>
              <w:rPr>
                <w:rFonts w:cs="Arial"/>
                <w:bCs/>
              </w:rPr>
            </w:pPr>
            <w:r w:rsidRPr="00E40B4B">
              <w:t>2 ore</w:t>
            </w:r>
          </w:p>
        </w:tc>
        <w:tc>
          <w:tcPr>
            <w:tcW w:w="189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A0C5B62" w14:textId="77777777" w:rsidR="00E40B4B" w:rsidRPr="00E40B4B" w:rsidRDefault="00E40B4B" w:rsidP="00E40B4B">
            <w:pPr>
              <w:spacing w:line="276" w:lineRule="auto"/>
              <w:rPr>
                <w:rFonts w:cs="Arial"/>
              </w:rPr>
            </w:pPr>
            <w:r w:rsidRPr="00E40B4B">
              <w:rPr>
                <w:rFonts w:cs="Arial"/>
              </w:rPr>
              <w:t>Observarea sistematică a elevilor</w:t>
            </w:r>
          </w:p>
          <w:p w14:paraId="471AC912" w14:textId="77777777" w:rsidR="00E40B4B" w:rsidRPr="00E40B4B" w:rsidRDefault="00E40B4B" w:rsidP="00E40B4B">
            <w:pPr>
              <w:spacing w:line="276" w:lineRule="auto"/>
              <w:rPr>
                <w:rFonts w:cs="Arial"/>
              </w:rPr>
            </w:pPr>
          </w:p>
          <w:p w14:paraId="3E6E6020" w14:textId="69A084CA" w:rsidR="00E40B4B" w:rsidRPr="00A03B07" w:rsidRDefault="00E40B4B" w:rsidP="00E40B4B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E40B4B">
              <w:rPr>
                <w:rFonts w:ascii="Arial" w:hAnsi="Arial" w:cs="Arial"/>
              </w:rPr>
              <w:t>Evaluare curentă orală</w:t>
            </w:r>
          </w:p>
        </w:tc>
      </w:tr>
      <w:tr w:rsidR="00CF3CD0" w14:paraId="4C2FE085" w14:textId="77777777" w:rsidTr="005127B9">
        <w:trPr>
          <w:trHeight w:val="1188"/>
          <w:jc w:val="center"/>
        </w:trPr>
        <w:tc>
          <w:tcPr>
            <w:tcW w:w="205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F8F8F87" w14:textId="44B58F27" w:rsidR="00CF3CD0" w:rsidRDefault="00CF3CD0" w:rsidP="00E8589F">
            <w:pPr>
              <w:spacing w:line="276" w:lineRule="auto"/>
            </w:pPr>
            <w:r>
              <w:lastRenderedPageBreak/>
              <w:t>2.</w:t>
            </w:r>
            <w:r w:rsidR="00F852E5">
              <w:t>4</w:t>
            </w:r>
            <w:r>
              <w:t xml:space="preserve"> Aplicații ale reacțiilor redox. Pile electrice</w:t>
            </w:r>
          </w:p>
        </w:tc>
        <w:tc>
          <w:tcPr>
            <w:tcW w:w="167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18211DA" w14:textId="77777777" w:rsidR="00CF3CD0" w:rsidRDefault="00CF3CD0" w:rsidP="00E8589F">
            <w:pPr>
              <w:spacing w:line="276" w:lineRule="auto"/>
              <w:jc w:val="center"/>
            </w:pPr>
            <w:r>
              <w:t>1.2, 2.2, 3.2,</w:t>
            </w:r>
          </w:p>
          <w:p w14:paraId="5019F3C4" w14:textId="77777777" w:rsidR="00CF3CD0" w:rsidRDefault="00CF3CD0" w:rsidP="00E8589F">
            <w:pPr>
              <w:spacing w:line="276" w:lineRule="auto"/>
              <w:jc w:val="center"/>
            </w:pPr>
            <w:r>
              <w:t>4.2, 5.2, 6.2</w:t>
            </w:r>
            <w:r w:rsidR="007C50B0">
              <w:t>,</w:t>
            </w:r>
          </w:p>
          <w:p w14:paraId="15F38993" w14:textId="5559B232" w:rsidR="007C50B0" w:rsidRDefault="007C50B0" w:rsidP="00E8589F">
            <w:pPr>
              <w:spacing w:line="276" w:lineRule="auto"/>
              <w:jc w:val="center"/>
            </w:pPr>
            <w:r>
              <w:t>6.3</w:t>
            </w:r>
          </w:p>
        </w:tc>
        <w:tc>
          <w:tcPr>
            <w:tcW w:w="524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AF19AC7" w14:textId="77777777" w:rsidR="00CF3CD0" w:rsidRPr="00F26DAA" w:rsidRDefault="00CF3CD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construirea/modelarea pilei Daniell și identificarea anodului, catodului, punții de sare și circuitului exterior;</w:t>
            </w:r>
          </w:p>
          <w:p w14:paraId="789FD0CC" w14:textId="6386AB54" w:rsidR="00CF3CD0" w:rsidRPr="00F26DAA" w:rsidRDefault="00CF3CD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 xml:space="preserve">- identificarea proceselor de oxidare şi de reducere care au loc în timpul funcționării pilelor electrice într-o simulare digitală (pila Daniell, acumulatorul cu plumb, </w:t>
            </w:r>
            <w:r w:rsidRPr="005127B9">
              <w:rPr>
                <w:lang w:val="ro-RO"/>
              </w:rPr>
              <w:t>bateria litiu-ion</w:t>
            </w:r>
            <w:r w:rsidRPr="00F26DAA">
              <w:rPr>
                <w:lang w:val="fr-FR"/>
              </w:rPr>
              <w:t>), individual;</w:t>
            </w:r>
          </w:p>
          <w:p w14:paraId="033BBFF3" w14:textId="77777777" w:rsidR="00CF3CD0" w:rsidRPr="00F26DAA" w:rsidRDefault="00CF3CD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reprezentarea grafică a proceselor care au loc la electrozi în timpul funcţionării acumulatorului cu plumb, într-o fișă de lucru, individual;</w:t>
            </w:r>
          </w:p>
          <w:p w14:paraId="61CB9DFB" w14:textId="1E537DC9" w:rsidR="00CF3CD0" w:rsidRPr="00F26DAA" w:rsidRDefault="00CF3CD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scrierea proceselor la electrozi, a ecuației globale și a reprezentării convenționale a pilei Daniell;</w:t>
            </w:r>
          </w:p>
          <w:p w14:paraId="5B789048" w14:textId="77777777" w:rsidR="00CF3CD0" w:rsidRPr="00F26DAA" w:rsidRDefault="00CF3CD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explicarea transformării energiei chimice în energie electrică;</w:t>
            </w:r>
          </w:p>
          <w:p w14:paraId="3B43FBCA" w14:textId="77777777" w:rsidR="00CF3CD0" w:rsidRPr="00F26DAA" w:rsidRDefault="00CF3CD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identificarea construcției și utilizărilor acumulatorului cu plumb și bateriei litiu-ion;</w:t>
            </w:r>
          </w:p>
          <w:p w14:paraId="3A1F41DC" w14:textId="0A48F75B" w:rsidR="00CF3CD0" w:rsidRPr="00F26DAA" w:rsidRDefault="00CF3CD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participarea la o discuţie ghidată pe tema importanței colectării și reciclării bateriilor.</w:t>
            </w:r>
          </w:p>
        </w:tc>
        <w:tc>
          <w:tcPr>
            <w:tcW w:w="425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E0A665F" w14:textId="77777777" w:rsidR="00CF3CD0" w:rsidRPr="00F26DAA" w:rsidRDefault="00CF3CD0" w:rsidP="00E8589F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26DAA">
              <w:rPr>
                <w:rFonts w:cs="Arial"/>
                <w:bCs/>
                <w:lang w:val="fr-FR"/>
              </w:rPr>
              <w:t>- activitate frontală</w:t>
            </w:r>
          </w:p>
          <w:p w14:paraId="10061ECF" w14:textId="77777777" w:rsidR="00CF3CD0" w:rsidRPr="00F26DAA" w:rsidRDefault="00CF3CD0" w:rsidP="00E8589F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26DAA">
              <w:rPr>
                <w:rFonts w:cs="Arial"/>
                <w:bCs/>
                <w:lang w:val="fr-FR"/>
              </w:rPr>
              <w:t>- activitate în echipă</w:t>
            </w:r>
          </w:p>
          <w:p w14:paraId="55D8ABF0" w14:textId="77777777" w:rsidR="00CF3CD0" w:rsidRPr="00F26DAA" w:rsidRDefault="00CF3CD0" w:rsidP="00E8589F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26DAA">
              <w:rPr>
                <w:rFonts w:cs="Arial"/>
                <w:bCs/>
                <w:lang w:val="fr-FR"/>
              </w:rPr>
              <w:t>- conversaţie euristică</w:t>
            </w:r>
          </w:p>
          <w:p w14:paraId="7448EDA0" w14:textId="77777777" w:rsidR="00CF3CD0" w:rsidRPr="00F26DAA" w:rsidRDefault="00CF3CD0" w:rsidP="00E8589F">
            <w:pPr>
              <w:pStyle w:val="Pa17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</w:pPr>
            <w:r w:rsidRPr="00F26DAA">
              <w:rPr>
                <w:rFonts w:ascii="Arial" w:hAnsi="Arial" w:cs="Arial"/>
                <w:bCs/>
                <w:sz w:val="22"/>
                <w:szCs w:val="22"/>
                <w:lang w:val="fr-FR"/>
              </w:rPr>
              <w:t>- fișă pentru activități experimentale ”</w:t>
            </w:r>
            <w:r w:rsidRPr="00F26DAA">
              <w:rPr>
                <w:rFonts w:ascii="Arial" w:hAnsi="Arial" w:cs="Arial"/>
                <w:bCs/>
                <w:color w:val="000000"/>
                <w:sz w:val="22"/>
                <w:szCs w:val="22"/>
                <w:lang w:val="fr-FR"/>
              </w:rPr>
              <w:t xml:space="preserve">Construcția pilei electrice Zn-Cu” (pila Daniell) – activitate practică în laborator pe echipe </w:t>
            </w:r>
          </w:p>
          <w:p w14:paraId="2CD1125B" w14:textId="77777777" w:rsidR="00CF3CD0" w:rsidRPr="00F26DAA" w:rsidRDefault="00CF3CD0" w:rsidP="00E8589F">
            <w:pPr>
              <w:pStyle w:val="Pa15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</w:pPr>
            <w:r w:rsidRPr="00F26DAA">
              <w:rPr>
                <w:rFonts w:ascii="Arial" w:hAnsi="Arial" w:cs="Arial"/>
                <w:bCs/>
                <w:color w:val="000000"/>
                <w:sz w:val="22"/>
                <w:szCs w:val="22"/>
                <w:lang w:val="fr-FR"/>
              </w:rPr>
              <w:t>- substanțe și ustensile necesare:</w:t>
            </w:r>
            <w:r w:rsidRPr="00F26DA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26DAA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 xml:space="preserve">soluție de sulfat de zinc, soluție de sulfat de cupru (II), plăcuță de zinc, plăcuță de cupru, soluție saturată de sare (KCl); pahare Berzelius, tub de sticlă în formă de U, fire conductoare, voltmetru, vată sau hârtie de filtru, întrerupător. </w:t>
            </w:r>
          </w:p>
          <w:p w14:paraId="6BB9F104" w14:textId="77777777" w:rsidR="00CF3CD0" w:rsidRPr="00A03B07" w:rsidRDefault="00CF3CD0" w:rsidP="00E8589F">
            <w:pPr>
              <w:spacing w:line="276" w:lineRule="auto"/>
              <w:rPr>
                <w:rFonts w:cs="Arial"/>
                <w:lang w:eastAsia="ro-RO"/>
              </w:rPr>
            </w:pPr>
            <w:r w:rsidRPr="00A03B07">
              <w:rPr>
                <w:rFonts w:cs="Arial"/>
                <w:bCs/>
              </w:rPr>
              <w:t>- m</w:t>
            </w:r>
            <w:r w:rsidRPr="00A03B07">
              <w:rPr>
                <w:rFonts w:cs="Arial"/>
                <w:iCs/>
                <w:lang w:eastAsia="ro-RO"/>
              </w:rPr>
              <w:t>anual școlar Chimie clasa a IX-a.</w:t>
            </w:r>
          </w:p>
          <w:p w14:paraId="57601CFD" w14:textId="7989BBD4" w:rsidR="00CF3CD0" w:rsidRPr="00A03B07" w:rsidRDefault="00F852E5" w:rsidP="00E8589F">
            <w:pPr>
              <w:spacing w:line="276" w:lineRule="auto"/>
              <w:jc w:val="right"/>
              <w:rPr>
                <w:rFonts w:cs="Arial"/>
                <w:lang w:eastAsia="ro-RO"/>
              </w:rPr>
            </w:pPr>
            <w:r>
              <w:rPr>
                <w:rFonts w:cs="Arial"/>
                <w:lang w:eastAsia="ro-RO"/>
              </w:rPr>
              <w:t>2</w:t>
            </w:r>
            <w:r w:rsidR="00CF3CD0" w:rsidRPr="00A03B07">
              <w:rPr>
                <w:rFonts w:cs="Arial"/>
                <w:lang w:eastAsia="ro-RO"/>
              </w:rPr>
              <w:t xml:space="preserve"> or</w:t>
            </w:r>
            <w:r>
              <w:rPr>
                <w:rFonts w:cs="Arial"/>
                <w:lang w:eastAsia="ro-RO"/>
              </w:rPr>
              <w:t>e</w:t>
            </w:r>
          </w:p>
          <w:p w14:paraId="159D74DE" w14:textId="293CD6D5" w:rsidR="00CF3CD0" w:rsidRDefault="00CF3CD0" w:rsidP="00E8589F">
            <w:pPr>
              <w:spacing w:line="276" w:lineRule="auto"/>
              <w:jc w:val="right"/>
            </w:pPr>
          </w:p>
        </w:tc>
        <w:tc>
          <w:tcPr>
            <w:tcW w:w="189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4991947" w14:textId="77777777" w:rsidR="00CF3CD0" w:rsidRDefault="00CF3CD0" w:rsidP="00E8589F">
            <w:pPr>
              <w:spacing w:line="276" w:lineRule="auto"/>
            </w:pPr>
            <w:r>
              <w:t>Observarea sistematică a elevilor</w:t>
            </w:r>
          </w:p>
          <w:p w14:paraId="7B82BA7D" w14:textId="77777777" w:rsidR="0058464C" w:rsidRDefault="0058464C" w:rsidP="00E8589F">
            <w:pPr>
              <w:spacing w:line="276" w:lineRule="auto"/>
            </w:pPr>
          </w:p>
          <w:p w14:paraId="106B8E37" w14:textId="13A71DA0" w:rsidR="00CF3CD0" w:rsidRDefault="00CF3CD0" w:rsidP="00E8589F">
            <w:pPr>
              <w:spacing w:line="276" w:lineRule="auto"/>
            </w:pPr>
            <w:r>
              <w:t>Evaluarea</w:t>
            </w:r>
            <w:r w:rsidR="0058464C">
              <w:t xml:space="preserve"> modului de completare a </w:t>
            </w:r>
            <w:r>
              <w:t xml:space="preserve"> fișei experimentale</w:t>
            </w:r>
          </w:p>
          <w:p w14:paraId="6E82F06F" w14:textId="77777777" w:rsidR="0058464C" w:rsidRDefault="0058464C" w:rsidP="00E8589F">
            <w:pPr>
              <w:spacing w:line="276" w:lineRule="auto"/>
            </w:pPr>
          </w:p>
          <w:p w14:paraId="093B8A28" w14:textId="77777777" w:rsidR="00CF3CD0" w:rsidRDefault="00CF3CD0" w:rsidP="00E8589F">
            <w:pPr>
              <w:spacing w:line="276" w:lineRule="auto"/>
            </w:pPr>
            <w:r>
              <w:t>Evaluare curentă orală</w:t>
            </w:r>
          </w:p>
        </w:tc>
      </w:tr>
      <w:tr w:rsidR="00CF3CD0" w14:paraId="24A1A98A" w14:textId="77777777" w:rsidTr="00543754">
        <w:trPr>
          <w:trHeight w:val="268"/>
          <w:jc w:val="center"/>
        </w:trPr>
        <w:tc>
          <w:tcPr>
            <w:tcW w:w="205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3C52CCD" w14:textId="63F41FF3" w:rsidR="00CF3CD0" w:rsidRPr="00F26DAA" w:rsidRDefault="00CF3CD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2.</w:t>
            </w:r>
            <w:r w:rsidR="00F852E5" w:rsidRPr="00F26DAA">
              <w:rPr>
                <w:lang w:val="fr-FR"/>
              </w:rPr>
              <w:t>5</w:t>
            </w:r>
            <w:r w:rsidRPr="00F26DAA">
              <w:rPr>
                <w:lang w:val="fr-FR"/>
              </w:rPr>
              <w:t xml:space="preserve"> Electroliza topiturii de clorură de sodiu</w:t>
            </w:r>
          </w:p>
        </w:tc>
        <w:tc>
          <w:tcPr>
            <w:tcW w:w="167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E549030" w14:textId="77777777" w:rsidR="00CF3CD0" w:rsidRDefault="00CF3CD0" w:rsidP="00E8589F">
            <w:pPr>
              <w:spacing w:line="276" w:lineRule="auto"/>
              <w:jc w:val="center"/>
            </w:pPr>
            <w:r>
              <w:t>1.2, 2.2, 3.2,</w:t>
            </w:r>
          </w:p>
          <w:p w14:paraId="2D2C4181" w14:textId="77777777" w:rsidR="00CF3CD0" w:rsidRDefault="00CF3CD0" w:rsidP="00E8589F">
            <w:pPr>
              <w:spacing w:line="276" w:lineRule="auto"/>
              <w:jc w:val="center"/>
            </w:pPr>
            <w:r>
              <w:t>4.2, 5.2, 6.2</w:t>
            </w:r>
          </w:p>
        </w:tc>
        <w:tc>
          <w:tcPr>
            <w:tcW w:w="524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5D9B0F5" w14:textId="77777777" w:rsidR="00CF3CD0" w:rsidRPr="00F26DAA" w:rsidRDefault="00CF3CD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identificarea componentelor unei celule electrolitice și a rolului sursei de curent continuu;</w:t>
            </w:r>
          </w:p>
          <w:p w14:paraId="5B66583B" w14:textId="77777777" w:rsidR="00CF3CD0" w:rsidRPr="00F26DAA" w:rsidRDefault="00CF3CD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reprezentarea migrării ionilor și scrierea proceselor la anod și catod;</w:t>
            </w:r>
          </w:p>
          <w:p w14:paraId="0053B63D" w14:textId="77777777" w:rsidR="00CF3CD0" w:rsidRPr="00F26DAA" w:rsidRDefault="00CF3CD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compararea pilei galvanice cu celula electrolitică din perspectiva spontaneității și transformării energiei;</w:t>
            </w:r>
          </w:p>
          <w:p w14:paraId="7B85ED14" w14:textId="040D3E7F" w:rsidR="00CF3CD0" w:rsidRPr="00F26DAA" w:rsidRDefault="00CF3CD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realizarea unei activități în echipă, cu tema: “Asemănări și deosebiri între procesele de transformare a energiei chimice - funcționarea unei pile electrice și procesul de electroliză a topiturii de clorură de sodiu”, utilizând concepte specifice;</w:t>
            </w:r>
          </w:p>
          <w:p w14:paraId="2682FDBB" w14:textId="77777777" w:rsidR="00CF3CD0" w:rsidRDefault="00CF3CD0" w:rsidP="00E8589F">
            <w:pPr>
              <w:spacing w:line="276" w:lineRule="auto"/>
            </w:pPr>
            <w:r>
              <w:t>- identificarea aplicațiilor industriale ale electrolizei.</w:t>
            </w:r>
          </w:p>
        </w:tc>
        <w:tc>
          <w:tcPr>
            <w:tcW w:w="425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A4CB1ED" w14:textId="77777777" w:rsidR="00CF3CD0" w:rsidRPr="00F26DAA" w:rsidRDefault="00CF3CD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activitate frontală</w:t>
            </w:r>
          </w:p>
          <w:p w14:paraId="3B527B6F" w14:textId="77777777" w:rsidR="00CF3CD0" w:rsidRPr="00F26DAA" w:rsidRDefault="00CF3CD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conversație euristică</w:t>
            </w:r>
          </w:p>
          <w:p w14:paraId="66561CDA" w14:textId="77777777" w:rsidR="00CF3CD0" w:rsidRPr="00F26DAA" w:rsidRDefault="00CF3CD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modele, animații și simulări digitale</w:t>
            </w:r>
          </w:p>
          <w:p w14:paraId="109DB4A2" w14:textId="77777777" w:rsidR="00CF3CD0" w:rsidRPr="00F26DAA" w:rsidRDefault="00CF3CD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fișe de lucru</w:t>
            </w:r>
          </w:p>
          <w:p w14:paraId="0D2771BD" w14:textId="77777777" w:rsidR="00CF3CD0" w:rsidRPr="00F26DAA" w:rsidRDefault="00CF3CD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electroliza topiturii de NaCl se abordează exclusiv prin model/simulare</w:t>
            </w:r>
          </w:p>
          <w:p w14:paraId="3D430CB1" w14:textId="77777777" w:rsidR="00CF3CD0" w:rsidRDefault="00CF3CD0" w:rsidP="00E8589F">
            <w:pPr>
              <w:spacing w:line="276" w:lineRule="auto"/>
            </w:pPr>
            <w:r>
              <w:t>- manual școlar Chimie clasa a IX-a</w:t>
            </w:r>
          </w:p>
          <w:p w14:paraId="504AC282" w14:textId="77777777" w:rsidR="00CF3CD0" w:rsidRDefault="00CF3CD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89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F14D7C1" w14:textId="77777777" w:rsidR="00CF3CD0" w:rsidRDefault="00CF3CD0" w:rsidP="00E8589F">
            <w:pPr>
              <w:spacing w:line="276" w:lineRule="auto"/>
            </w:pPr>
            <w:r>
              <w:t>Evaluare curentă orală</w:t>
            </w:r>
          </w:p>
          <w:p w14:paraId="3DA601D9" w14:textId="77777777" w:rsidR="00CF3CD0" w:rsidRDefault="00CF3CD0" w:rsidP="00E8589F">
            <w:pPr>
              <w:spacing w:line="276" w:lineRule="auto"/>
            </w:pPr>
            <w:r>
              <w:t>Evaluarea fișelor de lucru</w:t>
            </w:r>
          </w:p>
        </w:tc>
      </w:tr>
      <w:tr w:rsidR="00CF3CD0" w14:paraId="20F0B815" w14:textId="77777777" w:rsidTr="00D47500">
        <w:trPr>
          <w:trHeight w:val="218"/>
          <w:jc w:val="center"/>
        </w:trPr>
        <w:tc>
          <w:tcPr>
            <w:tcW w:w="205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8F1E673" w14:textId="77777777" w:rsidR="00CF3CD0" w:rsidRDefault="00CF3CD0" w:rsidP="00E8589F">
            <w:pPr>
              <w:spacing w:line="276" w:lineRule="auto"/>
            </w:pPr>
            <w:r>
              <w:lastRenderedPageBreak/>
              <w:t>Recapitulare. Proiect – „Cum pot substanțele oxidante și reducătoare să influențeze mediul și viața?”</w:t>
            </w:r>
          </w:p>
        </w:tc>
        <w:tc>
          <w:tcPr>
            <w:tcW w:w="167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322C962" w14:textId="77777777" w:rsidR="00CF3CD0" w:rsidRDefault="00CF3CD0" w:rsidP="00E8589F">
            <w:pPr>
              <w:spacing w:line="276" w:lineRule="auto"/>
              <w:jc w:val="center"/>
            </w:pPr>
            <w:r>
              <w:t>1.2, 2.2, 3.1,</w:t>
            </w:r>
          </w:p>
          <w:p w14:paraId="089474E5" w14:textId="77777777" w:rsidR="00CF3CD0" w:rsidRDefault="00CF3CD0" w:rsidP="00E8589F">
            <w:pPr>
              <w:spacing w:line="276" w:lineRule="auto"/>
              <w:jc w:val="center"/>
            </w:pPr>
            <w:r>
              <w:t>3.2, 4.2, 5.2,</w:t>
            </w:r>
          </w:p>
          <w:p w14:paraId="425522D3" w14:textId="53F268B3" w:rsidR="00CF3CD0" w:rsidRDefault="00CF3CD0" w:rsidP="00E8589F">
            <w:pPr>
              <w:spacing w:line="276" w:lineRule="auto"/>
              <w:jc w:val="center"/>
            </w:pPr>
            <w:r>
              <w:t>6.1, 6.2</w:t>
            </w:r>
            <w:r w:rsidR="007C50B0">
              <w:t>. 6.3</w:t>
            </w:r>
          </w:p>
        </w:tc>
        <w:tc>
          <w:tcPr>
            <w:tcW w:w="524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725C3E1" w14:textId="0FFBBA0A" w:rsidR="00CF3CD0" w:rsidRDefault="00CF3CD0" w:rsidP="00E8589F">
            <w:pPr>
              <w:spacing w:line="276" w:lineRule="auto"/>
            </w:pPr>
            <w:r>
              <w:t xml:space="preserve">- recapitularea conceptelor și </w:t>
            </w:r>
            <w:r w:rsidR="00543754">
              <w:t xml:space="preserve">utilizarea lor în </w:t>
            </w:r>
            <w:r>
              <w:t>rezolvarea unor itemi integrați;</w:t>
            </w:r>
          </w:p>
          <w:p w14:paraId="5ED876AA" w14:textId="77777777" w:rsidR="00CF3CD0" w:rsidRPr="00F26DAA" w:rsidRDefault="00CF3CD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realizarea proiectului sub formă de poster sau prezentare digitală;</w:t>
            </w:r>
          </w:p>
          <w:p w14:paraId="314D2F20" w14:textId="77777777" w:rsidR="00CF3CD0" w:rsidRDefault="00CF3CD0" w:rsidP="00E8589F">
            <w:pPr>
              <w:spacing w:line="276" w:lineRule="auto"/>
            </w:pPr>
            <w:r>
              <w:t>- formularea unor măsuri pentru diminuarea impactului produselor chimice asupra mediului.</w:t>
            </w:r>
          </w:p>
        </w:tc>
        <w:tc>
          <w:tcPr>
            <w:tcW w:w="425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915B085" w14:textId="77777777" w:rsidR="00CF3CD0" w:rsidRPr="00F26DAA" w:rsidRDefault="00CF3CD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activitate frontală și în echipă</w:t>
            </w:r>
          </w:p>
          <w:p w14:paraId="5021CC9C" w14:textId="77777777" w:rsidR="00CF3CD0" w:rsidRPr="00F26DAA" w:rsidRDefault="00CF3CD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fișă de recapitulare</w:t>
            </w:r>
          </w:p>
          <w:p w14:paraId="3BB364E6" w14:textId="21DD00A8" w:rsidR="00CF3CD0" w:rsidRDefault="00CF3CD0" w:rsidP="00E8589F">
            <w:pPr>
              <w:spacing w:line="276" w:lineRule="auto"/>
            </w:pPr>
            <w:r>
              <w:t xml:space="preserve">- </w:t>
            </w:r>
            <w:r w:rsidR="00280C4C">
              <w:t xml:space="preserve">resurse digitale </w:t>
            </w:r>
            <w:r>
              <w:t>și materiale pentru poster/prezentare</w:t>
            </w:r>
          </w:p>
          <w:p w14:paraId="6C32986E" w14:textId="77777777" w:rsidR="00CF3CD0" w:rsidRDefault="00CF3CD0" w:rsidP="00E8589F">
            <w:pPr>
              <w:spacing w:line="276" w:lineRule="auto"/>
            </w:pPr>
            <w:r>
              <w:t>- manual școlar Chimie clasa a IX-a</w:t>
            </w:r>
          </w:p>
          <w:p w14:paraId="6C0E9BBC" w14:textId="77777777" w:rsidR="00CF3CD0" w:rsidRDefault="00CF3CD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89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7796B2B" w14:textId="77777777" w:rsidR="00CF3CD0" w:rsidRDefault="00CF3CD0" w:rsidP="00E8589F">
            <w:pPr>
              <w:spacing w:line="276" w:lineRule="auto"/>
            </w:pPr>
            <w:r>
              <w:t>Evaluarea fișei de recapitulare</w:t>
            </w:r>
          </w:p>
          <w:p w14:paraId="58110B70" w14:textId="77777777" w:rsidR="00CF3CD0" w:rsidRDefault="00CF3CD0" w:rsidP="00E8589F">
            <w:pPr>
              <w:spacing w:line="276" w:lineRule="auto"/>
            </w:pPr>
            <w:r>
              <w:t>Evaluarea proiectului</w:t>
            </w:r>
          </w:p>
        </w:tc>
      </w:tr>
      <w:tr w:rsidR="00CF3CD0" w14:paraId="5E889D82" w14:textId="77777777" w:rsidTr="00D47500">
        <w:trPr>
          <w:trHeight w:val="125"/>
          <w:jc w:val="center"/>
        </w:trPr>
        <w:tc>
          <w:tcPr>
            <w:tcW w:w="205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DD2C2CA" w14:textId="77777777" w:rsidR="00CF3CD0" w:rsidRDefault="00CF3CD0" w:rsidP="00E8589F">
            <w:pPr>
              <w:spacing w:line="276" w:lineRule="auto"/>
            </w:pPr>
            <w:r>
              <w:t>Evaluare sumativă</w:t>
            </w:r>
          </w:p>
        </w:tc>
        <w:tc>
          <w:tcPr>
            <w:tcW w:w="167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9878BF6" w14:textId="77777777" w:rsidR="00CF3CD0" w:rsidRDefault="00CF3CD0" w:rsidP="00E8589F">
            <w:pPr>
              <w:spacing w:line="276" w:lineRule="auto"/>
              <w:jc w:val="center"/>
            </w:pPr>
            <w:r>
              <w:t>1.2, 2.2, 3.1,</w:t>
            </w:r>
          </w:p>
          <w:p w14:paraId="50112845" w14:textId="77777777" w:rsidR="00CF3CD0" w:rsidRDefault="00CF3CD0" w:rsidP="00E8589F">
            <w:pPr>
              <w:spacing w:line="276" w:lineRule="auto"/>
              <w:jc w:val="center"/>
            </w:pPr>
            <w:r>
              <w:t>3.2, 4.2, 5.2</w:t>
            </w:r>
          </w:p>
        </w:tc>
        <w:tc>
          <w:tcPr>
            <w:tcW w:w="524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D42B8FB" w14:textId="77777777" w:rsidR="00CF3CD0" w:rsidRPr="00F26DAA" w:rsidRDefault="00CF3CD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aplicarea testului sumativ;</w:t>
            </w:r>
          </w:p>
          <w:p w14:paraId="43BF4DD3" w14:textId="77777777" w:rsidR="00CF3CD0" w:rsidRPr="00F26DAA" w:rsidRDefault="00CF3CD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prezentarea baremului de evaluare;</w:t>
            </w:r>
          </w:p>
          <w:p w14:paraId="1D196CEC" w14:textId="77777777" w:rsidR="00CF3CD0" w:rsidRDefault="00CF3CD0" w:rsidP="00E8589F">
            <w:pPr>
              <w:spacing w:line="276" w:lineRule="auto"/>
            </w:pPr>
            <w:r>
              <w:t>- analiza rezultatelor și feedback.</w:t>
            </w:r>
          </w:p>
        </w:tc>
        <w:tc>
          <w:tcPr>
            <w:tcW w:w="425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3746855" w14:textId="77777777" w:rsidR="00CF3CD0" w:rsidRDefault="00CF3CD0" w:rsidP="00E8589F">
            <w:pPr>
              <w:spacing w:line="276" w:lineRule="auto"/>
            </w:pPr>
            <w:r>
              <w:t>- test de evaluare sumativă</w:t>
            </w:r>
          </w:p>
          <w:p w14:paraId="53D37379" w14:textId="77777777" w:rsidR="00CF3CD0" w:rsidRDefault="00CF3CD0" w:rsidP="00E8589F">
            <w:pPr>
              <w:spacing w:line="276" w:lineRule="auto"/>
            </w:pPr>
            <w:r>
              <w:t>- barem de evaluare și notare</w:t>
            </w:r>
          </w:p>
          <w:p w14:paraId="7201C6B1" w14:textId="77777777" w:rsidR="00CF3CD0" w:rsidRDefault="00CF3CD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89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9B4DC16" w14:textId="77777777" w:rsidR="00CF3CD0" w:rsidRPr="00F26DAA" w:rsidRDefault="00CF3CD0" w:rsidP="00E8589F">
            <w:pPr>
              <w:spacing w:line="276" w:lineRule="auto"/>
              <w:ind w:left="76" w:hanging="76"/>
              <w:rPr>
                <w:rFonts w:cs="Arial"/>
                <w:lang w:val="fr-FR" w:eastAsia="ro-RO"/>
              </w:rPr>
            </w:pPr>
            <w:r w:rsidRPr="00F26DAA">
              <w:rPr>
                <w:rFonts w:cs="Arial"/>
                <w:lang w:val="fr-FR" w:eastAsia="ro-RO"/>
              </w:rPr>
              <w:t xml:space="preserve">Itemii propusi vizează  domeniile cognitive ale  gândirii critice: </w:t>
            </w:r>
          </w:p>
          <w:p w14:paraId="0A6C2C82" w14:textId="77777777" w:rsidR="00CF3CD0" w:rsidRPr="00A03B07" w:rsidRDefault="00CF3CD0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cunoaştere </w:t>
            </w:r>
          </w:p>
          <w:p w14:paraId="72F43C02" w14:textId="77777777" w:rsidR="00CF3CD0" w:rsidRPr="00A03B07" w:rsidRDefault="00CF3CD0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aplicare </w:t>
            </w:r>
          </w:p>
          <w:p w14:paraId="4930570E" w14:textId="1EAF0F31" w:rsidR="00CF3CD0" w:rsidRDefault="00CF3CD0" w:rsidP="00E8589F">
            <w:pPr>
              <w:spacing w:line="276" w:lineRule="auto"/>
            </w:pPr>
            <w:r w:rsidRPr="00A03B07">
              <w:rPr>
                <w:rFonts w:cs="Arial"/>
                <w:lang w:eastAsia="ro-RO"/>
              </w:rPr>
              <w:t>• raţionament</w:t>
            </w:r>
          </w:p>
        </w:tc>
      </w:tr>
    </w:tbl>
    <w:p w14:paraId="3A0F73DF" w14:textId="77777777" w:rsidR="007947FA" w:rsidRDefault="007947FA" w:rsidP="00E8589F">
      <w:pPr>
        <w:spacing w:line="276" w:lineRule="auto"/>
      </w:pPr>
    </w:p>
    <w:p w14:paraId="46B0B12B" w14:textId="77777777" w:rsidR="00E8589F" w:rsidRDefault="00E8589F" w:rsidP="00E8589F">
      <w:pPr>
        <w:spacing w:line="276" w:lineRule="auto"/>
      </w:pPr>
    </w:p>
    <w:p w14:paraId="7DDCFE36" w14:textId="77777777" w:rsidR="007947FA" w:rsidRDefault="00D47500" w:rsidP="00E8589F">
      <w:pPr>
        <w:spacing w:line="276" w:lineRule="auto"/>
      </w:pPr>
      <w:r w:rsidRPr="00F26DAA">
        <w:rPr>
          <w:b/>
          <w:lang w:val="fr-FR"/>
        </w:rPr>
        <w:t xml:space="preserve">Unitatea 3. Învelișul de electroni al atomului. </w:t>
      </w:r>
      <w:r>
        <w:rPr>
          <w:b/>
        </w:rPr>
        <w:t>Caracter metalic. Caracter nemetalic</w:t>
      </w:r>
    </w:p>
    <w:p w14:paraId="22115368" w14:textId="13BD6F99" w:rsidR="007947FA" w:rsidRDefault="00D47500" w:rsidP="00E8589F">
      <w:pPr>
        <w:spacing w:line="276" w:lineRule="auto"/>
      </w:pPr>
      <w:r>
        <w:t xml:space="preserve">Nr. ore alocate: </w:t>
      </w:r>
      <w:r w:rsidR="00F852E5">
        <w:t>15</w:t>
      </w:r>
      <w:r>
        <w:t xml:space="preserve"> ore</w:t>
      </w:r>
    </w:p>
    <w:tbl>
      <w:tblPr>
        <w:tblStyle w:val="TableGrid"/>
        <w:tblW w:w="159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6"/>
        <w:gridCol w:w="1766"/>
        <w:gridCol w:w="5536"/>
        <w:gridCol w:w="4492"/>
        <w:gridCol w:w="2006"/>
      </w:tblGrid>
      <w:tr w:rsidR="007947FA" w14:paraId="53B6EF56" w14:textId="77777777" w:rsidTr="00D47500">
        <w:trPr>
          <w:trHeight w:val="110"/>
          <w:tblHeader/>
          <w:jc w:val="center"/>
        </w:trPr>
        <w:tc>
          <w:tcPr>
            <w:tcW w:w="2166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B984F1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Conținuturi</w:t>
            </w:r>
          </w:p>
          <w:p w14:paraId="212DC1F5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detaliate</w:t>
            </w:r>
          </w:p>
        </w:tc>
        <w:tc>
          <w:tcPr>
            <w:tcW w:w="1766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769484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Competențe</w:t>
            </w:r>
          </w:p>
          <w:p w14:paraId="272C74DB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specifice</w:t>
            </w:r>
          </w:p>
        </w:tc>
        <w:tc>
          <w:tcPr>
            <w:tcW w:w="5536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8BB46C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Activități de învățare</w:t>
            </w:r>
          </w:p>
        </w:tc>
        <w:tc>
          <w:tcPr>
            <w:tcW w:w="4492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957C48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Resurse</w:t>
            </w:r>
          </w:p>
        </w:tc>
        <w:tc>
          <w:tcPr>
            <w:tcW w:w="2006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CDC978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Evaluare</w:t>
            </w:r>
          </w:p>
        </w:tc>
      </w:tr>
      <w:tr w:rsidR="007947FA" w14:paraId="52CD0A7C" w14:textId="77777777" w:rsidTr="00D47500">
        <w:trPr>
          <w:trHeight w:val="333"/>
          <w:jc w:val="center"/>
        </w:trPr>
        <w:tc>
          <w:tcPr>
            <w:tcW w:w="21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C08A1EA" w14:textId="4EE4111F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3.1 Învelișul de electroni al atomului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2386885" w14:textId="77777777" w:rsidR="007947FA" w:rsidRDefault="00D47500" w:rsidP="00E8589F">
            <w:pPr>
              <w:spacing w:line="276" w:lineRule="auto"/>
              <w:jc w:val="center"/>
            </w:pPr>
            <w:r>
              <w:t>1.3, 2.3, 3.3</w:t>
            </w:r>
          </w:p>
        </w:tc>
        <w:tc>
          <w:tcPr>
            <w:tcW w:w="553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90EA057" w14:textId="77777777" w:rsidR="007947FA" w:rsidRDefault="00D47500" w:rsidP="00E8589F">
            <w:pPr>
              <w:spacing w:line="276" w:lineRule="auto"/>
            </w:pPr>
            <w:r>
              <w:t>- organizarea învelișului electronic în straturi, substraturi și orbitali;</w:t>
            </w:r>
          </w:p>
          <w:p w14:paraId="312A0445" w14:textId="77777777" w:rsidR="007947FA" w:rsidRDefault="00D47500" w:rsidP="00E8589F">
            <w:pPr>
              <w:spacing w:line="276" w:lineRule="auto"/>
            </w:pPr>
            <w:r>
              <w:t>- recunoașterea formei orbitalilor s și p și a numărului maxim de electroni;</w:t>
            </w:r>
          </w:p>
          <w:p w14:paraId="33F29CAA" w14:textId="77777777" w:rsidR="007947FA" w:rsidRDefault="00D47500" w:rsidP="00E8589F">
            <w:pPr>
              <w:spacing w:line="276" w:lineRule="auto"/>
            </w:pPr>
            <w:r>
              <w:t>- ordonarea substraturilor după energie și identificarea notațiilor corecte.</w:t>
            </w:r>
          </w:p>
        </w:tc>
        <w:tc>
          <w:tcPr>
            <w:tcW w:w="449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D70F82D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71EDCF0E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4B2D3DE7" w14:textId="77777777" w:rsidR="007947FA" w:rsidRDefault="00D47500" w:rsidP="00E8589F">
            <w:pPr>
              <w:spacing w:line="276" w:lineRule="auto"/>
            </w:pPr>
            <w:r>
              <w:t>- conversație euristică</w:t>
            </w:r>
          </w:p>
          <w:p w14:paraId="762189D6" w14:textId="29F60E92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7FB1CC00" w14:textId="20744943" w:rsidR="007947FA" w:rsidRDefault="00F852E5" w:rsidP="00E8589F">
            <w:pPr>
              <w:spacing w:line="276" w:lineRule="auto"/>
              <w:jc w:val="right"/>
            </w:pPr>
            <w:r>
              <w:t>2</w:t>
            </w:r>
            <w:r w:rsidR="00D47500">
              <w:t xml:space="preserve"> or</w:t>
            </w:r>
            <w:r>
              <w:t>e</w:t>
            </w:r>
          </w:p>
        </w:tc>
        <w:tc>
          <w:tcPr>
            <w:tcW w:w="200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2EC268A" w14:textId="77777777" w:rsidR="007947FA" w:rsidRDefault="00D47500" w:rsidP="00E8589F">
            <w:pPr>
              <w:spacing w:line="276" w:lineRule="auto"/>
            </w:pPr>
            <w:r>
              <w:t>Observarea sistematică a elevilor</w:t>
            </w:r>
          </w:p>
          <w:p w14:paraId="188F76CB" w14:textId="77777777" w:rsidR="007947FA" w:rsidRDefault="00D47500" w:rsidP="00E8589F">
            <w:pPr>
              <w:spacing w:line="276" w:lineRule="auto"/>
            </w:pPr>
            <w:r>
              <w:t>Evaluare curentă orală</w:t>
            </w:r>
          </w:p>
        </w:tc>
      </w:tr>
      <w:tr w:rsidR="007947FA" w14:paraId="2383DD74" w14:textId="77777777" w:rsidTr="00D47500">
        <w:trPr>
          <w:trHeight w:val="446"/>
          <w:jc w:val="center"/>
        </w:trPr>
        <w:tc>
          <w:tcPr>
            <w:tcW w:w="21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F180E7E" w14:textId="72FDC432" w:rsidR="007947FA" w:rsidRDefault="00D47500" w:rsidP="00E8589F">
            <w:pPr>
              <w:spacing w:line="276" w:lineRule="auto"/>
            </w:pPr>
            <w:r>
              <w:t>3.2 Configurația electronică a elementelor chimice din perioadele 1, 2</w:t>
            </w:r>
            <w:r w:rsidR="00F852E5">
              <w:t>,</w:t>
            </w:r>
            <w:r>
              <w:t xml:space="preserve"> </w:t>
            </w:r>
            <w:r w:rsidR="00F852E5">
              <w:t xml:space="preserve">3 </w:t>
            </w:r>
            <w:r>
              <w:lastRenderedPageBreak/>
              <w:t xml:space="preserve">și </w:t>
            </w:r>
            <w:r w:rsidR="00F852E5">
              <w:t>4</w:t>
            </w:r>
            <w:r>
              <w:t xml:space="preserve"> ale Tabelului periodic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8F0AA46" w14:textId="77777777" w:rsidR="007947FA" w:rsidRDefault="00D47500" w:rsidP="00E8589F">
            <w:pPr>
              <w:spacing w:line="276" w:lineRule="auto"/>
              <w:jc w:val="center"/>
            </w:pPr>
            <w:r>
              <w:lastRenderedPageBreak/>
              <w:t>1.3, 2.3, 3.3,</w:t>
            </w:r>
          </w:p>
          <w:p w14:paraId="43C1299A" w14:textId="77777777" w:rsidR="007947FA" w:rsidRDefault="00D47500" w:rsidP="00E8589F">
            <w:pPr>
              <w:spacing w:line="276" w:lineRule="auto"/>
              <w:jc w:val="center"/>
            </w:pPr>
            <w:r>
              <w:t>4.3, 5.3</w:t>
            </w:r>
          </w:p>
        </w:tc>
        <w:tc>
          <w:tcPr>
            <w:tcW w:w="553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465E19E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aplicarea principiului minimei energii, principiului de excluziune al lui Pauli și regulii lui Hund;</w:t>
            </w:r>
          </w:p>
          <w:p w14:paraId="338D6116" w14:textId="41E40AFD" w:rsidR="007947FA" w:rsidRDefault="00D47500" w:rsidP="00E8589F">
            <w:pPr>
              <w:spacing w:line="276" w:lineRule="auto"/>
            </w:pPr>
            <w:r>
              <w:lastRenderedPageBreak/>
              <w:t>- scrierea și reprezentarea grafică a configurațiilor electronice pentru elementele din perioadele 1, 2</w:t>
            </w:r>
            <w:r w:rsidR="007C50B0">
              <w:t>, 3</w:t>
            </w:r>
            <w:r>
              <w:t xml:space="preserve"> și </w:t>
            </w:r>
            <w:r w:rsidR="007C50B0">
              <w:t>4</w:t>
            </w:r>
            <w:r>
              <w:t>;</w:t>
            </w:r>
          </w:p>
          <w:p w14:paraId="51D2580A" w14:textId="77777777" w:rsidR="007947FA" w:rsidRDefault="00D47500" w:rsidP="00E8589F">
            <w:pPr>
              <w:spacing w:line="276" w:lineRule="auto"/>
            </w:pPr>
            <w:r>
              <w:t>- identificarea electronilor de valență, orbitalilor monoelectronici și dielectronici;</w:t>
            </w:r>
          </w:p>
          <w:p w14:paraId="0D8869AD" w14:textId="77777777" w:rsidR="007947FA" w:rsidRDefault="00D47500" w:rsidP="00E8589F">
            <w:pPr>
              <w:spacing w:line="276" w:lineRule="auto"/>
            </w:pPr>
            <w:r>
              <w:t>- rezolvarea unor exerciții și situații-problemă.</w:t>
            </w:r>
          </w:p>
        </w:tc>
        <w:tc>
          <w:tcPr>
            <w:tcW w:w="449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54AD6DB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lastRenderedPageBreak/>
              <w:t>- activitate frontală</w:t>
            </w:r>
          </w:p>
          <w:p w14:paraId="6321748F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activitate individuală</w:t>
            </w:r>
          </w:p>
          <w:p w14:paraId="15818C76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fișe de lucru</w:t>
            </w:r>
          </w:p>
          <w:p w14:paraId="72A8A8CD" w14:textId="77777777" w:rsidR="007947FA" w:rsidRDefault="00D47500" w:rsidP="00E8589F">
            <w:pPr>
              <w:spacing w:line="276" w:lineRule="auto"/>
            </w:pPr>
            <w:r>
              <w:t>- Tabel periodic</w:t>
            </w:r>
          </w:p>
          <w:p w14:paraId="4B60BEF4" w14:textId="77777777" w:rsidR="007947FA" w:rsidRDefault="00D47500" w:rsidP="00E8589F">
            <w:pPr>
              <w:spacing w:line="276" w:lineRule="auto"/>
            </w:pPr>
            <w:r>
              <w:lastRenderedPageBreak/>
              <w:t>- manual școlar Chimie clasa a IX-a</w:t>
            </w:r>
          </w:p>
          <w:p w14:paraId="598A617E" w14:textId="56C704D9" w:rsidR="007947FA" w:rsidRDefault="00F852E5" w:rsidP="00E8589F">
            <w:pPr>
              <w:spacing w:line="276" w:lineRule="auto"/>
              <w:jc w:val="right"/>
            </w:pPr>
            <w:r>
              <w:t>2 ore</w:t>
            </w:r>
          </w:p>
        </w:tc>
        <w:tc>
          <w:tcPr>
            <w:tcW w:w="200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CCB0A39" w14:textId="77777777" w:rsidR="007947FA" w:rsidRDefault="00D47500" w:rsidP="00E8589F">
            <w:pPr>
              <w:spacing w:line="276" w:lineRule="auto"/>
            </w:pPr>
            <w:r>
              <w:lastRenderedPageBreak/>
              <w:t>Evaluare curentă orală</w:t>
            </w:r>
          </w:p>
          <w:p w14:paraId="0453F252" w14:textId="77777777" w:rsidR="007947FA" w:rsidRDefault="00D47500" w:rsidP="00E8589F">
            <w:pPr>
              <w:spacing w:line="276" w:lineRule="auto"/>
            </w:pPr>
            <w:r>
              <w:t>Evaluarea fișelor de lucru</w:t>
            </w:r>
          </w:p>
        </w:tc>
      </w:tr>
      <w:tr w:rsidR="007947FA" w14:paraId="2DF661AC" w14:textId="77777777" w:rsidTr="00D47500">
        <w:trPr>
          <w:trHeight w:val="389"/>
          <w:jc w:val="center"/>
        </w:trPr>
        <w:tc>
          <w:tcPr>
            <w:tcW w:w="21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4D35E52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3.3 Corelația dintre structura învelișului de electroni și poziția elementului în Tabelul periodic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BD62597" w14:textId="77777777" w:rsidR="007947FA" w:rsidRDefault="00D47500" w:rsidP="00E8589F">
            <w:pPr>
              <w:spacing w:line="276" w:lineRule="auto"/>
              <w:jc w:val="center"/>
            </w:pPr>
            <w:r>
              <w:t>1.3, 2.3, 3.3,</w:t>
            </w:r>
          </w:p>
          <w:p w14:paraId="316CD55E" w14:textId="77777777" w:rsidR="007947FA" w:rsidRDefault="00D47500" w:rsidP="00E8589F">
            <w:pPr>
              <w:spacing w:line="276" w:lineRule="auto"/>
              <w:jc w:val="center"/>
            </w:pPr>
            <w:r>
              <w:t>4.3, 5.3</w:t>
            </w:r>
          </w:p>
        </w:tc>
        <w:tc>
          <w:tcPr>
            <w:tcW w:w="553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74243E0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corelarea numărului perioadei cu numărul de straturi ocupate;</w:t>
            </w:r>
          </w:p>
          <w:p w14:paraId="0432C238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stabilirea grupei principale pe baza numărului de electroni de valență;</w:t>
            </w:r>
          </w:p>
          <w:p w14:paraId="2A5189A7" w14:textId="77777777" w:rsidR="007947FA" w:rsidRDefault="00D47500" w:rsidP="00E8589F">
            <w:pPr>
              <w:spacing w:line="276" w:lineRule="auto"/>
            </w:pPr>
            <w:r>
              <w:t>- determinarea configurației electronice pornind de la poziția elementului și invers;</w:t>
            </w:r>
          </w:p>
          <w:p w14:paraId="151AA50F" w14:textId="77777777" w:rsidR="007947FA" w:rsidRDefault="00D47500" w:rsidP="00E8589F">
            <w:pPr>
              <w:spacing w:line="276" w:lineRule="auto"/>
            </w:pPr>
            <w:r>
              <w:t>- formularea concluziilor utilizând terminologia specifică.</w:t>
            </w:r>
          </w:p>
        </w:tc>
        <w:tc>
          <w:tcPr>
            <w:tcW w:w="449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A3AFEAD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activitate frontală</w:t>
            </w:r>
          </w:p>
          <w:p w14:paraId="0448FE9B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activitate individuală</w:t>
            </w:r>
          </w:p>
          <w:p w14:paraId="7F5C25EB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fișă de lucru</w:t>
            </w:r>
          </w:p>
          <w:p w14:paraId="0D27AF9F" w14:textId="77777777" w:rsidR="007947FA" w:rsidRDefault="00D47500" w:rsidP="00E8589F">
            <w:pPr>
              <w:spacing w:line="276" w:lineRule="auto"/>
            </w:pPr>
            <w:r>
              <w:t>- Tabel periodic</w:t>
            </w:r>
          </w:p>
          <w:p w14:paraId="468914FE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13F730E3" w14:textId="2B2963FE" w:rsidR="007947FA" w:rsidRDefault="00F852E5" w:rsidP="00E8589F">
            <w:pPr>
              <w:spacing w:line="276" w:lineRule="auto"/>
              <w:jc w:val="right"/>
            </w:pPr>
            <w:r>
              <w:t>2 ore</w:t>
            </w:r>
          </w:p>
        </w:tc>
        <w:tc>
          <w:tcPr>
            <w:tcW w:w="200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D1B3B6D" w14:textId="77777777" w:rsidR="007947FA" w:rsidRDefault="00D47500" w:rsidP="00E8589F">
            <w:pPr>
              <w:spacing w:line="276" w:lineRule="auto"/>
            </w:pPr>
            <w:r>
              <w:t>Chestionare orală</w:t>
            </w:r>
          </w:p>
          <w:p w14:paraId="68C37899" w14:textId="77777777" w:rsidR="007947FA" w:rsidRDefault="00D47500" w:rsidP="00E8589F">
            <w:pPr>
              <w:spacing w:line="276" w:lineRule="auto"/>
            </w:pPr>
            <w:r>
              <w:t>Evaluarea fișelor de lucru</w:t>
            </w:r>
          </w:p>
        </w:tc>
      </w:tr>
      <w:tr w:rsidR="007947FA" w14:paraId="6DC03083" w14:textId="77777777" w:rsidTr="00D47500">
        <w:trPr>
          <w:trHeight w:val="32"/>
          <w:jc w:val="center"/>
        </w:trPr>
        <w:tc>
          <w:tcPr>
            <w:tcW w:w="21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00DC006" w14:textId="77777777" w:rsidR="007947FA" w:rsidRDefault="00D47500" w:rsidP="00E8589F">
            <w:pPr>
              <w:spacing w:line="276" w:lineRule="auto"/>
            </w:pPr>
            <w:r>
              <w:t>3.4 Rază atomică. Variația razei atomice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A8C9D65" w14:textId="77777777" w:rsidR="007947FA" w:rsidRDefault="00D47500" w:rsidP="00E8589F">
            <w:pPr>
              <w:spacing w:line="276" w:lineRule="auto"/>
              <w:jc w:val="center"/>
            </w:pPr>
            <w:r>
              <w:t>1.3, 2.3, 4.3,</w:t>
            </w:r>
          </w:p>
          <w:p w14:paraId="4F7EDECB" w14:textId="77777777" w:rsidR="007947FA" w:rsidRDefault="00D47500" w:rsidP="00E8589F">
            <w:pPr>
              <w:spacing w:line="276" w:lineRule="auto"/>
              <w:jc w:val="center"/>
            </w:pPr>
            <w:r>
              <w:t>5.3</w:t>
            </w:r>
          </w:p>
        </w:tc>
        <w:tc>
          <w:tcPr>
            <w:tcW w:w="553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393CB6B" w14:textId="77777777" w:rsidR="00B26BB8" w:rsidRPr="00B26BB8" w:rsidRDefault="00B26BB8" w:rsidP="00E8589F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B26BB8">
              <w:rPr>
                <w:rFonts w:ascii="Arial" w:hAnsi="Arial" w:cs="Arial"/>
                <w:sz w:val="22"/>
                <w:szCs w:val="22"/>
              </w:rPr>
              <w:t xml:space="preserve">- ordonarea razelor atomice ale unor elemente chimice, având în vedere configurația electronică a acestora, în exerciții dintr-o fișă de lucru, individual; </w:t>
            </w:r>
          </w:p>
          <w:p w14:paraId="78CE5F1A" w14:textId="77777777" w:rsidR="008B0524" w:rsidRPr="00F26DAA" w:rsidRDefault="008B0524" w:rsidP="00E8589F">
            <w:pPr>
              <w:spacing w:line="276" w:lineRule="auto"/>
              <w:rPr>
                <w:lang w:val="ro-RO"/>
              </w:rPr>
            </w:pPr>
            <w:r w:rsidRPr="00F26DAA">
              <w:rPr>
                <w:lang w:val="ro-RO"/>
              </w:rPr>
              <w:t>- explicarea variației razei atomice, pe baza poziției elementului chimic în Tabelul periodic, individual;</w:t>
            </w:r>
          </w:p>
          <w:p w14:paraId="5135E6F0" w14:textId="48DC164D" w:rsidR="007947FA" w:rsidRDefault="00D47500" w:rsidP="00E8589F">
            <w:pPr>
              <w:spacing w:line="276" w:lineRule="auto"/>
            </w:pPr>
            <w:r>
              <w:t>- recunoașterea razei atomice ca proprietate periodică;</w:t>
            </w:r>
          </w:p>
          <w:p w14:paraId="1BE9732F" w14:textId="77777777" w:rsidR="007947FA" w:rsidRDefault="00D47500" w:rsidP="00E8589F">
            <w:pPr>
              <w:spacing w:line="276" w:lineRule="auto"/>
            </w:pPr>
            <w:r>
              <w:t>- interpretarea variației în grupe și perioade;</w:t>
            </w:r>
          </w:p>
          <w:p w14:paraId="65F49E6D" w14:textId="77777777" w:rsidR="007947FA" w:rsidRDefault="00D47500" w:rsidP="00E8589F">
            <w:pPr>
              <w:spacing w:line="276" w:lineRule="auto"/>
            </w:pPr>
            <w:r>
              <w:t>- ordonarea unor elemente după raza atomică și argumentarea răspunsului.</w:t>
            </w:r>
          </w:p>
        </w:tc>
        <w:tc>
          <w:tcPr>
            <w:tcW w:w="449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46E98F5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activitate frontală</w:t>
            </w:r>
          </w:p>
          <w:p w14:paraId="51EED548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activitate individuală</w:t>
            </w:r>
          </w:p>
          <w:p w14:paraId="527902BF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fișă de lucru</w:t>
            </w:r>
          </w:p>
          <w:p w14:paraId="076B4031" w14:textId="77777777" w:rsidR="007947FA" w:rsidRDefault="00D47500" w:rsidP="00E8589F">
            <w:pPr>
              <w:spacing w:line="276" w:lineRule="auto"/>
            </w:pPr>
            <w:r>
              <w:t>- Tabel periodic</w:t>
            </w:r>
          </w:p>
          <w:p w14:paraId="388A535F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2DAD2680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200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6AABECF" w14:textId="77777777" w:rsidR="007947FA" w:rsidRDefault="00D47500" w:rsidP="00E8589F">
            <w:pPr>
              <w:spacing w:line="276" w:lineRule="auto"/>
            </w:pPr>
            <w:r>
              <w:t>Chestionare orală</w:t>
            </w:r>
          </w:p>
          <w:p w14:paraId="3F6701E3" w14:textId="77777777" w:rsidR="007947FA" w:rsidRDefault="00D47500" w:rsidP="00E8589F">
            <w:pPr>
              <w:spacing w:line="276" w:lineRule="auto"/>
            </w:pPr>
            <w:r>
              <w:t>Evaluarea fișelor de lucru</w:t>
            </w:r>
          </w:p>
        </w:tc>
      </w:tr>
      <w:tr w:rsidR="007947FA" w14:paraId="362C39C4" w14:textId="77777777" w:rsidTr="00D47500">
        <w:trPr>
          <w:trHeight w:val="32"/>
          <w:jc w:val="center"/>
        </w:trPr>
        <w:tc>
          <w:tcPr>
            <w:tcW w:w="21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11203A3" w14:textId="77777777" w:rsidR="007947FA" w:rsidRDefault="00D47500" w:rsidP="00E8589F">
            <w:pPr>
              <w:spacing w:line="276" w:lineRule="auto"/>
            </w:pPr>
            <w:r>
              <w:t>3.5 Raza ionică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B222303" w14:textId="77777777" w:rsidR="007947FA" w:rsidRDefault="00D47500" w:rsidP="00E8589F">
            <w:pPr>
              <w:spacing w:line="276" w:lineRule="auto"/>
              <w:jc w:val="center"/>
            </w:pPr>
            <w:r>
              <w:t>1.3, 2.3, 3.3,</w:t>
            </w:r>
          </w:p>
          <w:p w14:paraId="57A5F6AB" w14:textId="77777777" w:rsidR="007947FA" w:rsidRDefault="00D47500" w:rsidP="00E8589F">
            <w:pPr>
              <w:spacing w:line="276" w:lineRule="auto"/>
              <w:jc w:val="center"/>
            </w:pPr>
            <w:r>
              <w:t>4.3, 5.3</w:t>
            </w:r>
          </w:p>
        </w:tc>
        <w:tc>
          <w:tcPr>
            <w:tcW w:w="553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E418762" w14:textId="77777777" w:rsidR="007617C1" w:rsidRPr="00B26BB8" w:rsidRDefault="007617C1" w:rsidP="00E8589F">
            <w:pPr>
              <w:spacing w:line="276" w:lineRule="auto"/>
              <w:rPr>
                <w:rFonts w:cs="Arial"/>
              </w:rPr>
            </w:pPr>
            <w:r w:rsidRPr="00B26BB8">
              <w:rPr>
                <w:rFonts w:cs="Arial"/>
              </w:rPr>
              <w:t>- compararea razei atomice cu raza ionică pentru un anumit element chimic, pornind de la configurația electronică a atomului/ ionului, într-o activitate frontală;</w:t>
            </w:r>
          </w:p>
          <w:p w14:paraId="7A5BF026" w14:textId="42FA5809" w:rsidR="00B26BB8" w:rsidRPr="00B26BB8" w:rsidRDefault="00B26BB8" w:rsidP="00E8589F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B26BB8">
              <w:rPr>
                <w:rFonts w:ascii="Arial" w:hAnsi="Arial" w:cs="Arial"/>
                <w:sz w:val="22"/>
                <w:szCs w:val="22"/>
              </w:rPr>
              <w:t xml:space="preserve">- explicarea diferenței dintre raza atomică și raza ionică pentru același element chimic, pe baza configurației electronice a atomului și a ionului, individual; </w:t>
            </w:r>
          </w:p>
          <w:p w14:paraId="14F4D587" w14:textId="42F39484" w:rsidR="007947FA" w:rsidRPr="00B26BB8" w:rsidRDefault="00D47500" w:rsidP="00E8589F">
            <w:pPr>
              <w:spacing w:line="276" w:lineRule="auto"/>
              <w:rPr>
                <w:rFonts w:cs="Arial"/>
              </w:rPr>
            </w:pPr>
            <w:r w:rsidRPr="00B26BB8">
              <w:rPr>
                <w:rFonts w:cs="Arial"/>
              </w:rPr>
              <w:t>- reprezentarea formării cationilor și anionilor;</w:t>
            </w:r>
          </w:p>
          <w:p w14:paraId="0FB05E48" w14:textId="77777777" w:rsidR="007947FA" w:rsidRPr="00B26BB8" w:rsidRDefault="00D47500" w:rsidP="00E8589F">
            <w:pPr>
              <w:spacing w:line="276" w:lineRule="auto"/>
              <w:rPr>
                <w:rFonts w:cs="Arial"/>
              </w:rPr>
            </w:pPr>
            <w:r w:rsidRPr="00B26BB8">
              <w:rPr>
                <w:rFonts w:cs="Arial"/>
              </w:rPr>
              <w:lastRenderedPageBreak/>
              <w:t>- compararea razei ionice cu raza atomului din care provine;</w:t>
            </w:r>
          </w:p>
          <w:p w14:paraId="7C1DB982" w14:textId="77777777" w:rsidR="007947FA" w:rsidRPr="00B26BB8" w:rsidRDefault="00D47500" w:rsidP="00E8589F">
            <w:pPr>
              <w:spacing w:line="276" w:lineRule="auto"/>
              <w:rPr>
                <w:rFonts w:cs="Arial"/>
              </w:rPr>
            </w:pPr>
            <w:r w:rsidRPr="00B26BB8">
              <w:rPr>
                <w:rFonts w:cs="Arial"/>
              </w:rPr>
              <w:t>- ordonarea unor specii izoelectronice și argumentarea pe baza sarcinii nucleare.</w:t>
            </w:r>
          </w:p>
        </w:tc>
        <w:tc>
          <w:tcPr>
            <w:tcW w:w="449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B62A9C3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lastRenderedPageBreak/>
              <w:t>- activitate frontală</w:t>
            </w:r>
          </w:p>
          <w:p w14:paraId="3317694B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activitate individuală</w:t>
            </w:r>
          </w:p>
          <w:p w14:paraId="242F38B7" w14:textId="4679CF88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 xml:space="preserve">- modele </w:t>
            </w:r>
          </w:p>
          <w:p w14:paraId="429F8F7C" w14:textId="77777777" w:rsidR="007947FA" w:rsidRPr="00F26DAA" w:rsidRDefault="00D47500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fișe de lucru</w:t>
            </w:r>
          </w:p>
          <w:p w14:paraId="7E505B10" w14:textId="77777777" w:rsidR="007947FA" w:rsidRDefault="00D47500" w:rsidP="00E8589F">
            <w:pPr>
              <w:spacing w:line="276" w:lineRule="auto"/>
            </w:pPr>
            <w:r>
              <w:t>- Tabel periodic</w:t>
            </w:r>
          </w:p>
          <w:p w14:paraId="6BC27EE7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1F8B5B22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200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033DA87" w14:textId="77777777" w:rsidR="007947FA" w:rsidRDefault="00D47500" w:rsidP="00E8589F">
            <w:pPr>
              <w:spacing w:line="276" w:lineRule="auto"/>
            </w:pPr>
            <w:r>
              <w:t>Observarea sistematică</w:t>
            </w:r>
          </w:p>
          <w:p w14:paraId="20534935" w14:textId="77777777" w:rsidR="007947FA" w:rsidRDefault="00D47500" w:rsidP="00E8589F">
            <w:pPr>
              <w:spacing w:line="276" w:lineRule="auto"/>
            </w:pPr>
            <w:r>
              <w:t>Evaluarea fișelor de lucru</w:t>
            </w:r>
          </w:p>
        </w:tc>
      </w:tr>
      <w:tr w:rsidR="00E34181" w:rsidRPr="00F26DAA" w14:paraId="54644469" w14:textId="77777777" w:rsidTr="00D47500">
        <w:trPr>
          <w:trHeight w:val="32"/>
          <w:jc w:val="center"/>
        </w:trPr>
        <w:tc>
          <w:tcPr>
            <w:tcW w:w="21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7065D70" w14:textId="77777777" w:rsidR="00E34181" w:rsidRDefault="00E34181" w:rsidP="00E8589F">
            <w:pPr>
              <w:spacing w:line="276" w:lineRule="auto"/>
            </w:pPr>
            <w:r>
              <w:t>3.6 Caracter metalic. Variația caracterului metalic în perioadă</w:t>
            </w:r>
          </w:p>
          <w:p w14:paraId="0DC5975F" w14:textId="77777777" w:rsidR="00E34181" w:rsidRDefault="00E34181" w:rsidP="00E8589F">
            <w:pPr>
              <w:spacing w:line="276" w:lineRule="auto"/>
            </w:pP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1716F57" w14:textId="77777777" w:rsidR="00E34181" w:rsidRDefault="00E34181" w:rsidP="00E8589F">
            <w:pPr>
              <w:spacing w:line="276" w:lineRule="auto"/>
              <w:jc w:val="center"/>
            </w:pPr>
            <w:r>
              <w:t>1.3, 2.3, 3.3,</w:t>
            </w:r>
          </w:p>
          <w:p w14:paraId="704CD254" w14:textId="17C93014" w:rsidR="00E34181" w:rsidRDefault="00E34181" w:rsidP="00E8589F">
            <w:pPr>
              <w:spacing w:line="276" w:lineRule="auto"/>
              <w:jc w:val="center"/>
            </w:pPr>
            <w:r>
              <w:t>4.3, 5.3</w:t>
            </w:r>
          </w:p>
        </w:tc>
        <w:tc>
          <w:tcPr>
            <w:tcW w:w="553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5743BE2" w14:textId="2CFD1740" w:rsidR="00F4383E" w:rsidRDefault="00F4383E" w:rsidP="00E8589F">
            <w:pPr>
              <w:spacing w:line="276" w:lineRule="auto"/>
            </w:pPr>
            <w:r w:rsidRPr="00F4383E">
              <w:t>- investigarea varia</w:t>
            </w:r>
            <w:r w:rsidR="00543754">
              <w:t>ț</w:t>
            </w:r>
            <w:r w:rsidRPr="00F4383E">
              <w:t xml:space="preserve">iei caracterului metalic al sodiului, magneziului </w:t>
            </w:r>
            <w:r>
              <w:t>și</w:t>
            </w:r>
            <w:r w:rsidRPr="00F4383E">
              <w:t xml:space="preserve"> aluminiului în reac</w:t>
            </w:r>
            <w:r w:rsidR="00543754">
              <w:t>ț</w:t>
            </w:r>
            <w:r w:rsidRPr="00F4383E">
              <w:t>ie cu apa, într-o activitate experimentala demonstrativa realizata de profesor, utilizând terminologia specifica în formularea explica</w:t>
            </w:r>
            <w:r>
              <w:t>ț</w:t>
            </w:r>
            <w:r w:rsidRPr="00F4383E">
              <w:t xml:space="preserve">iilor; </w:t>
            </w:r>
          </w:p>
          <w:p w14:paraId="14488E1A" w14:textId="2550BD20" w:rsidR="00E34181" w:rsidRDefault="00E34181" w:rsidP="00E8589F">
            <w:pPr>
              <w:spacing w:line="276" w:lineRule="auto"/>
            </w:pPr>
            <w:r>
              <w:t>- recunoașterea unor proprietăți ale elementelor în funcție de configurația electronică;</w:t>
            </w:r>
          </w:p>
          <w:p w14:paraId="3E8024A8" w14:textId="2C039A6F" w:rsidR="00E34181" w:rsidRDefault="00E34181" w:rsidP="00E8589F">
            <w:pPr>
              <w:spacing w:line="276" w:lineRule="auto"/>
            </w:pPr>
            <w:r>
              <w:t>- explicarea variației caracterului metalic pe baza structurii învelișului electronic;</w:t>
            </w:r>
          </w:p>
          <w:p w14:paraId="550B171F" w14:textId="2B6BFFE5" w:rsidR="00E34181" w:rsidRDefault="00E34181" w:rsidP="00E8589F">
            <w:pPr>
              <w:spacing w:line="276" w:lineRule="auto"/>
            </w:pPr>
            <w:r>
              <w:t xml:space="preserve">- analizarea variației caracterului metalic pentru Na, Mg, Al; </w:t>
            </w:r>
          </w:p>
          <w:p w14:paraId="4E2DD0E8" w14:textId="2582F527" w:rsidR="00E34181" w:rsidRDefault="00E34181" w:rsidP="00E8589F">
            <w:pPr>
              <w:spacing w:line="276" w:lineRule="auto"/>
            </w:pPr>
            <w:r>
              <w:t>- formularea unor ipoteze și concluzii privind reactivitatea elementelor.</w:t>
            </w:r>
          </w:p>
        </w:tc>
        <w:tc>
          <w:tcPr>
            <w:tcW w:w="449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3A003BB" w14:textId="77777777" w:rsidR="00E34181" w:rsidRPr="00F26DAA" w:rsidRDefault="00E34181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activitate frontală</w:t>
            </w:r>
          </w:p>
          <w:p w14:paraId="1CBBE192" w14:textId="77777777" w:rsidR="00E34181" w:rsidRPr="00F26DAA" w:rsidRDefault="00E34181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activitate individuală</w:t>
            </w:r>
          </w:p>
          <w:p w14:paraId="6EC96033" w14:textId="77777777" w:rsidR="00E34181" w:rsidRPr="00F26DAA" w:rsidRDefault="00E34181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conversație euristică</w:t>
            </w:r>
          </w:p>
          <w:p w14:paraId="3E7C6D47" w14:textId="73F16C74" w:rsidR="00E34181" w:rsidRPr="00F26DAA" w:rsidRDefault="00E34181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Tabel periodic</w:t>
            </w:r>
          </w:p>
          <w:p w14:paraId="4DD1AC21" w14:textId="25D2569F" w:rsidR="00E34181" w:rsidRPr="00F26DAA" w:rsidRDefault="00E34181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fișe de lucru</w:t>
            </w:r>
          </w:p>
          <w:p w14:paraId="1AC5247B" w14:textId="375B6D04" w:rsidR="00E34181" w:rsidRPr="00E34181" w:rsidRDefault="00377426" w:rsidP="00E8589F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-</w:t>
            </w:r>
            <w:r w:rsidR="00E34181" w:rsidRPr="00E34181">
              <w:rPr>
                <w:lang w:val="ro-RO"/>
              </w:rPr>
              <w:t xml:space="preserve"> activitate experimentală demonstrativă, realizată de profesor </w:t>
            </w:r>
            <w:r w:rsidR="00E34181" w:rsidRPr="00E34181">
              <w:t xml:space="preserve">- </w:t>
            </w:r>
            <w:r w:rsidR="00E34181" w:rsidRPr="00E34181">
              <w:rPr>
                <w:lang w:val="ro-RO"/>
              </w:rPr>
              <w:t xml:space="preserve">Studiul unor reacții ale metalelor din perioada 3  </w:t>
            </w:r>
          </w:p>
          <w:p w14:paraId="743AF74B" w14:textId="1FAAF930" w:rsidR="00E34181" w:rsidRDefault="00E34181" w:rsidP="00E8589F">
            <w:pPr>
              <w:spacing w:line="276" w:lineRule="auto"/>
              <w:rPr>
                <w:lang w:val="ro-RO"/>
              </w:rPr>
            </w:pPr>
            <w:r w:rsidRPr="00377426">
              <w:rPr>
                <w:lang w:val="ro-RO"/>
              </w:rPr>
              <w:t xml:space="preserve">- </w:t>
            </w:r>
            <w:r w:rsidR="00377426" w:rsidRPr="00377426">
              <w:rPr>
                <w:lang w:val="ro-RO"/>
              </w:rPr>
              <w:t>substanțe și ustensile:</w:t>
            </w:r>
            <w:r w:rsidR="00377426">
              <w:rPr>
                <w:b/>
                <w:bCs/>
                <w:lang w:val="ro-RO"/>
              </w:rPr>
              <w:t xml:space="preserve"> </w:t>
            </w:r>
            <w:r w:rsidRPr="00E34181">
              <w:rPr>
                <w:lang w:val="ro-RO"/>
              </w:rPr>
              <w:t xml:space="preserve">sodiu, panglică de magneziu, folie de aluminiu, pilitură de aluminiu, apă distilată, fenolftaleină; cristalizor, pâlnie de sticlă, eprubete, stativ pentru eprubete, spatulă, clește de lemn, clește metalic, lingură de ars, spirtieră, chibrituri. </w:t>
            </w:r>
          </w:p>
          <w:p w14:paraId="2E0A1AAA" w14:textId="6D1C5D7A" w:rsidR="00E34181" w:rsidRDefault="00E34181" w:rsidP="00E8589F">
            <w:pPr>
              <w:spacing w:line="276" w:lineRule="auto"/>
            </w:pPr>
            <w:r>
              <w:t>- manual școlar Chimie clasa a IX-a</w:t>
            </w:r>
          </w:p>
          <w:p w14:paraId="4EB43FCE" w14:textId="5A0185C8" w:rsidR="00E34181" w:rsidRDefault="00F852E5" w:rsidP="00E8589F">
            <w:pPr>
              <w:spacing w:line="276" w:lineRule="auto"/>
              <w:jc w:val="right"/>
            </w:pPr>
            <w:r>
              <w:t>2 ore</w:t>
            </w:r>
          </w:p>
        </w:tc>
        <w:tc>
          <w:tcPr>
            <w:tcW w:w="200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120F14A" w14:textId="77777777" w:rsidR="00292A5E" w:rsidRPr="00A03B07" w:rsidRDefault="00292A5E" w:rsidP="00E8589F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>Observarea    sistematică a</w:t>
            </w:r>
          </w:p>
          <w:p w14:paraId="27D57209" w14:textId="77777777" w:rsidR="00292A5E" w:rsidRDefault="00292A5E" w:rsidP="00E8589F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 xml:space="preserve">   elevilor</w:t>
            </w:r>
            <w:r w:rsidRPr="00A03B07">
              <w:rPr>
                <w:rFonts w:ascii="Arial" w:eastAsia="Times New Roman" w:hAnsi="Arial" w:cs="Arial"/>
                <w:bCs/>
                <w:lang w:val="ro-RO" w:eastAsia="ar-SA"/>
              </w:rPr>
              <w:t xml:space="preserve"> </w:t>
            </w:r>
          </w:p>
          <w:p w14:paraId="5995B132" w14:textId="77777777" w:rsidR="0058464C" w:rsidRPr="00A03B07" w:rsidRDefault="0058464C" w:rsidP="00E8589F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</w:p>
          <w:p w14:paraId="4284880E" w14:textId="77777777" w:rsidR="00292A5E" w:rsidRDefault="00292A5E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Evaluare curentă orală</w:t>
            </w:r>
          </w:p>
          <w:p w14:paraId="613FB751" w14:textId="77777777" w:rsidR="0058464C" w:rsidRPr="00A03B07" w:rsidRDefault="0058464C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</w:p>
          <w:p w14:paraId="74008E69" w14:textId="314064FD" w:rsidR="00E34181" w:rsidRPr="00F26DAA" w:rsidRDefault="00292A5E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rFonts w:cs="Arial"/>
                <w:bCs/>
                <w:lang w:val="fr-FR"/>
              </w:rPr>
              <w:t xml:space="preserve">Evaluarea modului de completare a fișelor </w:t>
            </w:r>
            <w:r w:rsidR="00377426" w:rsidRPr="00F26DAA">
              <w:rPr>
                <w:rFonts w:cs="Arial"/>
                <w:bCs/>
                <w:lang w:val="fr-FR"/>
              </w:rPr>
              <w:t>de lucru</w:t>
            </w:r>
          </w:p>
        </w:tc>
      </w:tr>
      <w:tr w:rsidR="00E34181" w14:paraId="65AEB8F2" w14:textId="77777777" w:rsidTr="00D47500">
        <w:trPr>
          <w:trHeight w:val="32"/>
          <w:jc w:val="center"/>
        </w:trPr>
        <w:tc>
          <w:tcPr>
            <w:tcW w:w="21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1B1E44C" w14:textId="77777777" w:rsidR="00E34181" w:rsidRPr="00F26DAA" w:rsidRDefault="00E34181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3.7 Caracter nemetalic. Variația caracterului nemetalic în grupă și în perioadă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0902FA5" w14:textId="77777777" w:rsidR="00E34181" w:rsidRDefault="00E34181" w:rsidP="00E8589F">
            <w:pPr>
              <w:spacing w:line="276" w:lineRule="auto"/>
              <w:jc w:val="center"/>
            </w:pPr>
            <w:r>
              <w:t>1.3, 2.3, 3.3,</w:t>
            </w:r>
          </w:p>
          <w:p w14:paraId="4680A67B" w14:textId="77777777" w:rsidR="00E34181" w:rsidRDefault="00E34181" w:rsidP="00E8589F">
            <w:pPr>
              <w:spacing w:line="276" w:lineRule="auto"/>
              <w:jc w:val="center"/>
            </w:pPr>
            <w:r>
              <w:t>4.3, 5.3</w:t>
            </w:r>
          </w:p>
        </w:tc>
        <w:tc>
          <w:tcPr>
            <w:tcW w:w="553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78CAFFC" w14:textId="77777777" w:rsidR="008B0524" w:rsidRDefault="008B0524" w:rsidP="00E8589F">
            <w:pPr>
              <w:spacing w:line="276" w:lineRule="auto"/>
            </w:pPr>
            <w:r>
              <w:t>- compararea reactivității halogenilor pe baza observațiilor din timpul reacțiilor dintre clor și bromura de sodiu/ iodura de potasiu într-o activitate experimentală, efectuată, la nișă, de profesor;</w:t>
            </w:r>
          </w:p>
          <w:p w14:paraId="7BB7ECC5" w14:textId="63E09574" w:rsidR="00F23B26" w:rsidRDefault="00F23B26" w:rsidP="00E8589F">
            <w:pPr>
              <w:spacing w:line="276" w:lineRule="auto"/>
            </w:pPr>
            <w:r w:rsidRPr="00F23B26">
              <w:t>- explicarea modificărilor vizibile care apar în reacția clorului cu bromura de sodiu/ clorului cu iodura de potasiu, utilizând limbajul specific chimiei;</w:t>
            </w:r>
          </w:p>
          <w:p w14:paraId="4A178058" w14:textId="588EDCC2" w:rsidR="00E34181" w:rsidRDefault="00E34181" w:rsidP="00E8589F">
            <w:pPr>
              <w:spacing w:line="276" w:lineRule="auto"/>
            </w:pPr>
            <w:r>
              <w:t>- explicarea variației caracterului nemetalic pe baza structurii învelișului electronic;</w:t>
            </w:r>
          </w:p>
          <w:p w14:paraId="02A37CB3" w14:textId="2CA85DA4" w:rsidR="00E34181" w:rsidRDefault="00E34181" w:rsidP="00E8589F">
            <w:pPr>
              <w:spacing w:line="276" w:lineRule="auto"/>
            </w:pPr>
            <w:r>
              <w:t>- analizarea variației caracterului nemetalic pentru Cl, Br, I și, respectiv N, O, F;</w:t>
            </w:r>
          </w:p>
          <w:p w14:paraId="54F39281" w14:textId="77777777" w:rsidR="00E34181" w:rsidRDefault="00E34181" w:rsidP="00E8589F">
            <w:pPr>
              <w:spacing w:line="276" w:lineRule="auto"/>
            </w:pPr>
            <w:r>
              <w:lastRenderedPageBreak/>
              <w:t>- formularea unor ipoteze și concluzii privind reactivitatea elementelor.</w:t>
            </w:r>
          </w:p>
        </w:tc>
        <w:tc>
          <w:tcPr>
            <w:tcW w:w="449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F48308A" w14:textId="77777777" w:rsidR="00E34181" w:rsidRDefault="00E34181" w:rsidP="00E8589F">
            <w:pPr>
              <w:spacing w:line="276" w:lineRule="auto"/>
            </w:pPr>
            <w:r>
              <w:lastRenderedPageBreak/>
              <w:t>- activitate frontală</w:t>
            </w:r>
          </w:p>
          <w:p w14:paraId="2F7AE82A" w14:textId="77777777" w:rsidR="00E34181" w:rsidRDefault="00E34181" w:rsidP="00E8589F">
            <w:pPr>
              <w:spacing w:line="276" w:lineRule="auto"/>
            </w:pPr>
            <w:r>
              <w:t>- activitate individuală</w:t>
            </w:r>
          </w:p>
          <w:p w14:paraId="1929586B" w14:textId="77777777" w:rsidR="00E34181" w:rsidRDefault="00E34181" w:rsidP="00E8589F">
            <w:pPr>
              <w:spacing w:line="276" w:lineRule="auto"/>
            </w:pPr>
            <w:r>
              <w:t>- conversație euristică</w:t>
            </w:r>
          </w:p>
          <w:p w14:paraId="6231CD72" w14:textId="0FA67A5F" w:rsidR="00E34181" w:rsidRDefault="00E34181" w:rsidP="00E8589F">
            <w:pPr>
              <w:spacing w:line="276" w:lineRule="auto"/>
            </w:pPr>
            <w:r>
              <w:t xml:space="preserve">- Tabel periodic, </w:t>
            </w:r>
          </w:p>
          <w:p w14:paraId="2BA380AE" w14:textId="1C454E75" w:rsidR="00E34181" w:rsidRDefault="00E34181" w:rsidP="00E8589F">
            <w:pPr>
              <w:spacing w:line="276" w:lineRule="auto"/>
              <w:rPr>
                <w:lang w:val="ro-RO"/>
              </w:rPr>
            </w:pPr>
            <w:r w:rsidRPr="00E34181">
              <w:rPr>
                <w:lang w:val="ro-RO"/>
              </w:rPr>
              <w:t>– activitate practică de laborator efectuată de profesor</w:t>
            </w:r>
            <w:r>
              <w:rPr>
                <w:lang w:val="ro-RO"/>
              </w:rPr>
              <w:t xml:space="preserve"> </w:t>
            </w:r>
            <w:r>
              <w:t xml:space="preserve">- </w:t>
            </w:r>
            <w:r w:rsidRPr="00E34181">
              <w:rPr>
                <w:lang w:val="ro-RO"/>
              </w:rPr>
              <w:t>Studiul reactivității halogenilor</w:t>
            </w:r>
          </w:p>
          <w:p w14:paraId="129E3A52" w14:textId="43AE1F5B" w:rsidR="00E34181" w:rsidRDefault="00E34181" w:rsidP="00E8589F">
            <w:pPr>
              <w:spacing w:line="276" w:lineRule="auto"/>
            </w:pPr>
            <w:r>
              <w:rPr>
                <w:lang w:val="ro-RO"/>
              </w:rPr>
              <w:t xml:space="preserve">- </w:t>
            </w:r>
            <w:r w:rsidRPr="00E34181">
              <w:rPr>
                <w:lang w:val="ro-RO"/>
              </w:rPr>
              <w:t>clorat de potasiu, soluție concentrată de acid clorhidric, soluție apoasă de bromură de potasiu, soluție apoasă de iodură de potasiu, soluție de clorură de sodiu, iod, eprubete, stativ pentru eprubete.</w:t>
            </w:r>
          </w:p>
          <w:p w14:paraId="3A8C6D20" w14:textId="77777777" w:rsidR="00E34181" w:rsidRDefault="00E34181" w:rsidP="00E8589F">
            <w:pPr>
              <w:spacing w:line="276" w:lineRule="auto"/>
            </w:pPr>
            <w:r>
              <w:lastRenderedPageBreak/>
              <w:t>- manual școlar Chimie clasa a IX-a</w:t>
            </w:r>
          </w:p>
          <w:p w14:paraId="38433D44" w14:textId="5EE29B44" w:rsidR="00E34181" w:rsidRDefault="00F852E5" w:rsidP="00E8589F">
            <w:pPr>
              <w:spacing w:line="276" w:lineRule="auto"/>
              <w:jc w:val="right"/>
            </w:pPr>
            <w:r>
              <w:t>2 ore</w:t>
            </w:r>
          </w:p>
        </w:tc>
        <w:tc>
          <w:tcPr>
            <w:tcW w:w="200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28A9882" w14:textId="77777777" w:rsidR="00292A5E" w:rsidRPr="00A03B07" w:rsidRDefault="00292A5E" w:rsidP="00E8589F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lastRenderedPageBreak/>
              <w:t>Observarea    sistematică a</w:t>
            </w:r>
          </w:p>
          <w:p w14:paraId="2A0997A2" w14:textId="77777777" w:rsidR="00292A5E" w:rsidRDefault="00292A5E" w:rsidP="00E8589F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 xml:space="preserve">   elevilor</w:t>
            </w:r>
            <w:r w:rsidRPr="00A03B07">
              <w:rPr>
                <w:rFonts w:ascii="Arial" w:eastAsia="Times New Roman" w:hAnsi="Arial" w:cs="Arial"/>
                <w:bCs/>
                <w:lang w:val="ro-RO" w:eastAsia="ar-SA"/>
              </w:rPr>
              <w:t xml:space="preserve"> </w:t>
            </w:r>
          </w:p>
          <w:p w14:paraId="186A2867" w14:textId="77777777" w:rsidR="0058464C" w:rsidRPr="00A03B07" w:rsidRDefault="0058464C" w:rsidP="00E8589F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</w:p>
          <w:p w14:paraId="4D0AE49D" w14:textId="77777777" w:rsidR="00292A5E" w:rsidRDefault="00292A5E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Evaluare curentă orală</w:t>
            </w:r>
          </w:p>
          <w:p w14:paraId="04A8411E" w14:textId="77777777" w:rsidR="0058464C" w:rsidRPr="00A03B07" w:rsidRDefault="0058464C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</w:p>
          <w:p w14:paraId="539A68AE" w14:textId="35F12ECE" w:rsidR="00E34181" w:rsidRDefault="00292A5E" w:rsidP="00E8589F">
            <w:pPr>
              <w:spacing w:line="276" w:lineRule="auto"/>
            </w:pPr>
            <w:r w:rsidRPr="00A03B07">
              <w:rPr>
                <w:rFonts w:cs="Arial"/>
                <w:bCs/>
              </w:rPr>
              <w:t xml:space="preserve">Evaluarea modului de completare a fișelor pentru activitatea </w:t>
            </w:r>
            <w:r w:rsidRPr="00A03B07">
              <w:rPr>
                <w:rFonts w:cs="Arial"/>
                <w:bCs/>
              </w:rPr>
              <w:lastRenderedPageBreak/>
              <w:t>experimentală în echipă</w:t>
            </w:r>
          </w:p>
        </w:tc>
      </w:tr>
      <w:tr w:rsidR="00E34181" w14:paraId="56383B93" w14:textId="77777777" w:rsidTr="00D47500">
        <w:trPr>
          <w:trHeight w:val="32"/>
          <w:jc w:val="center"/>
        </w:trPr>
        <w:tc>
          <w:tcPr>
            <w:tcW w:w="21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AF9FEAB" w14:textId="77777777" w:rsidR="00E34181" w:rsidRDefault="00E34181" w:rsidP="00E8589F">
            <w:pPr>
              <w:spacing w:line="276" w:lineRule="auto"/>
            </w:pPr>
            <w:r>
              <w:lastRenderedPageBreak/>
              <w:t>Recapitulare. Proiect – „Importanța Tabelului periodic pentru predicția proprietăților chimice”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3ABCF65" w14:textId="77777777" w:rsidR="00E34181" w:rsidRDefault="00E34181" w:rsidP="00E8589F">
            <w:pPr>
              <w:spacing w:line="276" w:lineRule="auto"/>
              <w:jc w:val="center"/>
            </w:pPr>
            <w:r>
              <w:t>1.3, 2.3, 3.3,</w:t>
            </w:r>
          </w:p>
          <w:p w14:paraId="51403779" w14:textId="77777777" w:rsidR="00E34181" w:rsidRDefault="00E34181" w:rsidP="00E8589F">
            <w:pPr>
              <w:spacing w:line="276" w:lineRule="auto"/>
              <w:jc w:val="center"/>
            </w:pPr>
            <w:r>
              <w:t>4.3, 5.3</w:t>
            </w:r>
          </w:p>
        </w:tc>
        <w:tc>
          <w:tcPr>
            <w:tcW w:w="553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20E2B0B" w14:textId="77777777" w:rsidR="00B26BB8" w:rsidRDefault="00B26BB8" w:rsidP="00E8589F">
            <w:pPr>
              <w:spacing w:line="276" w:lineRule="auto"/>
            </w:pPr>
            <w:r w:rsidRPr="00B26BB8">
              <w:t>- stabilirea caracterului metalic/ nemetalic al unor elemente chimice după poziția acestora în Tabelul periodic/ configurația electronică, în exerciții dintr-o fișă de lucru, individual;</w:t>
            </w:r>
          </w:p>
          <w:p w14:paraId="279CF85F" w14:textId="39BEA6B4" w:rsidR="00E34181" w:rsidRDefault="00E34181" w:rsidP="00E8589F">
            <w:pPr>
              <w:spacing w:line="276" w:lineRule="auto"/>
            </w:pPr>
            <w:r>
              <w:t>- exerciții de corelare a configurației electronice, poziției în Tabelul periodic și proprietăților</w:t>
            </w:r>
            <w:r w:rsidR="003511D7">
              <w:t xml:space="preserve"> chimice ale</w:t>
            </w:r>
            <w:r>
              <w:t xml:space="preserve"> elementelor;</w:t>
            </w:r>
          </w:p>
          <w:p w14:paraId="4BF11F11" w14:textId="77777777" w:rsidR="00E34181" w:rsidRDefault="00E34181" w:rsidP="00E8589F">
            <w:pPr>
              <w:spacing w:line="276" w:lineRule="auto"/>
            </w:pPr>
            <w:r>
              <w:t>- identificarea unor elemente după poziție/proprietăți;</w:t>
            </w:r>
          </w:p>
          <w:p w14:paraId="7C419EBF" w14:textId="77777777" w:rsidR="00E34181" w:rsidRPr="00F26DAA" w:rsidRDefault="00E34181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realizarea proiectului sub formă de poster sau prezentare digitală.</w:t>
            </w:r>
          </w:p>
        </w:tc>
        <w:tc>
          <w:tcPr>
            <w:tcW w:w="449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C7401D7" w14:textId="77777777" w:rsidR="00E34181" w:rsidRPr="00F26DAA" w:rsidRDefault="00E34181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activitate frontală și în echipă</w:t>
            </w:r>
          </w:p>
          <w:p w14:paraId="09778A12" w14:textId="77777777" w:rsidR="00E34181" w:rsidRPr="00F26DAA" w:rsidRDefault="00E34181" w:rsidP="00E8589F">
            <w:pPr>
              <w:spacing w:line="276" w:lineRule="auto"/>
              <w:rPr>
                <w:lang w:val="fr-FR"/>
              </w:rPr>
            </w:pPr>
            <w:r w:rsidRPr="00F26DAA">
              <w:rPr>
                <w:lang w:val="fr-FR"/>
              </w:rPr>
              <w:t>- fișă de recapitulare</w:t>
            </w:r>
          </w:p>
          <w:p w14:paraId="49F89CD8" w14:textId="77777777" w:rsidR="00E34181" w:rsidRPr="00F26DAA" w:rsidRDefault="00E34181" w:rsidP="00E8589F">
            <w:pPr>
              <w:spacing w:line="276" w:lineRule="auto"/>
              <w:rPr>
                <w:lang w:val="de-DE"/>
              </w:rPr>
            </w:pPr>
            <w:r w:rsidRPr="00F26DAA">
              <w:rPr>
                <w:lang w:val="de-DE"/>
              </w:rPr>
              <w:t>- Tabel periodic</w:t>
            </w:r>
          </w:p>
          <w:p w14:paraId="61A5EF2C" w14:textId="56EF89AA" w:rsidR="00E34181" w:rsidRPr="00F26DAA" w:rsidRDefault="00E34181" w:rsidP="00E8589F">
            <w:pPr>
              <w:spacing w:line="276" w:lineRule="auto"/>
              <w:rPr>
                <w:lang w:val="de-DE"/>
              </w:rPr>
            </w:pPr>
            <w:r w:rsidRPr="00F26DAA">
              <w:rPr>
                <w:lang w:val="de-DE"/>
              </w:rPr>
              <w:t xml:space="preserve">- </w:t>
            </w:r>
            <w:r w:rsidR="00280C4C" w:rsidRPr="00F26DAA">
              <w:rPr>
                <w:lang w:val="de-DE"/>
              </w:rPr>
              <w:t xml:space="preserve">resurse digitale </w:t>
            </w:r>
            <w:r w:rsidRPr="00F26DAA">
              <w:rPr>
                <w:lang w:val="de-DE"/>
              </w:rPr>
              <w:t>și materiale pentru prezentare</w:t>
            </w:r>
          </w:p>
          <w:p w14:paraId="35D5499F" w14:textId="77777777" w:rsidR="00E34181" w:rsidRDefault="00E34181" w:rsidP="00E8589F">
            <w:pPr>
              <w:spacing w:line="276" w:lineRule="auto"/>
            </w:pPr>
            <w:r>
              <w:t>- manual școlar Chimie clasa a IX-a</w:t>
            </w:r>
          </w:p>
          <w:p w14:paraId="52761C0C" w14:textId="524DD906" w:rsidR="00E34181" w:rsidRDefault="00F852E5" w:rsidP="00E8589F">
            <w:pPr>
              <w:spacing w:line="276" w:lineRule="auto"/>
              <w:jc w:val="right"/>
            </w:pPr>
            <w:r>
              <w:t>2 ore</w:t>
            </w:r>
          </w:p>
        </w:tc>
        <w:tc>
          <w:tcPr>
            <w:tcW w:w="200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81ED68C" w14:textId="77777777" w:rsidR="00E34181" w:rsidRDefault="00E34181" w:rsidP="00E8589F">
            <w:pPr>
              <w:spacing w:line="276" w:lineRule="auto"/>
            </w:pPr>
            <w:r>
              <w:t>Evaluarea fișei de recapitulare</w:t>
            </w:r>
          </w:p>
          <w:p w14:paraId="721978B2" w14:textId="77777777" w:rsidR="00E34181" w:rsidRDefault="00E34181" w:rsidP="00E8589F">
            <w:pPr>
              <w:spacing w:line="276" w:lineRule="auto"/>
            </w:pPr>
            <w:r>
              <w:t>Evaluarea proiectului</w:t>
            </w:r>
          </w:p>
        </w:tc>
      </w:tr>
      <w:tr w:rsidR="00E34181" w14:paraId="5FE2F3AE" w14:textId="77777777" w:rsidTr="00D47500">
        <w:trPr>
          <w:trHeight w:val="167"/>
          <w:jc w:val="center"/>
        </w:trPr>
        <w:tc>
          <w:tcPr>
            <w:tcW w:w="21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6525A6E" w14:textId="77777777" w:rsidR="00E34181" w:rsidRDefault="00E34181" w:rsidP="00E8589F">
            <w:pPr>
              <w:spacing w:line="276" w:lineRule="auto"/>
            </w:pPr>
            <w:r>
              <w:t>Evaluare sumativă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0641A9B" w14:textId="77777777" w:rsidR="00E34181" w:rsidRDefault="00E34181" w:rsidP="00E8589F">
            <w:pPr>
              <w:spacing w:line="276" w:lineRule="auto"/>
              <w:jc w:val="center"/>
            </w:pPr>
            <w:r>
              <w:t>1.3, 2.3, 3.3,</w:t>
            </w:r>
          </w:p>
          <w:p w14:paraId="7B5D94AE" w14:textId="77777777" w:rsidR="00E34181" w:rsidRDefault="00E34181" w:rsidP="00E8589F">
            <w:pPr>
              <w:spacing w:line="276" w:lineRule="auto"/>
              <w:jc w:val="center"/>
            </w:pPr>
            <w:r>
              <w:t>4.3, 5.3</w:t>
            </w:r>
          </w:p>
        </w:tc>
        <w:tc>
          <w:tcPr>
            <w:tcW w:w="553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01DD863" w14:textId="77777777" w:rsidR="00E34181" w:rsidRDefault="00E34181" w:rsidP="00E8589F">
            <w:pPr>
              <w:spacing w:line="276" w:lineRule="auto"/>
            </w:pPr>
            <w:r>
              <w:t>- aplicarea testului sumativ și analiza rezultatelor;</w:t>
            </w:r>
          </w:p>
          <w:p w14:paraId="24032D80" w14:textId="77777777" w:rsidR="00E34181" w:rsidRDefault="00E34181" w:rsidP="00E8589F">
            <w:pPr>
              <w:spacing w:line="276" w:lineRule="auto"/>
            </w:pPr>
            <w:r>
              <w:t>- prezentarea baremului și stabilirea activităților remediale/de progres.</w:t>
            </w:r>
          </w:p>
        </w:tc>
        <w:tc>
          <w:tcPr>
            <w:tcW w:w="449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8F551AE" w14:textId="77777777" w:rsidR="00E34181" w:rsidRDefault="00E34181" w:rsidP="00E8589F">
            <w:pPr>
              <w:spacing w:line="276" w:lineRule="auto"/>
            </w:pPr>
            <w:r>
              <w:t>- test de evaluare sumativă</w:t>
            </w:r>
          </w:p>
          <w:p w14:paraId="664B534E" w14:textId="77777777" w:rsidR="00E34181" w:rsidRDefault="00E34181" w:rsidP="00E8589F">
            <w:pPr>
              <w:spacing w:line="276" w:lineRule="auto"/>
            </w:pPr>
            <w:r>
              <w:t>- barem de evaluare și notare</w:t>
            </w:r>
          </w:p>
          <w:p w14:paraId="72C7C208" w14:textId="77777777" w:rsidR="00E34181" w:rsidRDefault="00E34181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200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938BF96" w14:textId="77777777" w:rsidR="00904331" w:rsidRPr="00A03B07" w:rsidRDefault="00904331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Itemii propusi vizează  domeniile cognitive ale  gândirii critice: </w:t>
            </w:r>
          </w:p>
          <w:p w14:paraId="611A9AC8" w14:textId="77777777" w:rsidR="00904331" w:rsidRPr="00A03B07" w:rsidRDefault="00904331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cunoaştere </w:t>
            </w:r>
          </w:p>
          <w:p w14:paraId="54B0DAD3" w14:textId="77777777" w:rsidR="00904331" w:rsidRPr="00A03B07" w:rsidRDefault="00904331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aplicare </w:t>
            </w:r>
          </w:p>
          <w:p w14:paraId="746B9FEB" w14:textId="1FC7A746" w:rsidR="00E34181" w:rsidRDefault="00904331" w:rsidP="00E8589F">
            <w:pPr>
              <w:spacing w:line="276" w:lineRule="auto"/>
            </w:pPr>
            <w:r w:rsidRPr="00A03B07">
              <w:rPr>
                <w:rFonts w:cs="Arial"/>
                <w:lang w:eastAsia="ro-RO"/>
              </w:rPr>
              <w:t>• raţionament</w:t>
            </w:r>
          </w:p>
        </w:tc>
      </w:tr>
    </w:tbl>
    <w:p w14:paraId="20AB370D" w14:textId="77777777" w:rsidR="007947FA" w:rsidRDefault="007947FA" w:rsidP="00E8589F">
      <w:pPr>
        <w:spacing w:line="276" w:lineRule="auto"/>
      </w:pPr>
    </w:p>
    <w:p w14:paraId="12C74E4D" w14:textId="77777777" w:rsidR="00E8589F" w:rsidRDefault="00E8589F" w:rsidP="00E8589F">
      <w:pPr>
        <w:spacing w:line="276" w:lineRule="auto"/>
        <w:rPr>
          <w:b/>
        </w:rPr>
      </w:pPr>
    </w:p>
    <w:p w14:paraId="18D4B3D9" w14:textId="695591CD" w:rsidR="007947FA" w:rsidRDefault="00D47500" w:rsidP="00E8589F">
      <w:pPr>
        <w:spacing w:line="276" w:lineRule="auto"/>
      </w:pPr>
      <w:r>
        <w:rPr>
          <w:b/>
        </w:rPr>
        <w:t>Unitatea 4. Legături chimice. Legătura ionică</w:t>
      </w:r>
    </w:p>
    <w:p w14:paraId="33043A24" w14:textId="6BAFBF77" w:rsidR="007947FA" w:rsidRDefault="00D47500" w:rsidP="00E8589F">
      <w:pPr>
        <w:spacing w:line="276" w:lineRule="auto"/>
      </w:pPr>
      <w:r>
        <w:t xml:space="preserve">Nr. ore alocate: </w:t>
      </w:r>
      <w:r w:rsidR="00F852E5">
        <w:t>6</w:t>
      </w:r>
      <w:r>
        <w:t xml:space="preserve"> ore</w:t>
      </w:r>
    </w:p>
    <w:tbl>
      <w:tblPr>
        <w:tblStyle w:val="TableGrid"/>
        <w:tblW w:w="159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8"/>
        <w:gridCol w:w="1766"/>
        <w:gridCol w:w="5540"/>
        <w:gridCol w:w="4495"/>
        <w:gridCol w:w="2007"/>
      </w:tblGrid>
      <w:tr w:rsidR="007947FA" w14:paraId="1B8E4D0F" w14:textId="77777777" w:rsidTr="00D47500">
        <w:trPr>
          <w:trHeight w:val="146"/>
          <w:tblHeader/>
          <w:jc w:val="center"/>
        </w:trPr>
        <w:tc>
          <w:tcPr>
            <w:tcW w:w="2168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37344B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Conținuturi</w:t>
            </w:r>
          </w:p>
          <w:p w14:paraId="14DE0A73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detaliate</w:t>
            </w:r>
          </w:p>
        </w:tc>
        <w:tc>
          <w:tcPr>
            <w:tcW w:w="1766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439227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Competențe</w:t>
            </w:r>
          </w:p>
          <w:p w14:paraId="2C4ABABC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specifice</w:t>
            </w:r>
          </w:p>
        </w:tc>
        <w:tc>
          <w:tcPr>
            <w:tcW w:w="5540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EA8C99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Activități de învățare</w:t>
            </w:r>
          </w:p>
        </w:tc>
        <w:tc>
          <w:tcPr>
            <w:tcW w:w="449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209C4E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Resurse</w:t>
            </w:r>
          </w:p>
        </w:tc>
        <w:tc>
          <w:tcPr>
            <w:tcW w:w="2007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192431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Evaluare</w:t>
            </w:r>
          </w:p>
        </w:tc>
      </w:tr>
      <w:tr w:rsidR="007947FA" w14:paraId="2B17F792" w14:textId="77777777" w:rsidTr="00D47500">
        <w:trPr>
          <w:trHeight w:val="146"/>
          <w:jc w:val="center"/>
        </w:trPr>
        <w:tc>
          <w:tcPr>
            <w:tcW w:w="216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D2F0999" w14:textId="3B624FA6" w:rsidR="007947FA" w:rsidRDefault="00D47500" w:rsidP="00E8589F">
            <w:pPr>
              <w:spacing w:line="276" w:lineRule="auto"/>
            </w:pPr>
            <w:r>
              <w:t xml:space="preserve">4.1 Clasificarea legăturilor chimice. Legătura ionică. 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090018E" w14:textId="77777777" w:rsidR="007947FA" w:rsidRDefault="00D47500" w:rsidP="00E8589F">
            <w:pPr>
              <w:spacing w:line="276" w:lineRule="auto"/>
              <w:jc w:val="center"/>
            </w:pPr>
            <w:r>
              <w:t>1.4, 2.4, 3.4,</w:t>
            </w:r>
          </w:p>
          <w:p w14:paraId="3F988FA9" w14:textId="77777777" w:rsidR="007947FA" w:rsidRDefault="00D47500" w:rsidP="00E8589F">
            <w:pPr>
              <w:spacing w:line="276" w:lineRule="auto"/>
              <w:jc w:val="center"/>
            </w:pPr>
            <w:r>
              <w:t>4.4, 5.3, 5.4</w:t>
            </w:r>
          </w:p>
        </w:tc>
        <w:tc>
          <w:tcPr>
            <w:tcW w:w="554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ACC0F86" w14:textId="77777777" w:rsidR="007947FA" w:rsidRDefault="00D47500" w:rsidP="00E8589F">
            <w:pPr>
              <w:spacing w:line="276" w:lineRule="auto"/>
            </w:pPr>
            <w:r>
              <w:t>- clasificarea legăturilor chimice și explicarea formării legăturii ionice prin transfer de electroni;</w:t>
            </w:r>
          </w:p>
          <w:p w14:paraId="7EAD2758" w14:textId="3030D133" w:rsidR="005127B9" w:rsidRDefault="005127B9" w:rsidP="00E8589F">
            <w:pPr>
              <w:spacing w:line="276" w:lineRule="auto"/>
            </w:pPr>
            <w:r>
              <w:t>- modelarea procesului de ionizare a atomilor unor elemente din perioad</w:t>
            </w:r>
            <w:r w:rsidR="00C80BBD">
              <w:t>ele</w:t>
            </w:r>
            <w:r>
              <w:t xml:space="preserve"> </w:t>
            </w:r>
            <w:r w:rsidR="00C80BBD">
              <w:t>2 și 3</w:t>
            </w:r>
            <w:r>
              <w:t xml:space="preserve"> a</w:t>
            </w:r>
            <w:r w:rsidR="00C80BBD">
              <w:t>le</w:t>
            </w:r>
            <w:r>
              <w:t xml:space="preserve"> Tabelului periodic, utilizând simboluri Lewis, într-o activitate frontală;</w:t>
            </w:r>
          </w:p>
          <w:p w14:paraId="617C6C4F" w14:textId="6612D2AF" w:rsidR="007947FA" w:rsidRDefault="00D47500" w:rsidP="00E8589F">
            <w:pPr>
              <w:spacing w:line="276" w:lineRule="auto"/>
            </w:pPr>
            <w:r>
              <w:lastRenderedPageBreak/>
              <w:t>- modelarea formării NaF, CaF</w:t>
            </w:r>
            <w:r w:rsidR="00B02E75">
              <w:rPr>
                <w:vertAlign w:val="subscript"/>
              </w:rPr>
              <w:t>2</w:t>
            </w:r>
            <w:r>
              <w:t>, NaCl, Na</w:t>
            </w:r>
            <w:r w:rsidR="00B02E75">
              <w:rPr>
                <w:vertAlign w:val="subscript"/>
              </w:rPr>
              <w:t>2</w:t>
            </w:r>
            <w:r>
              <w:t>O și CaO folosind configurații electronice și structuri Lewis;</w:t>
            </w:r>
          </w:p>
          <w:p w14:paraId="7D53EA5D" w14:textId="77777777" w:rsidR="007947FA" w:rsidRDefault="00D47500" w:rsidP="00E8589F">
            <w:pPr>
              <w:spacing w:line="276" w:lineRule="auto"/>
            </w:pPr>
            <w:r>
              <w:t>- scrierea formulelor și denumirea compușilor ionici.</w:t>
            </w:r>
          </w:p>
        </w:tc>
        <w:tc>
          <w:tcPr>
            <w:tcW w:w="449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752DF8F" w14:textId="77777777" w:rsidR="007947FA" w:rsidRDefault="00D47500" w:rsidP="00E8589F">
            <w:pPr>
              <w:spacing w:line="276" w:lineRule="auto"/>
            </w:pPr>
            <w:r>
              <w:lastRenderedPageBreak/>
              <w:t>- activitate frontală</w:t>
            </w:r>
          </w:p>
          <w:p w14:paraId="61572878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67B87449" w14:textId="77777777" w:rsidR="007947FA" w:rsidRDefault="00D47500" w:rsidP="00E8589F">
            <w:pPr>
              <w:spacing w:line="276" w:lineRule="auto"/>
            </w:pPr>
            <w:r>
              <w:t>- conversație euristică</w:t>
            </w:r>
          </w:p>
          <w:p w14:paraId="4C8DC73F" w14:textId="77777777" w:rsidR="00543754" w:rsidRDefault="00D47500" w:rsidP="00E8589F">
            <w:pPr>
              <w:spacing w:line="276" w:lineRule="auto"/>
            </w:pPr>
            <w:r>
              <w:t xml:space="preserve">- modele cu bile/tije </w:t>
            </w:r>
          </w:p>
          <w:p w14:paraId="254604AE" w14:textId="02B60405" w:rsidR="007947FA" w:rsidRDefault="00543754" w:rsidP="00E8589F">
            <w:pPr>
              <w:spacing w:line="276" w:lineRule="auto"/>
            </w:pPr>
            <w:r>
              <w:t xml:space="preserve">- </w:t>
            </w:r>
            <w:r w:rsidR="00D47500">
              <w:t>aplicații digitale</w:t>
            </w:r>
          </w:p>
          <w:p w14:paraId="0A2E549E" w14:textId="77777777" w:rsidR="007947FA" w:rsidRDefault="00D47500" w:rsidP="00E8589F">
            <w:pPr>
              <w:spacing w:line="276" w:lineRule="auto"/>
            </w:pPr>
            <w:r>
              <w:t>- fișă de lucru</w:t>
            </w:r>
          </w:p>
          <w:p w14:paraId="2E70D6DD" w14:textId="77777777" w:rsidR="007947FA" w:rsidRDefault="00D47500" w:rsidP="00E8589F">
            <w:pPr>
              <w:spacing w:line="276" w:lineRule="auto"/>
            </w:pPr>
            <w:r>
              <w:lastRenderedPageBreak/>
              <w:t>- manual școlar Chimie clasa a IX-a</w:t>
            </w:r>
          </w:p>
          <w:p w14:paraId="39EFAF3B" w14:textId="74DE7186" w:rsidR="007947FA" w:rsidRDefault="00105603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2007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6CD73F6" w14:textId="77777777" w:rsidR="0058464C" w:rsidRDefault="0058464C" w:rsidP="0058464C">
            <w:pPr>
              <w:spacing w:line="276" w:lineRule="auto"/>
            </w:pPr>
            <w:r>
              <w:lastRenderedPageBreak/>
              <w:t>Observarea sistematică a elevilor</w:t>
            </w:r>
          </w:p>
          <w:p w14:paraId="102C40D6" w14:textId="77777777" w:rsidR="0058464C" w:rsidRDefault="0058464C" w:rsidP="0058464C">
            <w:pPr>
              <w:spacing w:line="276" w:lineRule="auto"/>
            </w:pPr>
          </w:p>
          <w:p w14:paraId="2D121E0F" w14:textId="2A839D46" w:rsidR="007947FA" w:rsidRDefault="0058464C" w:rsidP="0058464C">
            <w:pPr>
              <w:spacing w:line="276" w:lineRule="auto"/>
            </w:pPr>
            <w:r>
              <w:t>Chestionare orală</w:t>
            </w:r>
          </w:p>
        </w:tc>
      </w:tr>
      <w:tr w:rsidR="007947FA" w14:paraId="170D6120" w14:textId="77777777" w:rsidTr="00D47500">
        <w:trPr>
          <w:trHeight w:val="146"/>
          <w:jc w:val="center"/>
        </w:trPr>
        <w:tc>
          <w:tcPr>
            <w:tcW w:w="216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18178E0" w14:textId="77777777" w:rsidR="007947FA" w:rsidRDefault="00D47500" w:rsidP="00E8589F">
            <w:pPr>
              <w:spacing w:line="276" w:lineRule="auto"/>
            </w:pPr>
            <w:r>
              <w:t>4.2 Proprietățile substanțelor ionice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F07053C" w14:textId="77777777" w:rsidR="007947FA" w:rsidRDefault="00D47500" w:rsidP="00E8589F">
            <w:pPr>
              <w:spacing w:line="276" w:lineRule="auto"/>
              <w:jc w:val="center"/>
            </w:pPr>
            <w:r>
              <w:t>1.4, 2.4, 4.4,</w:t>
            </w:r>
          </w:p>
          <w:p w14:paraId="7B60C328" w14:textId="77777777" w:rsidR="007947FA" w:rsidRDefault="00D47500" w:rsidP="00E8589F">
            <w:pPr>
              <w:spacing w:line="276" w:lineRule="auto"/>
              <w:jc w:val="center"/>
            </w:pPr>
            <w:r>
              <w:t>5.3, 5.4, 6.2</w:t>
            </w:r>
          </w:p>
        </w:tc>
        <w:tc>
          <w:tcPr>
            <w:tcW w:w="554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A2BD92E" w14:textId="77777777" w:rsidR="007947FA" w:rsidRDefault="00D47500" w:rsidP="00E8589F">
            <w:pPr>
              <w:spacing w:line="276" w:lineRule="auto"/>
            </w:pPr>
            <w:r>
              <w:t>- explicarea stării de agregare, temperaturilor de topire și conductibilității pe baza structurii rețelei ionice;</w:t>
            </w:r>
          </w:p>
          <w:p w14:paraId="1EE550CC" w14:textId="77777777" w:rsidR="00A136CD" w:rsidRDefault="00A136CD" w:rsidP="00E8589F">
            <w:pPr>
              <w:spacing w:line="276" w:lineRule="auto"/>
            </w:pPr>
            <w:r>
              <w:t>- r</w:t>
            </w:r>
            <w:r w:rsidRPr="00A136CD">
              <w:t>ezolvarea unei situații-problemă cu titlul: „Care dintre substanțele: fluorură de sodiu, fluorură de magneziu și fluorură de aluminiu are temperatura de topire mai mare?”, într-o activitate frontală;</w:t>
            </w:r>
          </w:p>
          <w:p w14:paraId="62F91053" w14:textId="4A2F97F4" w:rsidR="007947FA" w:rsidRDefault="00D7148A" w:rsidP="00E8589F">
            <w:pPr>
              <w:spacing w:line="276" w:lineRule="auto"/>
            </w:pPr>
            <w:r w:rsidRPr="00D7148A">
              <w:t>- justificarea conductibilității electrice diferite a compușilor ionici în stare solidă/ soluție, într-o activitate experimentală, în echipă</w:t>
            </w:r>
            <w:r>
              <w:t>.</w:t>
            </w:r>
          </w:p>
        </w:tc>
        <w:tc>
          <w:tcPr>
            <w:tcW w:w="449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7F41B7E" w14:textId="77777777" w:rsidR="007947FA" w:rsidRDefault="00D47500" w:rsidP="00E8589F">
            <w:pPr>
              <w:spacing w:line="276" w:lineRule="auto"/>
            </w:pPr>
            <w:r>
              <w:t>- activitate frontală și individuală</w:t>
            </w:r>
          </w:p>
          <w:p w14:paraId="3ACF745C" w14:textId="77777777" w:rsidR="007947FA" w:rsidRDefault="00D47500" w:rsidP="00E8589F">
            <w:pPr>
              <w:spacing w:line="276" w:lineRule="auto"/>
            </w:pPr>
            <w:r>
              <w:t>- tabele de date și modele de rețele</w:t>
            </w:r>
          </w:p>
          <w:p w14:paraId="43AFC11E" w14:textId="77777777" w:rsidR="007947FA" w:rsidRDefault="00D47500" w:rsidP="00E8589F">
            <w:pPr>
              <w:spacing w:line="276" w:lineRule="auto"/>
            </w:pPr>
            <w:r>
              <w:t>- circuit simplu/simulare</w:t>
            </w:r>
          </w:p>
          <w:p w14:paraId="4890719E" w14:textId="77777777" w:rsidR="007947FA" w:rsidRDefault="00D47500" w:rsidP="00E8589F">
            <w:pPr>
              <w:spacing w:line="276" w:lineRule="auto"/>
            </w:pPr>
            <w:r>
              <w:t>- fișă de lucru</w:t>
            </w:r>
          </w:p>
          <w:p w14:paraId="68638C71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4E0FC748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2007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E5CF524" w14:textId="77777777" w:rsidR="007947FA" w:rsidRDefault="00D47500" w:rsidP="00E8589F">
            <w:pPr>
              <w:spacing w:line="276" w:lineRule="auto"/>
            </w:pPr>
            <w:r>
              <w:t>Evaluarea interpretării datelor</w:t>
            </w:r>
          </w:p>
          <w:p w14:paraId="5F3533B4" w14:textId="77777777" w:rsidR="007947FA" w:rsidRDefault="00D47500" w:rsidP="00E8589F">
            <w:pPr>
              <w:spacing w:line="276" w:lineRule="auto"/>
            </w:pPr>
            <w:r>
              <w:t>Evaluarea fișei de lucru</w:t>
            </w:r>
          </w:p>
        </w:tc>
      </w:tr>
      <w:tr w:rsidR="007947FA" w14:paraId="437FAFA7" w14:textId="77777777" w:rsidTr="00D47500">
        <w:trPr>
          <w:trHeight w:val="146"/>
          <w:jc w:val="center"/>
        </w:trPr>
        <w:tc>
          <w:tcPr>
            <w:tcW w:w="216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753CF34" w14:textId="77777777" w:rsidR="007947FA" w:rsidRDefault="00D47500" w:rsidP="00E8589F">
            <w:pPr>
              <w:spacing w:line="276" w:lineRule="auto"/>
            </w:pPr>
            <w:r>
              <w:t>4.3 Cristalul de clorură de sodiu. Proprietăți fizice ale clorurii de sodiu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5410223" w14:textId="77777777" w:rsidR="007947FA" w:rsidRDefault="00D47500" w:rsidP="00E8589F">
            <w:pPr>
              <w:spacing w:line="276" w:lineRule="auto"/>
              <w:jc w:val="center"/>
            </w:pPr>
            <w:r>
              <w:t>1.4, 2.4, 3.4,</w:t>
            </w:r>
          </w:p>
          <w:p w14:paraId="09FBE97C" w14:textId="77777777" w:rsidR="007947FA" w:rsidRDefault="00D47500" w:rsidP="00E8589F">
            <w:pPr>
              <w:spacing w:line="276" w:lineRule="auto"/>
              <w:jc w:val="center"/>
            </w:pPr>
            <w:r>
              <w:t>4.4, 5.3, 5.4,</w:t>
            </w:r>
          </w:p>
          <w:p w14:paraId="2038FBB0" w14:textId="77777777" w:rsidR="007947FA" w:rsidRDefault="00D47500" w:rsidP="00E8589F">
            <w:pPr>
              <w:spacing w:line="276" w:lineRule="auto"/>
              <w:jc w:val="center"/>
            </w:pPr>
            <w:r>
              <w:t>6.2</w:t>
            </w:r>
          </w:p>
        </w:tc>
        <w:tc>
          <w:tcPr>
            <w:tcW w:w="554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51C46E9" w14:textId="77777777" w:rsidR="007947FA" w:rsidRDefault="00D47500" w:rsidP="00E8589F">
            <w:pPr>
              <w:spacing w:line="276" w:lineRule="auto"/>
            </w:pPr>
            <w:r>
              <w:t>- caracterizarea cristalului de clorură de sodiu;</w:t>
            </w:r>
          </w:p>
          <w:p w14:paraId="68D9266B" w14:textId="77777777" w:rsidR="007947FA" w:rsidRDefault="00D47500" w:rsidP="00E8589F">
            <w:pPr>
              <w:spacing w:line="276" w:lineRule="auto"/>
            </w:pPr>
            <w:r>
              <w:t>- realizarea unui demers investigativ pentru evidențierea stării de agregare, conductibilității și comportării la lovire;</w:t>
            </w:r>
          </w:p>
          <w:p w14:paraId="6DA3C58A" w14:textId="77777777" w:rsidR="007947FA" w:rsidRDefault="00D47500" w:rsidP="00E8589F">
            <w:pPr>
              <w:spacing w:line="276" w:lineRule="auto"/>
            </w:pPr>
            <w:r>
              <w:t>- formularea ipotezelor și concluziilor privind relația structură-proprietăți;</w:t>
            </w:r>
          </w:p>
          <w:p w14:paraId="3EDE23D6" w14:textId="77777777" w:rsidR="007947FA" w:rsidRDefault="00D47500" w:rsidP="00E8589F">
            <w:pPr>
              <w:spacing w:line="276" w:lineRule="auto"/>
            </w:pPr>
            <w:r>
              <w:t>- comunicarea și argumentarea rezultatelor investigației.</w:t>
            </w:r>
          </w:p>
        </w:tc>
        <w:tc>
          <w:tcPr>
            <w:tcW w:w="449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B11A760" w14:textId="77777777" w:rsidR="007947FA" w:rsidRDefault="00D47500" w:rsidP="00E8589F">
            <w:pPr>
              <w:spacing w:line="276" w:lineRule="auto"/>
            </w:pPr>
            <w:r>
              <w:t>- activitate în echipă</w:t>
            </w:r>
          </w:p>
          <w:p w14:paraId="1F4EF787" w14:textId="77777777" w:rsidR="007947FA" w:rsidRDefault="00D47500" w:rsidP="00E8589F">
            <w:pPr>
              <w:spacing w:line="276" w:lineRule="auto"/>
            </w:pPr>
            <w:r>
              <w:t>- fișă pentru activitatea experimentală</w:t>
            </w:r>
          </w:p>
          <w:p w14:paraId="0175A2AA" w14:textId="12E01D61" w:rsidR="004E3D99" w:rsidRDefault="004E3D99" w:rsidP="004E3D99">
            <w:pPr>
              <w:spacing w:line="276" w:lineRule="auto"/>
              <w:rPr>
                <w:lang w:val="ro-RO"/>
              </w:rPr>
            </w:pPr>
            <w:r>
              <w:rPr>
                <w:b/>
                <w:bCs/>
                <w:lang w:val="ro-RO"/>
              </w:rPr>
              <w:t xml:space="preserve">- </w:t>
            </w:r>
            <w:r>
              <w:rPr>
                <w:lang w:val="ro-RO"/>
              </w:rPr>
              <w:t>s</w:t>
            </w:r>
            <w:r w:rsidRPr="004E3D99">
              <w:rPr>
                <w:lang w:val="ro-RO"/>
              </w:rPr>
              <w:t>ubstanțe și ustensile necesare:</w:t>
            </w:r>
            <w:r w:rsidRPr="004E3D99">
              <w:rPr>
                <w:b/>
                <w:bCs/>
                <w:lang w:val="ro-RO"/>
              </w:rPr>
              <w:t xml:space="preserve"> </w:t>
            </w:r>
            <w:r w:rsidRPr="004E3D99">
              <w:rPr>
                <w:lang w:val="ro-RO"/>
              </w:rPr>
              <w:t>clorură de sodiu, apă distilată; pahare Berzelius, mojar</w:t>
            </w:r>
            <w:r>
              <w:rPr>
                <w:lang w:val="ro-RO"/>
              </w:rPr>
              <w:t xml:space="preserve"> </w:t>
            </w:r>
            <w:r w:rsidRPr="004E3D99">
              <w:rPr>
                <w:lang w:val="ro-RO"/>
              </w:rPr>
              <w:t>cu pistil, spatulă, clește metalic, creuzet, triunghi ceramic pentru susținerea creuzetului, bec</w:t>
            </w:r>
            <w:r>
              <w:rPr>
                <w:lang w:val="ro-RO"/>
              </w:rPr>
              <w:t xml:space="preserve"> </w:t>
            </w:r>
            <w:r w:rsidRPr="004E3D99">
              <w:rPr>
                <w:lang w:val="ro-RO"/>
              </w:rPr>
              <w:t>de gaz, circuit electric format din electrozi, bec, baterie.</w:t>
            </w:r>
          </w:p>
          <w:p w14:paraId="3C06A8BD" w14:textId="18EDF1CF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66843F5D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2007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A7FB16B" w14:textId="77777777" w:rsidR="007947FA" w:rsidRDefault="00D47500" w:rsidP="00E8589F">
            <w:pPr>
              <w:spacing w:line="276" w:lineRule="auto"/>
            </w:pPr>
            <w:r>
              <w:t>Evaluarea fișei de investigație</w:t>
            </w:r>
          </w:p>
          <w:p w14:paraId="0FC63F86" w14:textId="77777777" w:rsidR="007947FA" w:rsidRDefault="00D47500" w:rsidP="00E8589F">
            <w:pPr>
              <w:spacing w:line="276" w:lineRule="auto"/>
            </w:pPr>
            <w:r>
              <w:t>Observarea respectării normelor de securitate</w:t>
            </w:r>
          </w:p>
        </w:tc>
      </w:tr>
      <w:tr w:rsidR="007947FA" w14:paraId="3E69D7EE" w14:textId="77777777" w:rsidTr="00D47500">
        <w:trPr>
          <w:trHeight w:val="146"/>
          <w:jc w:val="center"/>
        </w:trPr>
        <w:tc>
          <w:tcPr>
            <w:tcW w:w="216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4826772" w14:textId="77777777" w:rsidR="007947FA" w:rsidRDefault="00D47500" w:rsidP="00E8589F">
            <w:pPr>
              <w:spacing w:line="276" w:lineRule="auto"/>
            </w:pPr>
            <w:r>
              <w:t>Recapitulare. Proiect – „Clorura de sodiu: de la cristalul de sare la aplicații esențiale în viața cotidiană”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9C748B8" w14:textId="77777777" w:rsidR="007947FA" w:rsidRDefault="00D47500" w:rsidP="00E8589F">
            <w:pPr>
              <w:spacing w:line="276" w:lineRule="auto"/>
              <w:jc w:val="center"/>
            </w:pPr>
            <w:r>
              <w:t>1.4, 2.4, 3.4,</w:t>
            </w:r>
          </w:p>
          <w:p w14:paraId="1D3D9F8D" w14:textId="77777777" w:rsidR="007947FA" w:rsidRDefault="00D47500" w:rsidP="00E8589F">
            <w:pPr>
              <w:spacing w:line="276" w:lineRule="auto"/>
              <w:jc w:val="center"/>
            </w:pPr>
            <w:r>
              <w:t>4.4, 5.3, 5.4,</w:t>
            </w:r>
          </w:p>
          <w:p w14:paraId="601E9C7E" w14:textId="77777777" w:rsidR="007947FA" w:rsidRDefault="00D47500" w:rsidP="00E8589F">
            <w:pPr>
              <w:spacing w:line="276" w:lineRule="auto"/>
              <w:jc w:val="center"/>
            </w:pPr>
            <w:r>
              <w:t>6.2</w:t>
            </w:r>
          </w:p>
        </w:tc>
        <w:tc>
          <w:tcPr>
            <w:tcW w:w="554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166776D" w14:textId="77777777" w:rsidR="007947FA" w:rsidRDefault="00D47500" w:rsidP="00E8589F">
            <w:pPr>
              <w:spacing w:line="276" w:lineRule="auto"/>
            </w:pPr>
            <w:r>
              <w:t>- exerciții de recunoaștere și diferențiere a compușilor ionici;</w:t>
            </w:r>
          </w:p>
          <w:p w14:paraId="2300486C" w14:textId="77777777" w:rsidR="007947FA" w:rsidRDefault="00D47500" w:rsidP="00E8589F">
            <w:pPr>
              <w:spacing w:line="276" w:lineRule="auto"/>
            </w:pPr>
            <w:r>
              <w:t>- explicarea proprietăților substanțelor în funcție de natura legăturii;</w:t>
            </w:r>
          </w:p>
          <w:p w14:paraId="5CE71712" w14:textId="77777777" w:rsidR="007947FA" w:rsidRDefault="00D47500" w:rsidP="00E8589F">
            <w:pPr>
              <w:spacing w:line="276" w:lineRule="auto"/>
            </w:pPr>
            <w:r>
              <w:t>- rezolvarea unor situații-problemă;</w:t>
            </w:r>
          </w:p>
          <w:p w14:paraId="286D0474" w14:textId="77777777" w:rsidR="007947FA" w:rsidRDefault="00D47500" w:rsidP="00E8589F">
            <w:pPr>
              <w:spacing w:line="276" w:lineRule="auto"/>
            </w:pPr>
            <w:r>
              <w:t>- realizarea proiectului sub formă de poster/prezentare digitală.</w:t>
            </w:r>
          </w:p>
        </w:tc>
        <w:tc>
          <w:tcPr>
            <w:tcW w:w="449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95093BA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2340529D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75AE173D" w14:textId="77777777" w:rsidR="007947FA" w:rsidRDefault="00D47500" w:rsidP="00E8589F">
            <w:pPr>
              <w:spacing w:line="276" w:lineRule="auto"/>
            </w:pPr>
            <w:r>
              <w:t>- activitate în echipă</w:t>
            </w:r>
          </w:p>
          <w:p w14:paraId="32BE86EE" w14:textId="77777777" w:rsidR="007947FA" w:rsidRDefault="00D47500" w:rsidP="00E8589F">
            <w:pPr>
              <w:spacing w:line="276" w:lineRule="auto"/>
            </w:pPr>
            <w:r>
              <w:t>- fișe de lucru</w:t>
            </w:r>
          </w:p>
          <w:p w14:paraId="524B3765" w14:textId="7B570334" w:rsidR="007947FA" w:rsidRDefault="00D47500" w:rsidP="00E8589F">
            <w:pPr>
              <w:spacing w:line="276" w:lineRule="auto"/>
            </w:pPr>
            <w:r>
              <w:t xml:space="preserve">- </w:t>
            </w:r>
            <w:r w:rsidR="00280C4C">
              <w:t xml:space="preserve">resurse digitale </w:t>
            </w:r>
            <w:r>
              <w:t>și materiale pentru poster/prezentare</w:t>
            </w:r>
          </w:p>
          <w:p w14:paraId="2A98FCDA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4A2904E5" w14:textId="6066186E" w:rsidR="007947FA" w:rsidRDefault="00105603" w:rsidP="00E8589F">
            <w:pPr>
              <w:spacing w:line="276" w:lineRule="auto"/>
              <w:jc w:val="right"/>
            </w:pPr>
            <w:r>
              <w:t>2</w:t>
            </w:r>
            <w:r w:rsidR="00D47500">
              <w:t xml:space="preserve"> or</w:t>
            </w:r>
            <w:r>
              <w:t>e</w:t>
            </w:r>
          </w:p>
        </w:tc>
        <w:tc>
          <w:tcPr>
            <w:tcW w:w="2007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2ADACE5" w14:textId="77777777" w:rsidR="007947FA" w:rsidRDefault="00D47500" w:rsidP="00E8589F">
            <w:pPr>
              <w:spacing w:line="276" w:lineRule="auto"/>
            </w:pPr>
            <w:r>
              <w:t>Evaluarea fișelor de lucru</w:t>
            </w:r>
          </w:p>
          <w:p w14:paraId="6CE6EE8A" w14:textId="77777777" w:rsidR="00543754" w:rsidRDefault="00543754" w:rsidP="00E8589F">
            <w:pPr>
              <w:spacing w:line="276" w:lineRule="auto"/>
            </w:pPr>
          </w:p>
          <w:p w14:paraId="7BCE8FA6" w14:textId="77777777" w:rsidR="007947FA" w:rsidRDefault="00D47500" w:rsidP="00E8589F">
            <w:pPr>
              <w:spacing w:line="276" w:lineRule="auto"/>
            </w:pPr>
            <w:r>
              <w:t>Evaluarea proiectului</w:t>
            </w:r>
          </w:p>
        </w:tc>
      </w:tr>
      <w:tr w:rsidR="007947FA" w14:paraId="04D5E678" w14:textId="77777777" w:rsidTr="00D47500">
        <w:trPr>
          <w:trHeight w:val="146"/>
          <w:jc w:val="center"/>
        </w:trPr>
        <w:tc>
          <w:tcPr>
            <w:tcW w:w="216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D8D8C6A" w14:textId="77777777" w:rsidR="007947FA" w:rsidRDefault="00D47500" w:rsidP="00E8589F">
            <w:pPr>
              <w:spacing w:line="276" w:lineRule="auto"/>
            </w:pPr>
            <w:r>
              <w:lastRenderedPageBreak/>
              <w:t>Evaluare sumativă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A50BF3C" w14:textId="77777777" w:rsidR="007947FA" w:rsidRDefault="00D47500" w:rsidP="00E8589F">
            <w:pPr>
              <w:spacing w:line="276" w:lineRule="auto"/>
              <w:jc w:val="center"/>
            </w:pPr>
            <w:r>
              <w:t>1.4, 2.4, 3.4,</w:t>
            </w:r>
          </w:p>
          <w:p w14:paraId="46C53D09" w14:textId="77777777" w:rsidR="007947FA" w:rsidRDefault="00D47500" w:rsidP="00E8589F">
            <w:pPr>
              <w:spacing w:line="276" w:lineRule="auto"/>
              <w:jc w:val="center"/>
            </w:pPr>
            <w:r>
              <w:t>4.4, 5.3, 5.4</w:t>
            </w:r>
          </w:p>
        </w:tc>
        <w:tc>
          <w:tcPr>
            <w:tcW w:w="554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7C34CC0" w14:textId="77777777" w:rsidR="007947FA" w:rsidRDefault="00D47500" w:rsidP="00E8589F">
            <w:pPr>
              <w:spacing w:line="276" w:lineRule="auto"/>
            </w:pPr>
            <w:r>
              <w:t>- aplicarea testului sumativ;</w:t>
            </w:r>
          </w:p>
          <w:p w14:paraId="3A642A5B" w14:textId="77777777" w:rsidR="007947FA" w:rsidRDefault="00D47500" w:rsidP="00E8589F">
            <w:pPr>
              <w:spacing w:line="276" w:lineRule="auto"/>
            </w:pPr>
            <w:r>
              <w:t>- prezentarea baremului de evaluare și notare;</w:t>
            </w:r>
          </w:p>
          <w:p w14:paraId="2FB9BF46" w14:textId="77777777" w:rsidR="007947FA" w:rsidRDefault="00D47500" w:rsidP="00E8589F">
            <w:pPr>
              <w:spacing w:line="276" w:lineRule="auto"/>
            </w:pPr>
            <w:r>
              <w:t>- analiza rezultatelor.</w:t>
            </w:r>
          </w:p>
        </w:tc>
        <w:tc>
          <w:tcPr>
            <w:tcW w:w="449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3EBAE95" w14:textId="77777777" w:rsidR="007947FA" w:rsidRDefault="00D47500" w:rsidP="00E8589F">
            <w:pPr>
              <w:spacing w:line="276" w:lineRule="auto"/>
            </w:pPr>
            <w:r>
              <w:t>- test de evaluare sumativă</w:t>
            </w:r>
          </w:p>
          <w:p w14:paraId="03954EEB" w14:textId="77777777" w:rsidR="007947FA" w:rsidRDefault="00D47500" w:rsidP="00E8589F">
            <w:pPr>
              <w:spacing w:line="276" w:lineRule="auto"/>
            </w:pPr>
            <w:r>
              <w:t>- barem de evaluare și notare</w:t>
            </w:r>
          </w:p>
          <w:p w14:paraId="1201371C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2007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C05DAA3" w14:textId="77777777" w:rsidR="00904331" w:rsidRPr="00A03B07" w:rsidRDefault="00904331" w:rsidP="00543754">
            <w:pPr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Itemii propusi vizează  domeniile cognitive ale  gândirii critice: </w:t>
            </w:r>
          </w:p>
          <w:p w14:paraId="77A179FD" w14:textId="77777777" w:rsidR="00904331" w:rsidRPr="00A03B07" w:rsidRDefault="00904331" w:rsidP="00543754">
            <w:pPr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cunoaştere </w:t>
            </w:r>
          </w:p>
          <w:p w14:paraId="08D1CE25" w14:textId="77777777" w:rsidR="00904331" w:rsidRPr="00A03B07" w:rsidRDefault="00904331" w:rsidP="00543754">
            <w:pPr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aplicare </w:t>
            </w:r>
          </w:p>
          <w:p w14:paraId="53ABE751" w14:textId="73DE1A9C" w:rsidR="007947FA" w:rsidRDefault="00904331" w:rsidP="00543754">
            <w:r w:rsidRPr="00A03B07">
              <w:rPr>
                <w:rFonts w:cs="Arial"/>
                <w:lang w:eastAsia="ro-RO"/>
              </w:rPr>
              <w:t>• raţionament</w:t>
            </w:r>
          </w:p>
        </w:tc>
      </w:tr>
    </w:tbl>
    <w:p w14:paraId="60C58D7C" w14:textId="77777777" w:rsidR="00292A5E" w:rsidRDefault="00292A5E" w:rsidP="00E8589F">
      <w:pPr>
        <w:spacing w:line="276" w:lineRule="auto"/>
        <w:rPr>
          <w:b/>
        </w:rPr>
      </w:pPr>
    </w:p>
    <w:p w14:paraId="67412F24" w14:textId="77777777" w:rsidR="00105603" w:rsidRDefault="00105603" w:rsidP="00E8589F">
      <w:pPr>
        <w:spacing w:line="276" w:lineRule="auto"/>
        <w:rPr>
          <w:b/>
        </w:rPr>
      </w:pPr>
    </w:p>
    <w:p w14:paraId="1CF74D7B" w14:textId="4B8D1913" w:rsidR="007947FA" w:rsidRDefault="00D47500" w:rsidP="00E8589F">
      <w:pPr>
        <w:spacing w:line="276" w:lineRule="auto"/>
      </w:pPr>
      <w:r>
        <w:rPr>
          <w:b/>
        </w:rPr>
        <w:t>Unitatea 5. Legături chimice. Legătura covalentă</w:t>
      </w:r>
    </w:p>
    <w:p w14:paraId="566430E3" w14:textId="513898A9" w:rsidR="007947FA" w:rsidRDefault="00D47500" w:rsidP="00E8589F">
      <w:pPr>
        <w:spacing w:line="276" w:lineRule="auto"/>
      </w:pPr>
      <w:r>
        <w:t xml:space="preserve">Nr. ore alocate: </w:t>
      </w:r>
      <w:r w:rsidR="00105603">
        <w:t>14</w:t>
      </w:r>
      <w:r>
        <w:t xml:space="preserve"> ore</w:t>
      </w:r>
    </w:p>
    <w:tbl>
      <w:tblPr>
        <w:tblStyle w:val="TableGrid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1723"/>
        <w:gridCol w:w="5404"/>
        <w:gridCol w:w="4385"/>
        <w:gridCol w:w="1958"/>
      </w:tblGrid>
      <w:tr w:rsidR="007947FA" w14:paraId="3B67C295" w14:textId="77777777" w:rsidTr="00D47500">
        <w:trPr>
          <w:trHeight w:val="142"/>
          <w:tblHeader/>
          <w:jc w:val="center"/>
        </w:trPr>
        <w:tc>
          <w:tcPr>
            <w:tcW w:w="211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B4600F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Conținuturi</w:t>
            </w:r>
          </w:p>
          <w:p w14:paraId="0ED6195C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detaliate</w:t>
            </w:r>
          </w:p>
        </w:tc>
        <w:tc>
          <w:tcPr>
            <w:tcW w:w="1723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97A634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Competențe</w:t>
            </w:r>
          </w:p>
          <w:p w14:paraId="42CFF32E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specifice</w:t>
            </w:r>
          </w:p>
        </w:tc>
        <w:tc>
          <w:tcPr>
            <w:tcW w:w="5404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B100D4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Activități de învățare</w:t>
            </w:r>
          </w:p>
        </w:tc>
        <w:tc>
          <w:tcPr>
            <w:tcW w:w="438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79AC0B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Resurse</w:t>
            </w:r>
          </w:p>
        </w:tc>
        <w:tc>
          <w:tcPr>
            <w:tcW w:w="1958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C9F279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Evaluare</w:t>
            </w:r>
          </w:p>
        </w:tc>
      </w:tr>
      <w:tr w:rsidR="007947FA" w14:paraId="50DA75A0" w14:textId="77777777" w:rsidTr="00D47500">
        <w:trPr>
          <w:trHeight w:val="142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6A09192" w14:textId="292CBE41" w:rsidR="007947FA" w:rsidRDefault="00D47500" w:rsidP="00E8589F">
            <w:pPr>
              <w:spacing w:line="276" w:lineRule="auto"/>
            </w:pPr>
            <w:r>
              <w:t xml:space="preserve">5.1 Legătura covalentă. 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8FD4470" w14:textId="77777777" w:rsidR="007947FA" w:rsidRDefault="00D47500" w:rsidP="00E8589F">
            <w:pPr>
              <w:spacing w:line="276" w:lineRule="auto"/>
              <w:jc w:val="center"/>
            </w:pPr>
            <w:r>
              <w:t>1.4, 2.4, 3.4,</w:t>
            </w:r>
          </w:p>
          <w:p w14:paraId="17375196" w14:textId="77777777" w:rsidR="007947FA" w:rsidRDefault="00D47500" w:rsidP="00E8589F">
            <w:pPr>
              <w:spacing w:line="276" w:lineRule="auto"/>
              <w:jc w:val="center"/>
            </w:pPr>
            <w:r>
              <w:t>4.4, 5.3, 5.4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D5C1F2F" w14:textId="77777777" w:rsidR="00A46B5B" w:rsidRDefault="00A46B5B" w:rsidP="00E8589F">
            <w:pPr>
              <w:spacing w:line="276" w:lineRule="auto"/>
            </w:pPr>
            <w:r>
              <w:t>- reprezentarea legăturilor covalente în diferite molecule, cu punerea în evidență a electronilor neparticipanți la formarea acestora, într-o activitate individuală;</w:t>
            </w:r>
          </w:p>
          <w:p w14:paraId="32253B65" w14:textId="77777777" w:rsidR="00A46B5B" w:rsidRDefault="00A46B5B" w:rsidP="00E8589F">
            <w:pPr>
              <w:spacing w:line="276" w:lineRule="auto"/>
            </w:pPr>
            <w:r>
              <w:t xml:space="preserve">- modelarea formării legăturilor chimice în molecule de apă/ amoniac/ acid clorhidric/ metanol/ metilamină, utilizând simbolurile elementelor chimice și puncte pentru reprezentarea electronilor; </w:t>
            </w:r>
          </w:p>
          <w:p w14:paraId="2EBADB16" w14:textId="77777777" w:rsidR="007947FA" w:rsidRDefault="00D47500" w:rsidP="00E8589F">
            <w:pPr>
              <w:spacing w:line="276" w:lineRule="auto"/>
            </w:pPr>
            <w:r>
              <w:t>- reprezentarea structurilor Lewis și identificarea perechilor de electroni de legătură/neparticipante;</w:t>
            </w:r>
          </w:p>
          <w:p w14:paraId="5F3ABD8F" w14:textId="226FE359" w:rsidR="007947FA" w:rsidRDefault="007947FA" w:rsidP="00E8589F">
            <w:pPr>
              <w:spacing w:line="276" w:lineRule="auto"/>
            </w:pP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B86F428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3351A13C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5DA35AA1" w14:textId="77777777" w:rsidR="007947FA" w:rsidRDefault="00D47500" w:rsidP="00E8589F">
            <w:pPr>
              <w:spacing w:line="276" w:lineRule="auto"/>
            </w:pPr>
            <w:r>
              <w:t>- conversație euristică</w:t>
            </w:r>
          </w:p>
          <w:p w14:paraId="5ED8B88A" w14:textId="77777777" w:rsidR="007947FA" w:rsidRDefault="00D47500" w:rsidP="00E8589F">
            <w:pPr>
              <w:spacing w:line="276" w:lineRule="auto"/>
            </w:pPr>
            <w:r>
              <w:t>- modele moleculare și structuri Lewis</w:t>
            </w:r>
          </w:p>
          <w:p w14:paraId="3B2C6F1C" w14:textId="77777777" w:rsidR="007947FA" w:rsidRDefault="00D47500" w:rsidP="00E8589F">
            <w:pPr>
              <w:spacing w:line="276" w:lineRule="auto"/>
            </w:pPr>
            <w:r>
              <w:t>- fișe de lucru</w:t>
            </w:r>
          </w:p>
          <w:p w14:paraId="32AF4B02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09DD4A4C" w14:textId="77777777" w:rsidR="007947FA" w:rsidRDefault="00D47500" w:rsidP="00E8589F">
            <w:pPr>
              <w:spacing w:line="276" w:lineRule="auto"/>
              <w:jc w:val="right"/>
            </w:pPr>
            <w:r>
              <w:t>2 ore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F5C439F" w14:textId="77777777" w:rsidR="00614AB7" w:rsidRDefault="00614AB7" w:rsidP="00614AB7">
            <w:pPr>
              <w:spacing w:line="276" w:lineRule="auto"/>
            </w:pPr>
            <w:r>
              <w:t>Observarea sistematică a elevilor</w:t>
            </w:r>
          </w:p>
          <w:p w14:paraId="719B13CF" w14:textId="77777777" w:rsidR="00614AB7" w:rsidRDefault="00614AB7" w:rsidP="00614AB7">
            <w:pPr>
              <w:spacing w:line="276" w:lineRule="auto"/>
            </w:pPr>
          </w:p>
          <w:p w14:paraId="6553DF5D" w14:textId="77777777" w:rsidR="00614AB7" w:rsidRDefault="00614AB7" w:rsidP="00614AB7">
            <w:pPr>
              <w:spacing w:line="276" w:lineRule="auto"/>
            </w:pPr>
            <w:r>
              <w:t xml:space="preserve">Evaluare curentă orală </w:t>
            </w:r>
          </w:p>
          <w:p w14:paraId="58B5C885" w14:textId="1A3787AA" w:rsidR="007947FA" w:rsidRDefault="007947FA" w:rsidP="00E8589F">
            <w:pPr>
              <w:spacing w:line="276" w:lineRule="auto"/>
            </w:pPr>
          </w:p>
        </w:tc>
      </w:tr>
      <w:tr w:rsidR="00105603" w14:paraId="04287ECD" w14:textId="77777777" w:rsidTr="00FD5792">
        <w:trPr>
          <w:trHeight w:val="693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7EA6A17" w14:textId="2787AA25" w:rsidR="00105603" w:rsidRPr="00105603" w:rsidRDefault="00105603" w:rsidP="00105603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5.2 </w:t>
            </w:r>
            <w:r w:rsidRPr="00105603">
              <w:rPr>
                <w:rFonts w:cs="Arial"/>
              </w:rPr>
              <w:t>Legături covalente simple, duble, triple. Legături covalente sigma (σ) și pi (π)</w:t>
            </w:r>
          </w:p>
          <w:p w14:paraId="4AB34984" w14:textId="001EE502" w:rsidR="00105603" w:rsidRPr="00105603" w:rsidRDefault="00105603" w:rsidP="00105603">
            <w:pPr>
              <w:spacing w:line="276" w:lineRule="auto"/>
            </w:pPr>
            <w:r w:rsidRPr="00105603">
              <w:rPr>
                <w:rFonts w:cs="Arial"/>
              </w:rPr>
              <w:t xml:space="preserve"> 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381006B" w14:textId="77777777" w:rsidR="00105603" w:rsidRPr="00105603" w:rsidRDefault="00105603" w:rsidP="00105603">
            <w:pPr>
              <w:spacing w:line="276" w:lineRule="auto"/>
              <w:jc w:val="center"/>
            </w:pPr>
            <w:r w:rsidRPr="00105603">
              <w:t>1.4,2.4,3.4</w:t>
            </w:r>
          </w:p>
          <w:p w14:paraId="5B1826DE" w14:textId="16F9FBAA" w:rsidR="00105603" w:rsidRPr="00105603" w:rsidRDefault="00105603" w:rsidP="00105603">
            <w:pPr>
              <w:spacing w:line="276" w:lineRule="auto"/>
              <w:jc w:val="center"/>
            </w:pPr>
            <w:r w:rsidRPr="00105603">
              <w:t>4.4,5.3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F3866BA" w14:textId="55DD9F6B" w:rsidR="00105603" w:rsidRPr="00105603" w:rsidRDefault="00105603" w:rsidP="00105603">
            <w:pPr>
              <w:spacing w:line="276" w:lineRule="auto"/>
              <w:ind w:left="113" w:hanging="113"/>
            </w:pPr>
            <w:r w:rsidRPr="00105603">
              <w:t>-</w:t>
            </w:r>
            <w:r>
              <w:t xml:space="preserve"> </w:t>
            </w:r>
            <w:r w:rsidRPr="00105603">
              <w:t>diferențierea legăturilor simple, duble și triple după numărul perechilor de electroni puse în comun;</w:t>
            </w:r>
          </w:p>
          <w:p w14:paraId="19741EEA" w14:textId="16D2A996" w:rsidR="00FD5792" w:rsidRDefault="00FD5792" w:rsidP="00105603">
            <w:pPr>
              <w:spacing w:line="276" w:lineRule="auto"/>
              <w:ind w:left="113" w:hanging="113"/>
            </w:pPr>
            <w:r>
              <w:t>-</w:t>
            </w:r>
            <w:r w:rsidRPr="00B26BB8">
              <w:t xml:space="preserve"> identificarea legăturilor covalente simple/ duble/ triple în formulele de structură ale unor molecule în exercițiile dintr-o fișă de lucru, individual</w:t>
            </w:r>
            <w:r>
              <w:t>;</w:t>
            </w:r>
          </w:p>
          <w:p w14:paraId="01C9A95E" w14:textId="7D2BEEC6" w:rsidR="00105603" w:rsidRPr="00105603" w:rsidRDefault="00105603" w:rsidP="00105603">
            <w:pPr>
              <w:spacing w:line="276" w:lineRule="auto"/>
              <w:ind w:left="113" w:hanging="113"/>
            </w:pPr>
            <w:r w:rsidRPr="00105603">
              <w:t>- identificarea legăturilor sigma și pi în moleculele studiate;</w:t>
            </w:r>
          </w:p>
          <w:p w14:paraId="30732CAD" w14:textId="77777777" w:rsidR="00105603" w:rsidRPr="00105603" w:rsidRDefault="00105603" w:rsidP="00105603">
            <w:pPr>
              <w:spacing w:line="276" w:lineRule="auto"/>
              <w:ind w:left="113" w:hanging="113"/>
            </w:pPr>
            <w:r w:rsidRPr="00105603">
              <w:lastRenderedPageBreak/>
              <w:t>- compararea lungimii și tăriei legăturilor simple, duble și triple.</w:t>
            </w:r>
          </w:p>
          <w:p w14:paraId="4897EB4A" w14:textId="4D85C529" w:rsidR="00105603" w:rsidRPr="00105603" w:rsidRDefault="00105603" w:rsidP="00105603">
            <w:pPr>
              <w:spacing w:line="276" w:lineRule="auto"/>
            </w:pPr>
            <w:r w:rsidRPr="00105603">
              <w:rPr>
                <w:sz w:val="14"/>
              </w:rPr>
              <w:t>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FE99E59" w14:textId="3239B5D2" w:rsidR="00105603" w:rsidRPr="00105603" w:rsidRDefault="00105603" w:rsidP="00105603">
            <w:pPr>
              <w:spacing w:line="276" w:lineRule="auto"/>
              <w:rPr>
                <w:rFonts w:cs="Arial"/>
              </w:rPr>
            </w:pPr>
            <w:r w:rsidRPr="00105603">
              <w:rPr>
                <w:rFonts w:cs="Arial"/>
              </w:rPr>
              <w:lastRenderedPageBreak/>
              <w:t>-</w:t>
            </w:r>
            <w:r>
              <w:rPr>
                <w:rFonts w:cs="Arial"/>
              </w:rPr>
              <w:t xml:space="preserve"> </w:t>
            </w:r>
            <w:r w:rsidRPr="00105603">
              <w:rPr>
                <w:rFonts w:cs="Arial"/>
              </w:rPr>
              <w:t>activitate frontală</w:t>
            </w:r>
          </w:p>
          <w:p w14:paraId="606C77C0" w14:textId="77777777" w:rsidR="00105603" w:rsidRPr="00105603" w:rsidRDefault="00105603" w:rsidP="00105603">
            <w:pPr>
              <w:spacing w:line="276" w:lineRule="auto"/>
              <w:rPr>
                <w:rFonts w:cs="Arial"/>
              </w:rPr>
            </w:pPr>
            <w:r w:rsidRPr="00105603">
              <w:rPr>
                <w:rFonts w:cs="Arial"/>
              </w:rPr>
              <w:t>- activitate individuală</w:t>
            </w:r>
          </w:p>
          <w:p w14:paraId="3C3ADC2A" w14:textId="77777777" w:rsidR="00105603" w:rsidRPr="00105603" w:rsidRDefault="00105603" w:rsidP="00105603">
            <w:pPr>
              <w:spacing w:line="276" w:lineRule="auto"/>
              <w:rPr>
                <w:rFonts w:cs="Arial"/>
              </w:rPr>
            </w:pPr>
            <w:r w:rsidRPr="00105603">
              <w:rPr>
                <w:rFonts w:cs="Arial"/>
              </w:rPr>
              <w:t>- conversaţie euristică</w:t>
            </w:r>
          </w:p>
          <w:p w14:paraId="391D01D0" w14:textId="77777777" w:rsidR="00105603" w:rsidRPr="00105603" w:rsidRDefault="00105603" w:rsidP="00105603">
            <w:pPr>
              <w:spacing w:line="276" w:lineRule="auto"/>
              <w:rPr>
                <w:rFonts w:cs="Arial"/>
                <w:iCs/>
                <w:lang w:eastAsia="ro-RO"/>
              </w:rPr>
            </w:pPr>
            <w:r w:rsidRPr="00105603">
              <w:rPr>
                <w:rFonts w:cs="Arial"/>
              </w:rPr>
              <w:t>- fișe de lucru</w:t>
            </w:r>
          </w:p>
          <w:p w14:paraId="03AA9D7E" w14:textId="77777777" w:rsidR="00105603" w:rsidRDefault="00105603" w:rsidP="00105603">
            <w:pPr>
              <w:spacing w:line="276" w:lineRule="auto"/>
              <w:rPr>
                <w:rFonts w:cs="Arial"/>
                <w:iCs/>
                <w:lang w:eastAsia="ro-RO"/>
              </w:rPr>
            </w:pPr>
            <w:r w:rsidRPr="00105603">
              <w:rPr>
                <w:rFonts w:cs="Arial"/>
              </w:rPr>
              <w:t>- m</w:t>
            </w:r>
            <w:r w:rsidRPr="00105603">
              <w:rPr>
                <w:rFonts w:cs="Arial"/>
                <w:iCs/>
                <w:lang w:eastAsia="ro-RO"/>
              </w:rPr>
              <w:t>anual școlar Chimie clasa a IX-a</w:t>
            </w:r>
          </w:p>
          <w:p w14:paraId="072A4B28" w14:textId="62DF4981" w:rsidR="00105603" w:rsidRPr="00105603" w:rsidRDefault="00FD5792" w:rsidP="00105603">
            <w:pPr>
              <w:spacing w:line="276" w:lineRule="auto"/>
              <w:jc w:val="right"/>
            </w:pPr>
            <w:r>
              <w:t>2</w:t>
            </w:r>
            <w:r w:rsidR="00105603">
              <w:t xml:space="preserve"> or</w:t>
            </w:r>
            <w:r>
              <w:t>e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1D10CD0" w14:textId="77777777" w:rsidR="00105603" w:rsidRPr="00105603" w:rsidRDefault="00105603" w:rsidP="00105603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  <w:r w:rsidRPr="00105603">
              <w:rPr>
                <w:rFonts w:cs="Arial"/>
              </w:rPr>
              <w:t>Evaluarea curentă orală</w:t>
            </w:r>
          </w:p>
          <w:p w14:paraId="4BE52FB9" w14:textId="77777777" w:rsidR="00105603" w:rsidRPr="00105603" w:rsidRDefault="00105603" w:rsidP="00105603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  <w:p w14:paraId="7C91E5C4" w14:textId="248F6F5E" w:rsidR="00105603" w:rsidRPr="00FD5792" w:rsidRDefault="00105603" w:rsidP="00FD579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  <w:r w:rsidRPr="00105603">
              <w:rPr>
                <w:rFonts w:cs="Arial"/>
              </w:rPr>
              <w:t>Observarea sistematică a elevilor</w:t>
            </w:r>
          </w:p>
        </w:tc>
      </w:tr>
      <w:tr w:rsidR="00105603" w14:paraId="0454AC14" w14:textId="77777777" w:rsidTr="00D47500">
        <w:trPr>
          <w:trHeight w:val="142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A745C7A" w14:textId="437E9E60" w:rsidR="00105603" w:rsidRPr="00105603" w:rsidRDefault="00105603" w:rsidP="00105603">
            <w:pPr>
              <w:spacing w:line="276" w:lineRule="auto"/>
              <w:rPr>
                <w:rFonts w:cs="Arial"/>
                <w:color w:val="4F81BD" w:themeColor="accent1"/>
              </w:rPr>
            </w:pPr>
            <w:r>
              <w:rPr>
                <w:rFonts w:cs="Arial"/>
                <w:lang w:val="nl-NL"/>
              </w:rPr>
              <w:t xml:space="preserve">5.3 </w:t>
            </w:r>
            <w:r w:rsidRPr="00105603">
              <w:rPr>
                <w:rFonts w:cs="Arial"/>
                <w:lang w:val="nl-NL"/>
              </w:rPr>
              <w:t>Hibridizarea atomului de carbon</w:t>
            </w:r>
          </w:p>
          <w:p w14:paraId="7D0C7B93" w14:textId="77777777" w:rsidR="00105603" w:rsidRPr="00105603" w:rsidRDefault="00105603" w:rsidP="00105603">
            <w:pPr>
              <w:spacing w:line="276" w:lineRule="auto"/>
              <w:rPr>
                <w:rFonts w:cs="Arial"/>
                <w:color w:val="4F81BD" w:themeColor="accent1"/>
              </w:rPr>
            </w:pPr>
          </w:p>
          <w:p w14:paraId="10CB3FA4" w14:textId="3C442D9B" w:rsidR="00105603" w:rsidRPr="00105603" w:rsidRDefault="00105603" w:rsidP="00105603">
            <w:pPr>
              <w:spacing w:line="276" w:lineRule="auto"/>
            </w:pP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304DB54" w14:textId="77777777" w:rsidR="00105603" w:rsidRPr="00105603" w:rsidRDefault="00105603" w:rsidP="00105603">
            <w:pPr>
              <w:spacing w:line="276" w:lineRule="auto"/>
              <w:jc w:val="center"/>
            </w:pPr>
            <w:r w:rsidRPr="00105603">
              <w:t>1.4, 2.4, 3.4</w:t>
            </w:r>
          </w:p>
          <w:p w14:paraId="605530F2" w14:textId="7C5F17DA" w:rsidR="00105603" w:rsidRPr="00105603" w:rsidRDefault="00105603" w:rsidP="00105603">
            <w:pPr>
              <w:spacing w:line="276" w:lineRule="auto"/>
              <w:jc w:val="center"/>
            </w:pPr>
            <w:r w:rsidRPr="00105603">
              <w:t>4.4, 5.3, 5.4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7230D70" w14:textId="77777777" w:rsidR="00105603" w:rsidRPr="00105603" w:rsidRDefault="00105603" w:rsidP="00105603">
            <w:pPr>
              <w:spacing w:line="276" w:lineRule="auto"/>
              <w:ind w:left="113" w:hanging="113"/>
            </w:pPr>
            <w:r w:rsidRPr="00105603">
              <w:rPr>
                <w:color w:val="4F81BD" w:themeColor="accent1"/>
              </w:rPr>
              <w:t>-</w:t>
            </w:r>
            <w:r w:rsidRPr="00105603">
              <w:t xml:space="preserve">explicarea necesității hibridizării </w:t>
            </w:r>
          </w:p>
          <w:p w14:paraId="46C77CA5" w14:textId="77777777" w:rsidR="00105603" w:rsidRPr="00105603" w:rsidRDefault="00105603" w:rsidP="00105603">
            <w:pPr>
              <w:spacing w:line="276" w:lineRule="auto"/>
              <w:ind w:left="113" w:hanging="113"/>
            </w:pPr>
            <w:r w:rsidRPr="00105603">
              <w:t>- reprezentarea hibridizărilor sp</w:t>
            </w:r>
            <w:r w:rsidRPr="00105603">
              <w:rPr>
                <w:vertAlign w:val="superscript"/>
              </w:rPr>
              <w:t>3</w:t>
            </w:r>
            <w:r w:rsidRPr="00105603">
              <w:t>, sp</w:t>
            </w:r>
            <w:r w:rsidRPr="00105603">
              <w:rPr>
                <w:vertAlign w:val="superscript"/>
              </w:rPr>
              <w:t>2</w:t>
            </w:r>
            <w:r w:rsidRPr="00105603">
              <w:t xml:space="preserve"> și sp și a orbitalilor nehibridizați;</w:t>
            </w:r>
          </w:p>
          <w:p w14:paraId="6E05A28D" w14:textId="77777777" w:rsidR="00105603" w:rsidRPr="00105603" w:rsidRDefault="00105603" w:rsidP="00105603">
            <w:pPr>
              <w:spacing w:line="276" w:lineRule="auto"/>
              <w:ind w:left="113" w:hanging="113"/>
            </w:pPr>
            <w:r w:rsidRPr="00105603">
              <w:t>- analizarea moleculelor de etan, etenă, acetilenă și tetraclorură de carbon;</w:t>
            </w:r>
          </w:p>
          <w:p w14:paraId="6939E88A" w14:textId="77777777" w:rsidR="00105603" w:rsidRPr="00105603" w:rsidRDefault="00105603" w:rsidP="00105603">
            <w:pPr>
              <w:spacing w:line="276" w:lineRule="auto"/>
              <w:ind w:left="113" w:hanging="113"/>
              <w:rPr>
                <w:lang w:val="nl-NL"/>
              </w:rPr>
            </w:pPr>
            <w:r w:rsidRPr="00105603">
              <w:rPr>
                <w:lang w:val="nl-NL"/>
              </w:rPr>
              <w:t>- stabilirea tipului de hibridizare în funcție de numărul de legături sigma și pi realizate de atomul de carbon;</w:t>
            </w:r>
          </w:p>
          <w:p w14:paraId="3F43A0DC" w14:textId="6D9AF6EF" w:rsidR="00105603" w:rsidRPr="00105603" w:rsidRDefault="00105603" w:rsidP="00105603">
            <w:pPr>
              <w:spacing w:line="276" w:lineRule="auto"/>
            </w:pPr>
            <w:r w:rsidRPr="00105603">
              <w:t>- modelarea geometriei și a unghiurilor caracteristice și rezolvarea unor exerciții de identificare.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D0011E1" w14:textId="77777777" w:rsidR="00105603" w:rsidRPr="00105603" w:rsidRDefault="00105603" w:rsidP="00105603">
            <w:pPr>
              <w:spacing w:line="276" w:lineRule="auto"/>
              <w:rPr>
                <w:rFonts w:cs="Arial"/>
              </w:rPr>
            </w:pPr>
            <w:r w:rsidRPr="00105603">
              <w:rPr>
                <w:rFonts w:cs="Arial"/>
              </w:rPr>
              <w:t>-activitate frontală</w:t>
            </w:r>
          </w:p>
          <w:p w14:paraId="36BAC3AC" w14:textId="77777777" w:rsidR="00105603" w:rsidRPr="00105603" w:rsidRDefault="00105603" w:rsidP="00105603">
            <w:pPr>
              <w:spacing w:line="276" w:lineRule="auto"/>
              <w:rPr>
                <w:rFonts w:cs="Arial"/>
              </w:rPr>
            </w:pPr>
            <w:r w:rsidRPr="00105603">
              <w:rPr>
                <w:rFonts w:cs="Arial"/>
              </w:rPr>
              <w:t>- activitate individuală</w:t>
            </w:r>
          </w:p>
          <w:p w14:paraId="35F17CB8" w14:textId="77777777" w:rsidR="00105603" w:rsidRPr="00105603" w:rsidRDefault="00105603" w:rsidP="00105603">
            <w:pPr>
              <w:spacing w:line="276" w:lineRule="auto"/>
              <w:rPr>
                <w:rFonts w:cs="Arial"/>
              </w:rPr>
            </w:pPr>
            <w:r w:rsidRPr="00105603">
              <w:rPr>
                <w:rFonts w:cs="Arial"/>
              </w:rPr>
              <w:t>- conversaţie euristică</w:t>
            </w:r>
          </w:p>
          <w:p w14:paraId="0C4A7384" w14:textId="77777777" w:rsidR="00105603" w:rsidRPr="00105603" w:rsidRDefault="00105603" w:rsidP="00105603">
            <w:pPr>
              <w:spacing w:line="276" w:lineRule="auto"/>
              <w:ind w:left="113" w:hanging="113"/>
              <w:rPr>
                <w:rFonts w:cs="Arial"/>
                <w:lang w:val="en-GB"/>
              </w:rPr>
            </w:pPr>
            <w:r w:rsidRPr="00105603">
              <w:rPr>
                <w:rFonts w:cs="Arial"/>
              </w:rPr>
              <w:t>- m</w:t>
            </w:r>
            <w:r w:rsidRPr="00105603">
              <w:rPr>
                <w:rFonts w:cs="Arial"/>
                <w:iCs/>
                <w:lang w:eastAsia="ro-RO"/>
              </w:rPr>
              <w:t>anual școlar-Chimie clasa a IX-a</w:t>
            </w:r>
          </w:p>
          <w:p w14:paraId="48074D91" w14:textId="77777777" w:rsidR="00105603" w:rsidRDefault="00105603" w:rsidP="00105603">
            <w:pPr>
              <w:spacing w:line="276" w:lineRule="auto"/>
            </w:pPr>
            <w:r w:rsidRPr="00105603">
              <w:rPr>
                <w:rFonts w:cs="Arial"/>
                <w:lang w:val="en-GB"/>
              </w:rPr>
              <w:t>-</w:t>
            </w:r>
            <w:r w:rsidRPr="00105603">
              <w:rPr>
                <w:sz w:val="14"/>
                <w:lang w:val="en-GB"/>
              </w:rPr>
              <w:t xml:space="preserve"> </w:t>
            </w:r>
            <w:r w:rsidRPr="00105603">
              <w:t>modele digitale 3D</w:t>
            </w:r>
          </w:p>
          <w:p w14:paraId="207EF5CF" w14:textId="5B3795C1" w:rsidR="00105603" w:rsidRPr="00105603" w:rsidRDefault="00105603" w:rsidP="00105603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3FCF6D2" w14:textId="77777777" w:rsidR="00105603" w:rsidRPr="00105603" w:rsidRDefault="00105603" w:rsidP="00105603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  <w:r w:rsidRPr="00105603">
              <w:rPr>
                <w:rFonts w:cs="Arial"/>
              </w:rPr>
              <w:t>Evaluarea curentă orală</w:t>
            </w:r>
          </w:p>
          <w:p w14:paraId="0A95B108" w14:textId="77777777" w:rsidR="00105603" w:rsidRPr="00105603" w:rsidRDefault="00105603" w:rsidP="00105603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  <w:p w14:paraId="2BB5321C" w14:textId="77777777" w:rsidR="00105603" w:rsidRPr="00105603" w:rsidRDefault="00105603" w:rsidP="00105603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  <w:r w:rsidRPr="00105603">
              <w:rPr>
                <w:rFonts w:cs="Arial"/>
              </w:rPr>
              <w:t>Observarea sistematică a elevilor</w:t>
            </w:r>
          </w:p>
          <w:p w14:paraId="41A8D087" w14:textId="77777777" w:rsidR="00105603" w:rsidRPr="00105603" w:rsidRDefault="00105603" w:rsidP="00105603">
            <w:pPr>
              <w:spacing w:line="276" w:lineRule="auto"/>
            </w:pPr>
          </w:p>
        </w:tc>
      </w:tr>
      <w:tr w:rsidR="00105603" w14:paraId="0059693E" w14:textId="77777777" w:rsidTr="00D47500">
        <w:trPr>
          <w:trHeight w:val="142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1502A78" w14:textId="0773F8EB" w:rsidR="00105603" w:rsidRPr="00105603" w:rsidRDefault="00105603" w:rsidP="00105603">
            <w:pPr>
              <w:spacing w:line="276" w:lineRule="auto"/>
              <w:rPr>
                <w:rFonts w:cs="Arial"/>
                <w:color w:val="4F81BD" w:themeColor="accent1"/>
                <w:lang w:val="nl-NL"/>
              </w:rPr>
            </w:pPr>
            <w:r>
              <w:rPr>
                <w:rFonts w:cs="Arial"/>
                <w:lang w:val="nl-NL"/>
              </w:rPr>
              <w:t xml:space="preserve">5.4 </w:t>
            </w:r>
            <w:r w:rsidRPr="00105603">
              <w:rPr>
                <w:rFonts w:cs="Arial"/>
                <w:lang w:val="nl-NL"/>
              </w:rPr>
              <w:t>Noțiuni de stereochimie. Modelul repulsiei perechilor de electroni din stratul de valență (VSEPR)</w:t>
            </w:r>
          </w:p>
          <w:p w14:paraId="1F3F50A8" w14:textId="1E966FC6" w:rsidR="00105603" w:rsidRPr="00105603" w:rsidRDefault="00105603" w:rsidP="00105603">
            <w:pPr>
              <w:spacing w:line="276" w:lineRule="auto"/>
            </w:pP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A907910" w14:textId="77777777" w:rsidR="00105603" w:rsidRPr="00105603" w:rsidRDefault="00105603" w:rsidP="00105603">
            <w:pPr>
              <w:spacing w:line="276" w:lineRule="auto"/>
              <w:jc w:val="center"/>
            </w:pPr>
            <w:r w:rsidRPr="00105603">
              <w:t>1.4, 2.4,3.4</w:t>
            </w:r>
          </w:p>
          <w:p w14:paraId="5B05FC92" w14:textId="13816270" w:rsidR="00105603" w:rsidRPr="00105603" w:rsidRDefault="00105603" w:rsidP="00105603">
            <w:pPr>
              <w:spacing w:line="276" w:lineRule="auto"/>
              <w:jc w:val="center"/>
            </w:pPr>
            <w:r w:rsidRPr="00105603">
              <w:t>4.4, 5.3, 5.4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5AA0D78" w14:textId="6B010CFB" w:rsidR="00105603" w:rsidRPr="00105603" w:rsidRDefault="00105603" w:rsidP="00105603">
            <w:pPr>
              <w:spacing w:line="276" w:lineRule="auto"/>
              <w:ind w:left="113" w:hanging="113"/>
            </w:pPr>
            <w:r w:rsidRPr="00105603">
              <w:t>-</w:t>
            </w:r>
            <w:r>
              <w:t xml:space="preserve"> </w:t>
            </w:r>
            <w:r w:rsidRPr="00105603">
              <w:t>aplicarea modelului repulsiei perechilor de electroni din stratul de valență pentru</w:t>
            </w:r>
            <w:r w:rsidRPr="00105603">
              <w:rPr>
                <w:lang w:val="ro-RO"/>
              </w:rPr>
              <w:t>:</w:t>
            </w:r>
            <w:r w:rsidRPr="00105603">
              <w:t xml:space="preserve"> BF</w:t>
            </w:r>
            <w:r w:rsidRPr="00105603">
              <w:rPr>
                <w:vertAlign w:val="subscript"/>
              </w:rPr>
              <w:t>3</w:t>
            </w:r>
            <w:r w:rsidRPr="00105603">
              <w:t>, CCl</w:t>
            </w:r>
            <w:r w:rsidRPr="00105603">
              <w:rPr>
                <w:vertAlign w:val="subscript"/>
              </w:rPr>
              <w:t>4</w:t>
            </w:r>
            <w:r w:rsidRPr="00105603">
              <w:t>, CO</w:t>
            </w:r>
            <w:r w:rsidRPr="00105603">
              <w:rPr>
                <w:vertAlign w:val="subscript"/>
              </w:rPr>
              <w:t>2</w:t>
            </w:r>
            <w:r w:rsidRPr="00105603">
              <w:t>, H</w:t>
            </w:r>
            <w:r w:rsidRPr="00105603">
              <w:rPr>
                <w:vertAlign w:val="subscript"/>
              </w:rPr>
              <w:t>2</w:t>
            </w:r>
            <w:r w:rsidRPr="00105603">
              <w:t>O și NH</w:t>
            </w:r>
            <w:r w:rsidRPr="00105603">
              <w:rPr>
                <w:vertAlign w:val="subscript"/>
              </w:rPr>
              <w:t>3</w:t>
            </w:r>
            <w:r>
              <w:t xml:space="preserve"> într-o activitate frontală;</w:t>
            </w:r>
          </w:p>
          <w:p w14:paraId="47D3A9EE" w14:textId="77777777" w:rsidR="00105603" w:rsidRPr="00105603" w:rsidRDefault="00105603" w:rsidP="00105603">
            <w:pPr>
              <w:spacing w:line="276" w:lineRule="auto"/>
              <w:ind w:left="113" w:hanging="113"/>
            </w:pPr>
            <w:r w:rsidRPr="00105603">
              <w:t>- analizarea rolului perechilor de electroni neparticipanți;</w:t>
            </w:r>
          </w:p>
          <w:p w14:paraId="1E2AFA89" w14:textId="77777777" w:rsidR="00105603" w:rsidRPr="00105603" w:rsidRDefault="00105603" w:rsidP="00105603">
            <w:pPr>
              <w:spacing w:line="276" w:lineRule="auto"/>
              <w:ind w:left="113" w:hanging="113"/>
              <w:rPr>
                <w:lang w:val="en-GB"/>
              </w:rPr>
            </w:pPr>
            <w:r w:rsidRPr="00105603">
              <w:rPr>
                <w:lang w:val="en-GB"/>
              </w:rPr>
              <w:t xml:space="preserve">- stabilirea formelor și unghiurilor aproximative: trigonal plană, tetraedrică, liniară, </w:t>
            </w:r>
          </w:p>
          <w:p w14:paraId="0FB74815" w14:textId="71DA22E6" w:rsidR="00105603" w:rsidRPr="00105603" w:rsidRDefault="00105603" w:rsidP="00105603">
            <w:pPr>
              <w:spacing w:line="276" w:lineRule="auto"/>
            </w:pPr>
            <w:r w:rsidRPr="00105603">
              <w:t>- construirea și compararea modelelor moleculare</w:t>
            </w:r>
            <w:r w:rsidRPr="00105603">
              <w:rPr>
                <w:sz w:val="14"/>
              </w:rPr>
              <w:t>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879B62F" w14:textId="77777777" w:rsidR="00105603" w:rsidRPr="00105603" w:rsidRDefault="00105603" w:rsidP="00105603">
            <w:pPr>
              <w:spacing w:line="276" w:lineRule="auto"/>
              <w:rPr>
                <w:rFonts w:cs="Arial"/>
              </w:rPr>
            </w:pPr>
            <w:r w:rsidRPr="00105603">
              <w:rPr>
                <w:sz w:val="14"/>
                <w:lang w:val="en-GB"/>
              </w:rPr>
              <w:t>.</w:t>
            </w:r>
            <w:r w:rsidRPr="00105603">
              <w:rPr>
                <w:rFonts w:cs="Arial"/>
              </w:rPr>
              <w:t>-activitate frontală</w:t>
            </w:r>
          </w:p>
          <w:p w14:paraId="504F00D1" w14:textId="77777777" w:rsidR="00105603" w:rsidRPr="00105603" w:rsidRDefault="00105603" w:rsidP="00105603">
            <w:pPr>
              <w:spacing w:line="276" w:lineRule="auto"/>
              <w:rPr>
                <w:rFonts w:cs="Arial"/>
              </w:rPr>
            </w:pPr>
            <w:r w:rsidRPr="00105603">
              <w:rPr>
                <w:rFonts w:cs="Arial"/>
              </w:rPr>
              <w:t>- activitate individuală</w:t>
            </w:r>
          </w:p>
          <w:p w14:paraId="01DF204E" w14:textId="77777777" w:rsidR="00105603" w:rsidRPr="00105603" w:rsidRDefault="00105603" w:rsidP="00105603">
            <w:pPr>
              <w:spacing w:line="276" w:lineRule="auto"/>
              <w:rPr>
                <w:rFonts w:cs="Arial"/>
              </w:rPr>
            </w:pPr>
            <w:r w:rsidRPr="00105603">
              <w:rPr>
                <w:rFonts w:cs="Arial"/>
              </w:rPr>
              <w:t>- conversaţie euristică</w:t>
            </w:r>
          </w:p>
          <w:p w14:paraId="67E703A9" w14:textId="77777777" w:rsidR="00105603" w:rsidRPr="00105603" w:rsidRDefault="00105603" w:rsidP="00105603">
            <w:pPr>
              <w:spacing w:line="276" w:lineRule="auto"/>
              <w:rPr>
                <w:rFonts w:cs="Arial"/>
              </w:rPr>
            </w:pPr>
            <w:r w:rsidRPr="00105603">
              <w:rPr>
                <w:rFonts w:cs="Arial"/>
              </w:rPr>
              <w:t>-m</w:t>
            </w:r>
            <w:r w:rsidRPr="00105603">
              <w:rPr>
                <w:rFonts w:cs="Arial"/>
                <w:iCs/>
                <w:lang w:eastAsia="ro-RO"/>
              </w:rPr>
              <w:t>anual școlar Chimie clasa a IX-a</w:t>
            </w:r>
          </w:p>
          <w:p w14:paraId="2484547F" w14:textId="77777777" w:rsidR="00105603" w:rsidRPr="00105603" w:rsidRDefault="00105603" w:rsidP="00105603">
            <w:pPr>
              <w:spacing w:line="276" w:lineRule="auto"/>
              <w:rPr>
                <w:rFonts w:cs="Arial"/>
              </w:rPr>
            </w:pPr>
            <w:r w:rsidRPr="00105603">
              <w:rPr>
                <w:rFonts w:cs="Arial"/>
              </w:rPr>
              <w:t>-</w:t>
            </w:r>
            <w:r w:rsidRPr="00105603">
              <w:rPr>
                <w:sz w:val="14"/>
              </w:rPr>
              <w:t xml:space="preserve"> </w:t>
            </w:r>
            <w:r w:rsidRPr="00105603">
              <w:t>modele digitale 3D</w:t>
            </w:r>
          </w:p>
          <w:p w14:paraId="0554F558" w14:textId="2BA7AF0E" w:rsidR="00105603" w:rsidRPr="00105603" w:rsidRDefault="00105603" w:rsidP="00105603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3AA5E69" w14:textId="77777777" w:rsidR="00105603" w:rsidRPr="00105603" w:rsidRDefault="00105603" w:rsidP="00105603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  <w:r w:rsidRPr="00105603">
              <w:rPr>
                <w:rFonts w:cs="Arial"/>
              </w:rPr>
              <w:t>Evaluarea curentă orală</w:t>
            </w:r>
          </w:p>
          <w:p w14:paraId="39F4A68E" w14:textId="77777777" w:rsidR="00105603" w:rsidRPr="00105603" w:rsidRDefault="00105603" w:rsidP="00105603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  <w:p w14:paraId="79A66934" w14:textId="77777777" w:rsidR="00105603" w:rsidRPr="00105603" w:rsidRDefault="00105603" w:rsidP="00105603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  <w:r w:rsidRPr="00105603">
              <w:rPr>
                <w:rFonts w:cs="Arial"/>
              </w:rPr>
              <w:t>Observarea sistematică a elevilor</w:t>
            </w:r>
          </w:p>
          <w:p w14:paraId="2754EEC9" w14:textId="77777777" w:rsidR="00105603" w:rsidRPr="00105603" w:rsidRDefault="00105603" w:rsidP="00105603">
            <w:pPr>
              <w:spacing w:line="276" w:lineRule="auto"/>
            </w:pPr>
          </w:p>
        </w:tc>
      </w:tr>
      <w:tr w:rsidR="007947FA" w14:paraId="6567FF25" w14:textId="77777777" w:rsidTr="00D47500">
        <w:trPr>
          <w:trHeight w:val="142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7DF56C3" w14:textId="30A33D6C" w:rsidR="007947FA" w:rsidRDefault="00D47500" w:rsidP="00E8589F">
            <w:pPr>
              <w:spacing w:line="276" w:lineRule="auto"/>
            </w:pPr>
            <w:r>
              <w:t>5.</w:t>
            </w:r>
            <w:r w:rsidR="00105603">
              <w:t>5</w:t>
            </w:r>
            <w:r>
              <w:t xml:space="preserve"> Electronegativitatea 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E10564C" w14:textId="77777777" w:rsidR="007947FA" w:rsidRDefault="00D47500" w:rsidP="00E8589F">
            <w:pPr>
              <w:spacing w:line="276" w:lineRule="auto"/>
              <w:jc w:val="center"/>
            </w:pPr>
            <w:r>
              <w:t>1.4, 2.4, 3.4,</w:t>
            </w:r>
          </w:p>
          <w:p w14:paraId="53CB8B2F" w14:textId="77777777" w:rsidR="007947FA" w:rsidRDefault="00D47500" w:rsidP="00E8589F">
            <w:pPr>
              <w:spacing w:line="276" w:lineRule="auto"/>
              <w:jc w:val="center"/>
            </w:pPr>
            <w:r>
              <w:t>4.4, 5.3, 5.4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956BA03" w14:textId="77777777" w:rsidR="007617C1" w:rsidRDefault="007617C1" w:rsidP="00E8589F">
            <w:pPr>
              <w:spacing w:line="276" w:lineRule="auto"/>
            </w:pPr>
            <w:r>
              <w:t>- ordonarea unor elemente chimice după valorile electronegativității, având în vedere configurațiile electronice ale atomilor respectivi, într-o fișă de lucru, individual;</w:t>
            </w:r>
          </w:p>
          <w:p w14:paraId="42A7615E" w14:textId="77777777" w:rsidR="007947FA" w:rsidRDefault="00D47500" w:rsidP="00E8589F">
            <w:pPr>
              <w:spacing w:line="276" w:lineRule="auto"/>
            </w:pPr>
            <w:r>
              <w:t>- definirea electronegativității și interpretarea variației sale în Tabelul periodic;</w:t>
            </w:r>
          </w:p>
          <w:p w14:paraId="3841B152" w14:textId="4B68537F" w:rsidR="007947FA" w:rsidRDefault="007947FA" w:rsidP="00E8589F">
            <w:pPr>
              <w:spacing w:line="276" w:lineRule="auto"/>
            </w:pP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B3C5847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65136C30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352A69D2" w14:textId="77777777" w:rsidR="007947FA" w:rsidRDefault="00D47500" w:rsidP="00E8589F">
            <w:pPr>
              <w:spacing w:line="276" w:lineRule="auto"/>
            </w:pPr>
            <w:r>
              <w:t>- tabel de electronegativități</w:t>
            </w:r>
          </w:p>
          <w:p w14:paraId="372A64D9" w14:textId="77777777" w:rsidR="007947FA" w:rsidRDefault="00D47500" w:rsidP="00E8589F">
            <w:pPr>
              <w:spacing w:line="276" w:lineRule="auto"/>
            </w:pPr>
            <w:r>
              <w:t>- modele moleculare și fișe de lucru</w:t>
            </w:r>
          </w:p>
          <w:p w14:paraId="706B9E37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6BA18576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E89E5D9" w14:textId="77777777" w:rsidR="007947FA" w:rsidRDefault="00D47500" w:rsidP="00E8589F">
            <w:pPr>
              <w:spacing w:line="276" w:lineRule="auto"/>
            </w:pPr>
            <w:r>
              <w:t>Evaluare curentă orală</w:t>
            </w:r>
          </w:p>
          <w:p w14:paraId="7B43718C" w14:textId="77777777" w:rsidR="007947FA" w:rsidRDefault="00D47500" w:rsidP="00E8589F">
            <w:pPr>
              <w:spacing w:line="276" w:lineRule="auto"/>
            </w:pPr>
            <w:r>
              <w:t>Evaluarea fișelor de lucru</w:t>
            </w:r>
          </w:p>
        </w:tc>
      </w:tr>
      <w:tr w:rsidR="00292A5E" w14:paraId="0629894C" w14:textId="77777777" w:rsidTr="00D47500">
        <w:trPr>
          <w:trHeight w:val="142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5A45AA9" w14:textId="19C69A46" w:rsidR="00292A5E" w:rsidRDefault="00292A5E" w:rsidP="00E8589F">
            <w:pPr>
              <w:spacing w:line="276" w:lineRule="auto"/>
            </w:pPr>
            <w:r>
              <w:t>5.</w:t>
            </w:r>
            <w:r w:rsidR="00105603">
              <w:t>6</w:t>
            </w:r>
            <w:r>
              <w:t xml:space="preserve"> Legătura covalentă nepolară. Legătura covalentă polară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4D20B31" w14:textId="77777777" w:rsidR="003E14C8" w:rsidRDefault="003E14C8" w:rsidP="00E8589F">
            <w:pPr>
              <w:spacing w:line="276" w:lineRule="auto"/>
              <w:jc w:val="center"/>
            </w:pPr>
            <w:r>
              <w:t>1.4, 2.4, 4.4,</w:t>
            </w:r>
          </w:p>
          <w:p w14:paraId="3D36FF9A" w14:textId="29042C85" w:rsidR="00292A5E" w:rsidRDefault="003E14C8" w:rsidP="00E8589F">
            <w:pPr>
              <w:spacing w:line="276" w:lineRule="auto"/>
              <w:jc w:val="center"/>
            </w:pPr>
            <w:r>
              <w:t>5.3, 5.4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BC451E3" w14:textId="77777777" w:rsidR="00B26BB8" w:rsidRDefault="00B26BB8" w:rsidP="00E8589F">
            <w:pPr>
              <w:spacing w:line="276" w:lineRule="auto"/>
            </w:pPr>
            <w:r>
              <w:t>- explicarea formării legăturii covalente nepolare în H</w:t>
            </w:r>
            <w:r>
              <w:rPr>
                <w:vertAlign w:val="subscript"/>
              </w:rPr>
              <w:t>2</w:t>
            </w:r>
            <w:r>
              <w:t>, Cl</w:t>
            </w:r>
            <w:r>
              <w:rPr>
                <w:vertAlign w:val="subscript"/>
              </w:rPr>
              <w:t>2</w:t>
            </w:r>
            <w:r>
              <w:t xml:space="preserve"> și N</w:t>
            </w:r>
            <w:r>
              <w:rPr>
                <w:vertAlign w:val="subscript"/>
              </w:rPr>
              <w:t>2</w:t>
            </w:r>
            <w:r>
              <w:t>;</w:t>
            </w:r>
          </w:p>
          <w:p w14:paraId="027E751F" w14:textId="77777777" w:rsidR="00105603" w:rsidRDefault="00105603" w:rsidP="00105603">
            <w:pPr>
              <w:spacing w:line="276" w:lineRule="auto"/>
            </w:pPr>
            <w:r>
              <w:t>- compararea electronegativităților atomilor participanți la legătură;</w:t>
            </w:r>
          </w:p>
          <w:p w14:paraId="01F89AAE" w14:textId="7C57FD95" w:rsidR="00292A5E" w:rsidRDefault="00105603" w:rsidP="00E8589F">
            <w:pPr>
              <w:spacing w:line="276" w:lineRule="auto"/>
            </w:pPr>
            <w:r>
              <w:lastRenderedPageBreak/>
              <w:t>- identificarea și reprezentarea legăturilor covalente polare în moleculele prevăzute în programă.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2B5AF31" w14:textId="77777777" w:rsidR="00767ED8" w:rsidRDefault="00767ED8" w:rsidP="00E8589F">
            <w:pPr>
              <w:spacing w:line="276" w:lineRule="auto"/>
            </w:pPr>
            <w:r>
              <w:lastRenderedPageBreak/>
              <w:t>- activitate frontală</w:t>
            </w:r>
          </w:p>
          <w:p w14:paraId="0F0EAF10" w14:textId="77777777" w:rsidR="00767ED8" w:rsidRDefault="00767ED8" w:rsidP="00E8589F">
            <w:pPr>
              <w:spacing w:line="276" w:lineRule="auto"/>
            </w:pPr>
            <w:r>
              <w:t>- activitate individuală</w:t>
            </w:r>
          </w:p>
          <w:p w14:paraId="415EBE80" w14:textId="77777777" w:rsidR="00767ED8" w:rsidRDefault="00767ED8" w:rsidP="00E8589F">
            <w:pPr>
              <w:spacing w:line="276" w:lineRule="auto"/>
            </w:pPr>
            <w:r>
              <w:t>- modele moleculare/3D și animații</w:t>
            </w:r>
          </w:p>
          <w:p w14:paraId="6ABEFC21" w14:textId="77777777" w:rsidR="00767ED8" w:rsidRDefault="00767ED8" w:rsidP="00E8589F">
            <w:pPr>
              <w:spacing w:line="276" w:lineRule="auto"/>
            </w:pPr>
            <w:r>
              <w:t>- fișe de lucru</w:t>
            </w:r>
          </w:p>
          <w:p w14:paraId="3BDB70B4" w14:textId="77777777" w:rsidR="00767ED8" w:rsidRDefault="00767ED8" w:rsidP="00E8589F">
            <w:pPr>
              <w:spacing w:line="276" w:lineRule="auto"/>
            </w:pPr>
            <w:r>
              <w:lastRenderedPageBreak/>
              <w:t>- manual școlar Chimie clasa a IX-a</w:t>
            </w:r>
          </w:p>
          <w:p w14:paraId="3952AF9F" w14:textId="6C7F86C0" w:rsidR="00292A5E" w:rsidRDefault="00767ED8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E0E5822" w14:textId="77777777" w:rsidR="00614AB7" w:rsidRDefault="00614AB7" w:rsidP="00614AB7">
            <w:pPr>
              <w:spacing w:line="276" w:lineRule="auto"/>
            </w:pPr>
            <w:r>
              <w:lastRenderedPageBreak/>
              <w:t>Observarea sistematică a elevilor</w:t>
            </w:r>
          </w:p>
          <w:p w14:paraId="6757F487" w14:textId="77777777" w:rsidR="00614AB7" w:rsidRDefault="00614AB7" w:rsidP="00614AB7">
            <w:pPr>
              <w:spacing w:line="276" w:lineRule="auto"/>
            </w:pPr>
          </w:p>
          <w:p w14:paraId="34283943" w14:textId="7AE765C1" w:rsidR="00292A5E" w:rsidRDefault="00614AB7" w:rsidP="00E8589F">
            <w:pPr>
              <w:spacing w:line="276" w:lineRule="auto"/>
            </w:pPr>
            <w:r>
              <w:lastRenderedPageBreak/>
              <w:t xml:space="preserve">Evaluare curentă orală </w:t>
            </w:r>
          </w:p>
        </w:tc>
      </w:tr>
      <w:tr w:rsidR="007947FA" w14:paraId="2C3B9251" w14:textId="77777777" w:rsidTr="00D47500">
        <w:trPr>
          <w:trHeight w:val="142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1B40EDF" w14:textId="2A706102" w:rsidR="007947FA" w:rsidRDefault="00D47500" w:rsidP="00E8589F">
            <w:pPr>
              <w:spacing w:line="276" w:lineRule="auto"/>
            </w:pPr>
            <w:r>
              <w:lastRenderedPageBreak/>
              <w:t>5.</w:t>
            </w:r>
            <w:r w:rsidR="00105603">
              <w:t>7</w:t>
            </w:r>
            <w:r>
              <w:t xml:space="preserve"> Molecule nepolare. Molecule polare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3AB7872" w14:textId="77777777" w:rsidR="007947FA" w:rsidRDefault="00D47500" w:rsidP="00E8589F">
            <w:pPr>
              <w:spacing w:line="276" w:lineRule="auto"/>
              <w:jc w:val="center"/>
            </w:pPr>
            <w:r>
              <w:t>1.4, 2.4, 4.4,</w:t>
            </w:r>
          </w:p>
          <w:p w14:paraId="74389BC8" w14:textId="77777777" w:rsidR="007947FA" w:rsidRDefault="00D47500" w:rsidP="00E8589F">
            <w:pPr>
              <w:spacing w:line="276" w:lineRule="auto"/>
              <w:jc w:val="center"/>
            </w:pPr>
            <w:r>
              <w:t>5.3, 5.4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A991918" w14:textId="77777777" w:rsidR="00F4383E" w:rsidRDefault="00F4383E" w:rsidP="00E8589F">
            <w:pPr>
              <w:spacing w:line="276" w:lineRule="auto"/>
            </w:pPr>
            <w:r>
              <w:t xml:space="preserve">- identificarea polarității moleculelor unor substanțe folosind valorile electronegativității atomilor componenţi, într-o activitate frontală; </w:t>
            </w:r>
          </w:p>
          <w:p w14:paraId="718E2781" w14:textId="778615E7" w:rsidR="00B26BB8" w:rsidRDefault="00B26BB8" w:rsidP="00E8589F">
            <w:pPr>
              <w:spacing w:line="276" w:lineRule="auto"/>
            </w:pPr>
            <w:r>
              <w:t>-</w:t>
            </w:r>
            <w:r w:rsidRPr="00B26BB8">
              <w:t xml:space="preserve"> compararea polarității unor molecule în funcție de diferența de electronegativitate dintre elementele componente, folosind un tabel cu valori ale electronegativităților elementelor, într-o fișă de lucru, individual;</w:t>
            </w:r>
          </w:p>
          <w:p w14:paraId="3ABD36DA" w14:textId="74D3560D" w:rsidR="007947FA" w:rsidRDefault="00D47500" w:rsidP="00E8589F">
            <w:pPr>
              <w:spacing w:line="276" w:lineRule="auto"/>
            </w:pPr>
            <w:r>
              <w:t>- diferențierea polarității legăturii de polaritatea moleculei;</w:t>
            </w:r>
          </w:p>
          <w:p w14:paraId="39675430" w14:textId="77777777" w:rsidR="00B26BB8" w:rsidRDefault="00B26BB8" w:rsidP="00E8589F">
            <w:pPr>
              <w:spacing w:line="276" w:lineRule="auto"/>
            </w:pPr>
            <w:r>
              <w:t>- analizarea simetriei și a rezultantei momentelor de dipol;</w:t>
            </w:r>
          </w:p>
          <w:p w14:paraId="79AC64DE" w14:textId="77777777" w:rsidR="007947FA" w:rsidRDefault="00D47500" w:rsidP="00E8589F">
            <w:pPr>
              <w:spacing w:line="276" w:lineRule="auto"/>
            </w:pPr>
            <w:r>
              <w:t>- rezolvarea unor situații-problemă.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5A6848B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4037B7EA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349769AB" w14:textId="77777777" w:rsidR="007947FA" w:rsidRDefault="00D47500" w:rsidP="00E8589F">
            <w:pPr>
              <w:spacing w:line="276" w:lineRule="auto"/>
            </w:pPr>
            <w:r>
              <w:t>- modele moleculare/3D și animații</w:t>
            </w:r>
          </w:p>
          <w:p w14:paraId="2FBDA0E9" w14:textId="77777777" w:rsidR="007947FA" w:rsidRDefault="00D47500" w:rsidP="00E8589F">
            <w:pPr>
              <w:spacing w:line="276" w:lineRule="auto"/>
            </w:pPr>
            <w:r>
              <w:t>- fișe de lucru</w:t>
            </w:r>
          </w:p>
          <w:p w14:paraId="18D2D1AE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6AC2BB2D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B93ABAD" w14:textId="77777777" w:rsidR="007947FA" w:rsidRDefault="00D47500" w:rsidP="00E8589F">
            <w:pPr>
              <w:spacing w:line="276" w:lineRule="auto"/>
            </w:pPr>
            <w:r>
              <w:t>Evaluarea justificărilor privind polaritatea</w:t>
            </w:r>
          </w:p>
          <w:p w14:paraId="7B2DEF20" w14:textId="77777777" w:rsidR="007947FA" w:rsidRDefault="00D47500" w:rsidP="00E8589F">
            <w:pPr>
              <w:spacing w:line="276" w:lineRule="auto"/>
            </w:pPr>
            <w:r>
              <w:t>Observarea sistematică</w:t>
            </w:r>
          </w:p>
        </w:tc>
      </w:tr>
      <w:tr w:rsidR="004D2AF4" w14:paraId="5DED517D" w14:textId="77777777" w:rsidTr="00757C3C">
        <w:trPr>
          <w:trHeight w:val="142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BD8BA97" w14:textId="6E1F5D78" w:rsidR="004D2AF4" w:rsidRDefault="004D2AF4" w:rsidP="00757C3C">
            <w:pPr>
              <w:spacing w:line="276" w:lineRule="auto"/>
            </w:pPr>
            <w:r w:rsidRPr="00292A5E">
              <w:rPr>
                <w:lang w:val="ro-RO"/>
              </w:rPr>
              <w:t>5.</w:t>
            </w:r>
            <w:r>
              <w:rPr>
                <w:lang w:val="ro-RO"/>
              </w:rPr>
              <w:t>8</w:t>
            </w:r>
            <w:r w:rsidRPr="00292A5E">
              <w:rPr>
                <w:lang w:val="ro-RO"/>
              </w:rPr>
              <w:t xml:space="preserve"> Legătura covalentă coordinativă</w:t>
            </w:r>
            <w:r w:rsidR="00906B57">
              <w:rPr>
                <w:lang w:val="ro-RO"/>
              </w:rPr>
              <w:t>. Combinații complexe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47B0F65" w14:textId="77777777" w:rsidR="004D2AF4" w:rsidRDefault="004D2AF4" w:rsidP="00757C3C">
            <w:pPr>
              <w:spacing w:line="276" w:lineRule="auto"/>
              <w:jc w:val="center"/>
            </w:pPr>
            <w:r>
              <w:t>1.4, 2.4, 3.4,</w:t>
            </w:r>
          </w:p>
          <w:p w14:paraId="000A55AF" w14:textId="77777777" w:rsidR="004D2AF4" w:rsidRDefault="004D2AF4" w:rsidP="00757C3C">
            <w:pPr>
              <w:spacing w:line="276" w:lineRule="auto"/>
              <w:jc w:val="center"/>
            </w:pPr>
            <w:r>
              <w:t>4.4, 5.3, 5.4, 6.3.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785D2B3" w14:textId="77777777" w:rsidR="004D2AF4" w:rsidRDefault="004D2AF4" w:rsidP="00757C3C">
            <w:pPr>
              <w:spacing w:line="276" w:lineRule="auto"/>
            </w:pPr>
            <w:r>
              <w:t>- explicarea formării legăturii coordinative prin participarea unei perechi de electroni de la un singur atom;</w:t>
            </w:r>
          </w:p>
          <w:p w14:paraId="53F0D260" w14:textId="77777777" w:rsidR="004D2AF4" w:rsidRDefault="004D2AF4" w:rsidP="00757C3C">
            <w:pPr>
              <w:spacing w:line="276" w:lineRule="auto"/>
            </w:pPr>
            <w:r>
              <w:t>- reprezentarea formării ionilor H₃O⁺ și NH₄⁺;</w:t>
            </w:r>
          </w:p>
          <w:p w14:paraId="58C3A0F0" w14:textId="77777777" w:rsidR="004D2AF4" w:rsidRDefault="004D2AF4" w:rsidP="00757C3C">
            <w:pPr>
              <w:spacing w:line="276" w:lineRule="auto"/>
            </w:pPr>
            <w:r>
              <w:t>- diferențierea legăturii coordinative după modul de formare;</w:t>
            </w:r>
          </w:p>
          <w:p w14:paraId="6401FEE3" w14:textId="2FC6666E" w:rsidR="004D2AF4" w:rsidRDefault="004D2AF4" w:rsidP="00757C3C">
            <w:pPr>
              <w:spacing w:line="276" w:lineRule="auto"/>
            </w:pPr>
            <w:r>
              <w:t xml:space="preserve">- </w:t>
            </w:r>
            <w:r w:rsidRPr="0033595E">
              <w:rPr>
                <w:lang w:val="ro-RO"/>
              </w:rPr>
              <w:t>obținerea</w:t>
            </w:r>
            <w:r>
              <w:rPr>
                <w:lang w:val="ro-RO"/>
              </w:rPr>
              <w:t xml:space="preserve"> pe cale experimentală</w:t>
            </w:r>
            <w:r w:rsidRPr="0033595E">
              <w:rPr>
                <w:lang w:val="ro-RO"/>
              </w:rPr>
              <w:t xml:space="preserve"> unor combinații complexe </w:t>
            </w:r>
            <w:r>
              <w:rPr>
                <w:lang w:val="ro-RO"/>
              </w:rPr>
              <w:t xml:space="preserve">într-o </w:t>
            </w:r>
            <w:r w:rsidRPr="0033595E">
              <w:rPr>
                <w:lang w:val="ro-RO"/>
              </w:rPr>
              <w:t>activitate practică de laborator</w:t>
            </w:r>
            <w:r>
              <w:rPr>
                <w:lang w:val="ro-RO"/>
              </w:rPr>
              <w:t xml:space="preserve"> realizată</w:t>
            </w:r>
            <w:r w:rsidRPr="0033595E">
              <w:rPr>
                <w:lang w:val="ro-RO"/>
              </w:rPr>
              <w:t xml:space="preserve"> în echipă</w:t>
            </w:r>
            <w:r>
              <w:rPr>
                <w:lang w:val="ro-RO"/>
              </w:rPr>
              <w:t>;</w:t>
            </w:r>
          </w:p>
          <w:p w14:paraId="3B9C334A" w14:textId="77777777" w:rsidR="004D2AF4" w:rsidRDefault="004D2AF4" w:rsidP="00757C3C">
            <w:pPr>
              <w:spacing w:line="276" w:lineRule="auto"/>
            </w:pPr>
            <w:r>
              <w:t>- identificarea ionului central și a liganzilor în reactivul Tollens, reactivul Schweizer și tetrahidroxozincatul de sodiu;</w:t>
            </w:r>
          </w:p>
          <w:p w14:paraId="72687C24" w14:textId="77777777" w:rsidR="004D2AF4" w:rsidRDefault="004D2AF4" w:rsidP="00757C3C">
            <w:pPr>
              <w:spacing w:line="276" w:lineRule="auto"/>
            </w:pPr>
            <w:r>
              <w:t>- interpretarea ecuațiilor de obținere și utilizarea regulilor de denumire;</w:t>
            </w:r>
          </w:p>
          <w:p w14:paraId="2D6F5E40" w14:textId="77777777" w:rsidR="004D2AF4" w:rsidRDefault="004D2AF4" w:rsidP="00757C3C">
            <w:pPr>
              <w:spacing w:line="276" w:lineRule="auto"/>
            </w:pPr>
            <w:r>
              <w:t>- respectarea regulilor de securitate și gestionare a reziduurilor.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47F89C1" w14:textId="77777777" w:rsidR="004D2AF4" w:rsidRDefault="004D2AF4" w:rsidP="00757C3C">
            <w:pPr>
              <w:spacing w:line="276" w:lineRule="auto"/>
            </w:pPr>
            <w:r>
              <w:t>- activitate frontală</w:t>
            </w:r>
          </w:p>
          <w:p w14:paraId="4BD4760C" w14:textId="77777777" w:rsidR="004D2AF4" w:rsidRDefault="004D2AF4" w:rsidP="00757C3C">
            <w:pPr>
              <w:spacing w:line="276" w:lineRule="auto"/>
            </w:pPr>
            <w:r>
              <w:t>- conversație euristică</w:t>
            </w:r>
          </w:p>
          <w:p w14:paraId="30C18865" w14:textId="77777777" w:rsidR="004D2AF4" w:rsidRDefault="004D2AF4" w:rsidP="00757C3C">
            <w:pPr>
              <w:spacing w:line="276" w:lineRule="auto"/>
            </w:pPr>
            <w:r>
              <w:t>- activitate practică de laborator în echipă</w:t>
            </w:r>
          </w:p>
          <w:p w14:paraId="0B9A62F6" w14:textId="77777777" w:rsidR="004D2AF4" w:rsidRDefault="004D2AF4" w:rsidP="00757C3C">
            <w:pPr>
              <w:spacing w:line="276" w:lineRule="auto"/>
            </w:pPr>
            <w:r>
              <w:t>- Substanțe și ustensile necesare: soluție de NaOH, soluție de NH</w:t>
            </w:r>
            <w:r w:rsidRPr="0033595E">
              <w:rPr>
                <w:vertAlign w:val="subscript"/>
              </w:rPr>
              <w:t>3</w:t>
            </w:r>
            <w:r>
              <w:t>, soluție de CuSO</w:t>
            </w:r>
            <w:r w:rsidRPr="0033595E">
              <w:rPr>
                <w:vertAlign w:val="subscript"/>
              </w:rPr>
              <w:t>4</w:t>
            </w:r>
            <w:r>
              <w:t>, soluție de AgNO</w:t>
            </w:r>
            <w:r w:rsidRPr="0033595E">
              <w:rPr>
                <w:vertAlign w:val="subscript"/>
              </w:rPr>
              <w:t>3</w:t>
            </w:r>
            <w:r>
              <w:t>, soluție de ZnCl</w:t>
            </w:r>
            <w:r w:rsidRPr="0033595E">
              <w:rPr>
                <w:vertAlign w:val="subscript"/>
              </w:rPr>
              <w:t>2</w:t>
            </w:r>
            <w:r>
              <w:t>;</w:t>
            </w:r>
          </w:p>
          <w:p w14:paraId="3CD329CB" w14:textId="77777777" w:rsidR="004D2AF4" w:rsidRDefault="004D2AF4" w:rsidP="00757C3C">
            <w:pPr>
              <w:spacing w:line="276" w:lineRule="auto"/>
            </w:pPr>
            <w:r>
              <w:t>eprubete, stativ pentru eprubete.</w:t>
            </w:r>
          </w:p>
          <w:p w14:paraId="0BF733F4" w14:textId="77777777" w:rsidR="004D2AF4" w:rsidRDefault="004D2AF4" w:rsidP="00757C3C">
            <w:pPr>
              <w:spacing w:line="276" w:lineRule="auto"/>
            </w:pPr>
            <w:r>
              <w:t>- fișă de lucru pentru activitatea exeperimentală</w:t>
            </w:r>
          </w:p>
          <w:p w14:paraId="2590DE00" w14:textId="77777777" w:rsidR="004D2AF4" w:rsidRDefault="004D2AF4" w:rsidP="00757C3C">
            <w:pPr>
              <w:spacing w:line="276" w:lineRule="auto"/>
            </w:pPr>
            <w:r>
              <w:t>- manual școlar Chimie clasa a IX-a</w:t>
            </w:r>
          </w:p>
          <w:p w14:paraId="41A16EFB" w14:textId="4972CD12" w:rsidR="004D2AF4" w:rsidRDefault="004D2AF4" w:rsidP="00757C3C">
            <w:pPr>
              <w:spacing w:line="276" w:lineRule="auto"/>
              <w:jc w:val="right"/>
            </w:pPr>
            <w:r>
              <w:t>2 ore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92B69E0" w14:textId="77777777" w:rsidR="004D2AF4" w:rsidRDefault="004D2AF4" w:rsidP="00757C3C">
            <w:pPr>
              <w:spacing w:line="276" w:lineRule="auto"/>
            </w:pPr>
            <w:r>
              <w:t>Observarea sistematică a elevilor</w:t>
            </w:r>
          </w:p>
          <w:p w14:paraId="41899649" w14:textId="77777777" w:rsidR="004D2AF4" w:rsidRDefault="004D2AF4" w:rsidP="00757C3C">
            <w:pPr>
              <w:spacing w:line="276" w:lineRule="auto"/>
            </w:pPr>
          </w:p>
          <w:p w14:paraId="5657352D" w14:textId="77777777" w:rsidR="004D2AF4" w:rsidRDefault="004D2AF4" w:rsidP="00757C3C">
            <w:pPr>
              <w:spacing w:line="276" w:lineRule="auto"/>
            </w:pPr>
            <w:r>
              <w:t xml:space="preserve">Evaluare curentă orală </w:t>
            </w:r>
          </w:p>
          <w:p w14:paraId="6A9FE433" w14:textId="77777777" w:rsidR="004D2AF4" w:rsidRDefault="004D2AF4" w:rsidP="00757C3C">
            <w:pPr>
              <w:spacing w:line="276" w:lineRule="auto"/>
            </w:pPr>
            <w:r>
              <w:t>Evaluarea fișei experimentale</w:t>
            </w:r>
          </w:p>
          <w:p w14:paraId="1302651A" w14:textId="77777777" w:rsidR="004D2AF4" w:rsidRDefault="004D2AF4" w:rsidP="00757C3C">
            <w:pPr>
              <w:spacing w:line="276" w:lineRule="auto"/>
            </w:pPr>
            <w:r>
              <w:t>Evaluarea respectării normelor de securitate</w:t>
            </w:r>
          </w:p>
        </w:tc>
      </w:tr>
      <w:tr w:rsidR="007947FA" w14:paraId="1BA894BC" w14:textId="77777777" w:rsidTr="00D47500">
        <w:trPr>
          <w:trHeight w:val="142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ACDBDC4" w14:textId="77777777" w:rsidR="007947FA" w:rsidRDefault="00D47500" w:rsidP="00E8589F">
            <w:pPr>
              <w:spacing w:line="276" w:lineRule="auto"/>
            </w:pPr>
            <w:r>
              <w:lastRenderedPageBreak/>
              <w:t>Recapitulare. Proiect – „Reacții de identificare bazate pe obținerea unor combinații complexe”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1F5CF88" w14:textId="77777777" w:rsidR="007947FA" w:rsidRDefault="00D47500" w:rsidP="00E8589F">
            <w:pPr>
              <w:spacing w:line="276" w:lineRule="auto"/>
              <w:jc w:val="center"/>
            </w:pPr>
            <w:r>
              <w:t>1.4, 2.4, 3.4,</w:t>
            </w:r>
          </w:p>
          <w:p w14:paraId="2E27919D" w14:textId="77777777" w:rsidR="007947FA" w:rsidRDefault="00D47500" w:rsidP="00E8589F">
            <w:pPr>
              <w:spacing w:line="276" w:lineRule="auto"/>
              <w:jc w:val="center"/>
            </w:pPr>
            <w:r>
              <w:t>4.4, 5.3, 5.4,</w:t>
            </w:r>
          </w:p>
          <w:p w14:paraId="3F09FB84" w14:textId="77777777" w:rsidR="007947FA" w:rsidRDefault="00D47500" w:rsidP="00E8589F">
            <w:pPr>
              <w:spacing w:line="276" w:lineRule="auto"/>
              <w:jc w:val="center"/>
            </w:pPr>
            <w:r>
              <w:t>6.3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D02DBBA" w14:textId="77777777" w:rsidR="007947FA" w:rsidRDefault="00D47500" w:rsidP="00E8589F">
            <w:pPr>
              <w:spacing w:line="276" w:lineRule="auto"/>
            </w:pPr>
            <w:r>
              <w:t>- exerciții de diferențiere a tipurilor de legături covalente și a polarității moleculelor;</w:t>
            </w:r>
          </w:p>
          <w:p w14:paraId="71B47A89" w14:textId="77777777" w:rsidR="007947FA" w:rsidRDefault="00D47500" w:rsidP="00E8589F">
            <w:pPr>
              <w:spacing w:line="276" w:lineRule="auto"/>
            </w:pPr>
            <w:r>
              <w:t>- explicarea proprietăților/comportării substanțelor în funcție de natura legăturii;</w:t>
            </w:r>
          </w:p>
          <w:p w14:paraId="0C31105B" w14:textId="69B4B052" w:rsidR="006567FB" w:rsidRDefault="006567FB" w:rsidP="00E8589F">
            <w:pPr>
              <w:spacing w:line="276" w:lineRule="auto"/>
            </w:pPr>
            <w:r>
              <w:t>-</w:t>
            </w:r>
            <w:r w:rsidRPr="00D7148A">
              <w:t xml:space="preserve"> aplicarea algoritmilor specifici pentru rezolvarea unor probleme de calcul stoechiometric folosind puritatea substanțelor, </w:t>
            </w:r>
            <w:r>
              <w:t>randamentul</w:t>
            </w:r>
            <w:r w:rsidRPr="00D7148A">
              <w:t>,</w:t>
            </w:r>
            <w:r w:rsidRPr="00543754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Pr="00543754">
              <w:rPr>
                <w:lang w:val="ro-RO"/>
              </w:rPr>
              <w:t>excesul unui reactant</w:t>
            </w:r>
            <w:r w:rsidRPr="00D7148A">
              <w:t xml:space="preserve"> într-o activitate frontală</w:t>
            </w:r>
            <w:r>
              <w:t>;</w:t>
            </w:r>
          </w:p>
          <w:p w14:paraId="33CDBF4C" w14:textId="3FD7E5F6" w:rsidR="007947FA" w:rsidRDefault="00D47500" w:rsidP="00E8589F">
            <w:pPr>
              <w:spacing w:line="276" w:lineRule="auto"/>
            </w:pPr>
            <w:r>
              <w:t xml:space="preserve">- realizarea proiectului sub formă de poster sau prezentare </w:t>
            </w:r>
            <w:r w:rsidR="006567FB">
              <w:t>digital</w:t>
            </w:r>
            <w:r w:rsidR="001C7D57">
              <w:t>ă</w:t>
            </w:r>
            <w:r w:rsidR="006567FB">
              <w:t>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730A53E" w14:textId="77777777" w:rsidR="007947FA" w:rsidRDefault="00D47500" w:rsidP="00E8589F">
            <w:pPr>
              <w:spacing w:line="276" w:lineRule="auto"/>
            </w:pPr>
            <w:r>
              <w:t>- activitate frontală și în echipă</w:t>
            </w:r>
          </w:p>
          <w:p w14:paraId="2040252D" w14:textId="77777777" w:rsidR="007947FA" w:rsidRDefault="00D47500" w:rsidP="00E8589F">
            <w:pPr>
              <w:spacing w:line="276" w:lineRule="auto"/>
            </w:pPr>
            <w:r>
              <w:t>- fișă de recapitulare</w:t>
            </w:r>
          </w:p>
          <w:p w14:paraId="57DEE751" w14:textId="5B39CE04" w:rsidR="007947FA" w:rsidRDefault="00D47500" w:rsidP="00E8589F">
            <w:pPr>
              <w:spacing w:line="276" w:lineRule="auto"/>
            </w:pPr>
            <w:r>
              <w:t xml:space="preserve">- </w:t>
            </w:r>
            <w:r w:rsidR="00280C4C">
              <w:t xml:space="preserve">resurse digitale </w:t>
            </w:r>
            <w:r>
              <w:t>și materiale pentru prezentare</w:t>
            </w:r>
          </w:p>
          <w:p w14:paraId="1D5D0291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14383CFC" w14:textId="11096638" w:rsidR="007947FA" w:rsidRDefault="00614AB7" w:rsidP="00E8589F">
            <w:pPr>
              <w:spacing w:line="276" w:lineRule="auto"/>
              <w:jc w:val="right"/>
            </w:pPr>
            <w:r>
              <w:t>2</w:t>
            </w:r>
            <w:r w:rsidR="00D47500">
              <w:t xml:space="preserve"> or</w:t>
            </w:r>
            <w:r>
              <w:t>e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C884DE3" w14:textId="77777777" w:rsidR="007947FA" w:rsidRDefault="00D47500" w:rsidP="00E8589F">
            <w:pPr>
              <w:spacing w:line="276" w:lineRule="auto"/>
            </w:pPr>
            <w:r>
              <w:t>Evaluarea fișelor de lucru</w:t>
            </w:r>
          </w:p>
          <w:p w14:paraId="2420DC1A" w14:textId="77777777" w:rsidR="007947FA" w:rsidRDefault="00D47500" w:rsidP="00E8589F">
            <w:pPr>
              <w:spacing w:line="276" w:lineRule="auto"/>
            </w:pPr>
            <w:r>
              <w:t>Evaluarea proiectului</w:t>
            </w:r>
          </w:p>
        </w:tc>
      </w:tr>
      <w:tr w:rsidR="007947FA" w14:paraId="771B9367" w14:textId="77777777" w:rsidTr="00D47500">
        <w:trPr>
          <w:trHeight w:val="142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D5EA81F" w14:textId="77777777" w:rsidR="007947FA" w:rsidRDefault="00D47500" w:rsidP="00E8589F">
            <w:pPr>
              <w:spacing w:line="276" w:lineRule="auto"/>
            </w:pPr>
            <w:r>
              <w:t>Evaluare sumativă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3646D1A" w14:textId="77777777" w:rsidR="007947FA" w:rsidRDefault="00D47500" w:rsidP="00E8589F">
            <w:pPr>
              <w:spacing w:line="276" w:lineRule="auto"/>
              <w:jc w:val="center"/>
            </w:pPr>
            <w:r>
              <w:t>1.4, 2.4, 3.4,</w:t>
            </w:r>
          </w:p>
          <w:p w14:paraId="5EBA4EFE" w14:textId="77777777" w:rsidR="007947FA" w:rsidRDefault="00D47500" w:rsidP="00E8589F">
            <w:pPr>
              <w:spacing w:line="276" w:lineRule="auto"/>
              <w:jc w:val="center"/>
            </w:pPr>
            <w:r>
              <w:t>4.4, 5.3, 5.4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C754A3B" w14:textId="77777777" w:rsidR="007947FA" w:rsidRDefault="00D47500" w:rsidP="00E8589F">
            <w:pPr>
              <w:spacing w:line="276" w:lineRule="auto"/>
            </w:pPr>
            <w:r>
              <w:t>- aplicarea testului sumativ;</w:t>
            </w:r>
          </w:p>
          <w:p w14:paraId="2AAD78C0" w14:textId="77777777" w:rsidR="007947FA" w:rsidRDefault="00D47500" w:rsidP="00E8589F">
            <w:pPr>
              <w:spacing w:line="276" w:lineRule="auto"/>
            </w:pPr>
            <w:r>
              <w:t>- prezentarea baremului de evaluare;</w:t>
            </w:r>
          </w:p>
          <w:p w14:paraId="5BFE23E2" w14:textId="77777777" w:rsidR="007947FA" w:rsidRDefault="00D47500" w:rsidP="00E8589F">
            <w:pPr>
              <w:spacing w:line="276" w:lineRule="auto"/>
            </w:pPr>
            <w:r>
              <w:t>- analiza rezultatelor.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FB36F8A" w14:textId="77777777" w:rsidR="007947FA" w:rsidRDefault="00D47500" w:rsidP="00E8589F">
            <w:pPr>
              <w:spacing w:line="276" w:lineRule="auto"/>
            </w:pPr>
            <w:r>
              <w:t>- test de evaluare sumativă</w:t>
            </w:r>
          </w:p>
          <w:p w14:paraId="61CAE430" w14:textId="77777777" w:rsidR="007947FA" w:rsidRDefault="00D47500" w:rsidP="00E8589F">
            <w:pPr>
              <w:spacing w:line="276" w:lineRule="auto"/>
            </w:pPr>
            <w:r>
              <w:t>- barem de evaluare și notare</w:t>
            </w:r>
          </w:p>
          <w:p w14:paraId="3FA0E439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A602FEF" w14:textId="77777777" w:rsidR="007947FA" w:rsidRDefault="00D47500" w:rsidP="00E8589F">
            <w:pPr>
              <w:spacing w:line="276" w:lineRule="auto"/>
            </w:pPr>
            <w:r>
              <w:t>Itemi care vizează cunoașterea, aplicarea și raționamentul</w:t>
            </w:r>
          </w:p>
        </w:tc>
      </w:tr>
    </w:tbl>
    <w:p w14:paraId="77F2BD5E" w14:textId="77777777" w:rsidR="007947FA" w:rsidRDefault="007947FA" w:rsidP="00E8589F">
      <w:pPr>
        <w:spacing w:line="276" w:lineRule="auto"/>
      </w:pPr>
    </w:p>
    <w:p w14:paraId="3657AF2B" w14:textId="77777777" w:rsidR="007947FA" w:rsidRDefault="00D47500" w:rsidP="00E8589F">
      <w:pPr>
        <w:spacing w:line="276" w:lineRule="auto"/>
        <w:rPr>
          <w:b/>
        </w:rPr>
      </w:pPr>
      <w:r>
        <w:rPr>
          <w:b/>
        </w:rPr>
        <w:t>Unitatea 6. Legături chimice. Legătura metalică</w:t>
      </w:r>
    </w:p>
    <w:p w14:paraId="33C11865" w14:textId="77777777" w:rsidR="00906B57" w:rsidRDefault="00906B57" w:rsidP="00E8589F">
      <w:pPr>
        <w:spacing w:line="276" w:lineRule="auto"/>
      </w:pPr>
    </w:p>
    <w:p w14:paraId="5CE7CD60" w14:textId="77777777" w:rsidR="007947FA" w:rsidRDefault="00D47500" w:rsidP="00E8589F">
      <w:pPr>
        <w:spacing w:line="276" w:lineRule="auto"/>
      </w:pPr>
      <w:r>
        <w:t>Nr. ore alocate: 4 ore</w:t>
      </w:r>
    </w:p>
    <w:p w14:paraId="340202D9" w14:textId="77777777" w:rsidR="00906B57" w:rsidRDefault="00906B57" w:rsidP="00E8589F">
      <w:pPr>
        <w:spacing w:line="276" w:lineRule="auto"/>
      </w:pPr>
    </w:p>
    <w:tbl>
      <w:tblPr>
        <w:tblStyle w:val="TableGrid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1723"/>
        <w:gridCol w:w="5404"/>
        <w:gridCol w:w="4385"/>
        <w:gridCol w:w="1958"/>
      </w:tblGrid>
      <w:tr w:rsidR="007947FA" w14:paraId="4A676683" w14:textId="77777777" w:rsidTr="00D47500">
        <w:trPr>
          <w:trHeight w:val="137"/>
          <w:tblHeader/>
          <w:jc w:val="center"/>
        </w:trPr>
        <w:tc>
          <w:tcPr>
            <w:tcW w:w="211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BEC407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Conținuturi</w:t>
            </w:r>
          </w:p>
          <w:p w14:paraId="08730674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detaliate</w:t>
            </w:r>
          </w:p>
        </w:tc>
        <w:tc>
          <w:tcPr>
            <w:tcW w:w="1723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CB55AD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Competențe</w:t>
            </w:r>
          </w:p>
          <w:p w14:paraId="76A296E6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specifice</w:t>
            </w:r>
          </w:p>
        </w:tc>
        <w:tc>
          <w:tcPr>
            <w:tcW w:w="5404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83F994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Activități de învățare</w:t>
            </w:r>
          </w:p>
        </w:tc>
        <w:tc>
          <w:tcPr>
            <w:tcW w:w="438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0A7EB4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Resurse</w:t>
            </w:r>
          </w:p>
        </w:tc>
        <w:tc>
          <w:tcPr>
            <w:tcW w:w="1958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AB945C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Evaluare</w:t>
            </w:r>
          </w:p>
        </w:tc>
      </w:tr>
      <w:tr w:rsidR="007947FA" w14:paraId="59FF4C6D" w14:textId="77777777" w:rsidTr="00D47500">
        <w:trPr>
          <w:trHeight w:val="137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BD4884D" w14:textId="77777777" w:rsidR="007947FA" w:rsidRDefault="00D47500" w:rsidP="00E8589F">
            <w:pPr>
              <w:spacing w:line="276" w:lineRule="auto"/>
            </w:pPr>
            <w:r>
              <w:t>6.1 Legătura metalică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37DF493" w14:textId="77777777" w:rsidR="007947FA" w:rsidRDefault="00D47500" w:rsidP="00E8589F">
            <w:pPr>
              <w:spacing w:line="276" w:lineRule="auto"/>
              <w:jc w:val="center"/>
            </w:pPr>
            <w:r>
              <w:t>1.4, 2.4, 4.4,</w:t>
            </w:r>
          </w:p>
          <w:p w14:paraId="321C75F5" w14:textId="77777777" w:rsidR="007947FA" w:rsidRDefault="00D47500" w:rsidP="00E8589F">
            <w:pPr>
              <w:spacing w:line="276" w:lineRule="auto"/>
              <w:jc w:val="center"/>
            </w:pPr>
            <w:r>
              <w:t>5.3, 5.4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8E60795" w14:textId="77777777" w:rsidR="007947FA" w:rsidRDefault="00D47500" w:rsidP="00E8589F">
            <w:pPr>
              <w:spacing w:line="276" w:lineRule="auto"/>
            </w:pPr>
            <w:r>
              <w:t>- explicarea legăturii metalice prin atracția dintre ionii pozitivi ai rețelei și electronii delocalizați;</w:t>
            </w:r>
          </w:p>
          <w:p w14:paraId="55F68257" w14:textId="77777777" w:rsidR="007947FA" w:rsidRDefault="00D47500" w:rsidP="00E8589F">
            <w:pPr>
              <w:spacing w:line="276" w:lineRule="auto"/>
            </w:pPr>
            <w:r>
              <w:t>- reprezentarea structurii metalice și formularea concluziilor în limbaj specific.</w:t>
            </w:r>
          </w:p>
          <w:p w14:paraId="7BBD8EDB" w14:textId="77777777" w:rsidR="00A136CD" w:rsidRDefault="00A136CD" w:rsidP="00E8589F">
            <w:pPr>
              <w:spacing w:line="276" w:lineRule="auto"/>
            </w:pP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21E5C73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51CD690A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5043867D" w14:textId="77777777" w:rsidR="007947FA" w:rsidRDefault="00D47500" w:rsidP="00E8589F">
            <w:pPr>
              <w:spacing w:line="276" w:lineRule="auto"/>
            </w:pPr>
            <w:r>
              <w:t>- conversație euristică</w:t>
            </w:r>
          </w:p>
          <w:p w14:paraId="7FE7712D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6CEDC1A8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82B430A" w14:textId="58EC7F02" w:rsidR="007947FA" w:rsidRDefault="0077321C" w:rsidP="00E8589F">
            <w:pPr>
              <w:spacing w:line="276" w:lineRule="auto"/>
            </w:pPr>
            <w:r>
              <w:t xml:space="preserve">Observarea sistematică a elevilor </w:t>
            </w:r>
            <w:r w:rsidR="00D47500">
              <w:t>Evaluare curentă orală</w:t>
            </w:r>
          </w:p>
          <w:p w14:paraId="2EB7BDF6" w14:textId="55ED1BD8" w:rsidR="007947FA" w:rsidRDefault="007947FA" w:rsidP="00E8589F">
            <w:pPr>
              <w:spacing w:line="276" w:lineRule="auto"/>
            </w:pPr>
          </w:p>
        </w:tc>
      </w:tr>
      <w:tr w:rsidR="007947FA" w14:paraId="479A14C6" w14:textId="77777777" w:rsidTr="00D47500">
        <w:trPr>
          <w:trHeight w:val="137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223C512" w14:textId="77777777" w:rsidR="007947FA" w:rsidRDefault="00D47500" w:rsidP="00E8589F">
            <w:pPr>
              <w:spacing w:line="276" w:lineRule="auto"/>
            </w:pPr>
            <w:r>
              <w:t>6.2 Proprietățile fizice ale metalelor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14C045B" w14:textId="77777777" w:rsidR="007947FA" w:rsidRDefault="00D47500" w:rsidP="00E8589F">
            <w:pPr>
              <w:spacing w:line="276" w:lineRule="auto"/>
              <w:jc w:val="center"/>
            </w:pPr>
            <w:r>
              <w:t>1.4, 2.4, 4.4,</w:t>
            </w:r>
          </w:p>
          <w:p w14:paraId="7C4FCF1A" w14:textId="77777777" w:rsidR="007947FA" w:rsidRDefault="00D47500" w:rsidP="00E8589F">
            <w:pPr>
              <w:spacing w:line="276" w:lineRule="auto"/>
              <w:jc w:val="center"/>
            </w:pPr>
            <w:r>
              <w:t>5.3, 5.4, 6.2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7EF12B5" w14:textId="77777777" w:rsidR="00F24AFF" w:rsidRDefault="00F24AFF" w:rsidP="00E8589F">
            <w:pPr>
              <w:spacing w:line="276" w:lineRule="auto"/>
            </w:pPr>
            <w:r w:rsidRPr="00F24AFF">
              <w:t>- explicarea proprietăților fizice ale metalelor pe baza structurii interne a acestora, individual;</w:t>
            </w:r>
          </w:p>
          <w:p w14:paraId="50DA340D" w14:textId="010E5B29" w:rsidR="00A136CD" w:rsidRDefault="00A136CD" w:rsidP="00E8589F">
            <w:pPr>
              <w:spacing w:line="276" w:lineRule="auto"/>
            </w:pPr>
            <w:r>
              <w:t>- justificarea influenței delocalizării electronilor asupra proprietăților fizice ale metalelor, într-o activitate frontală;</w:t>
            </w:r>
          </w:p>
          <w:p w14:paraId="68FFF2D8" w14:textId="77777777" w:rsidR="007947FA" w:rsidRDefault="00D47500" w:rsidP="00E8589F">
            <w:pPr>
              <w:spacing w:line="276" w:lineRule="auto"/>
            </w:pPr>
            <w:r>
              <w:lastRenderedPageBreak/>
              <w:t>- prelucrarea informațiilor furnizate de tabele/grafice;</w:t>
            </w:r>
          </w:p>
          <w:p w14:paraId="3E143484" w14:textId="77777777" w:rsidR="007947FA" w:rsidRDefault="00D47500" w:rsidP="00E8589F">
            <w:pPr>
              <w:spacing w:line="276" w:lineRule="auto"/>
            </w:pPr>
            <w:r>
              <w:t>- comunicarea informațiilor referitoare la utilizarea și reciclarea metalelor și aliajelor.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82F82F2" w14:textId="77777777" w:rsidR="007947FA" w:rsidRDefault="00D47500" w:rsidP="00E8589F">
            <w:pPr>
              <w:spacing w:line="276" w:lineRule="auto"/>
            </w:pPr>
            <w:r>
              <w:lastRenderedPageBreak/>
              <w:t>- activitate frontală</w:t>
            </w:r>
          </w:p>
          <w:p w14:paraId="41BF5355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63ECC06A" w14:textId="77777777" w:rsidR="007947FA" w:rsidRDefault="00D47500" w:rsidP="00E8589F">
            <w:pPr>
              <w:spacing w:line="276" w:lineRule="auto"/>
            </w:pPr>
            <w:r>
              <w:t>- activitate în echipă</w:t>
            </w:r>
          </w:p>
          <w:p w14:paraId="0C9E88DD" w14:textId="77777777" w:rsidR="007947FA" w:rsidRDefault="00D47500" w:rsidP="00E8589F">
            <w:pPr>
              <w:spacing w:line="276" w:lineRule="auto"/>
            </w:pPr>
            <w:r>
              <w:t>- probe metalice, circuit electric, tabele și materiale video</w:t>
            </w:r>
          </w:p>
          <w:p w14:paraId="38F53E68" w14:textId="77777777" w:rsidR="007947FA" w:rsidRDefault="00D47500" w:rsidP="00E8589F">
            <w:pPr>
              <w:spacing w:line="276" w:lineRule="auto"/>
            </w:pPr>
            <w:r>
              <w:lastRenderedPageBreak/>
              <w:t>- manual școlar Chimie clasa a IX-a</w:t>
            </w:r>
          </w:p>
          <w:p w14:paraId="3367F77F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68E8334" w14:textId="77777777" w:rsidR="007947FA" w:rsidRDefault="00D47500" w:rsidP="00E8589F">
            <w:pPr>
              <w:spacing w:line="276" w:lineRule="auto"/>
            </w:pPr>
            <w:r>
              <w:lastRenderedPageBreak/>
              <w:t>Evaluarea fișei comparative</w:t>
            </w:r>
          </w:p>
          <w:p w14:paraId="144C20FC" w14:textId="77777777" w:rsidR="007947FA" w:rsidRDefault="00D47500" w:rsidP="00E8589F">
            <w:pPr>
              <w:spacing w:line="276" w:lineRule="auto"/>
            </w:pPr>
            <w:r>
              <w:t>Observarea activității practice</w:t>
            </w:r>
          </w:p>
        </w:tc>
      </w:tr>
      <w:tr w:rsidR="007947FA" w14:paraId="47D0E9C4" w14:textId="77777777" w:rsidTr="00D47500">
        <w:trPr>
          <w:trHeight w:val="137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D1BD6BA" w14:textId="77777777" w:rsidR="007947FA" w:rsidRDefault="00D47500" w:rsidP="00E8589F">
            <w:pPr>
              <w:spacing w:line="276" w:lineRule="auto"/>
            </w:pPr>
            <w:r>
              <w:t>Recapitulare. Proiect – „Metalele în industrie și în viața de zi cu zi”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009A5DE" w14:textId="77777777" w:rsidR="007947FA" w:rsidRDefault="00D47500" w:rsidP="00E8589F">
            <w:pPr>
              <w:spacing w:line="276" w:lineRule="auto"/>
              <w:jc w:val="center"/>
            </w:pPr>
            <w:r>
              <w:t>1.4, 2.4, 4.4,</w:t>
            </w:r>
          </w:p>
          <w:p w14:paraId="7D2CF8B5" w14:textId="77777777" w:rsidR="007947FA" w:rsidRDefault="00D47500" w:rsidP="00E8589F">
            <w:pPr>
              <w:spacing w:line="276" w:lineRule="auto"/>
              <w:jc w:val="center"/>
            </w:pPr>
            <w:r>
              <w:t>5.3, 5.4, 6.2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14E2766" w14:textId="77777777" w:rsidR="007947FA" w:rsidRDefault="00D47500" w:rsidP="00E8589F">
            <w:pPr>
              <w:spacing w:line="276" w:lineRule="auto"/>
            </w:pPr>
            <w:r>
              <w:t>- exerciții de corelare a structurii metalice cu proprietățile fizice ale metalelor;</w:t>
            </w:r>
          </w:p>
          <w:p w14:paraId="6E4A4067" w14:textId="77777777" w:rsidR="007947FA" w:rsidRDefault="00D47500" w:rsidP="00E8589F">
            <w:pPr>
              <w:spacing w:line="276" w:lineRule="auto"/>
            </w:pPr>
            <w:r>
              <w:t>- rezolvarea unor situații-problemă privind utilizările metalelor;</w:t>
            </w:r>
          </w:p>
          <w:p w14:paraId="3195B325" w14:textId="77777777" w:rsidR="007947FA" w:rsidRDefault="00D47500" w:rsidP="00E8589F">
            <w:pPr>
              <w:spacing w:line="276" w:lineRule="auto"/>
            </w:pPr>
            <w:r>
              <w:t>- realizarea unei prezentări despre un metal/aliaj și utilizările sale.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7065281" w14:textId="77777777" w:rsidR="007947FA" w:rsidRDefault="00D47500" w:rsidP="00E8589F">
            <w:pPr>
              <w:spacing w:line="276" w:lineRule="auto"/>
            </w:pPr>
            <w:r>
              <w:t>- activitate frontală și în echipă</w:t>
            </w:r>
          </w:p>
          <w:p w14:paraId="28980451" w14:textId="77777777" w:rsidR="007947FA" w:rsidRDefault="00D47500" w:rsidP="00E8589F">
            <w:pPr>
              <w:spacing w:line="276" w:lineRule="auto"/>
            </w:pPr>
            <w:r>
              <w:t>- fișă de lucru</w:t>
            </w:r>
          </w:p>
          <w:p w14:paraId="6AEA6F04" w14:textId="6FD89925" w:rsidR="007947FA" w:rsidRDefault="00D47500" w:rsidP="00E8589F">
            <w:pPr>
              <w:spacing w:line="276" w:lineRule="auto"/>
            </w:pPr>
            <w:r>
              <w:t xml:space="preserve">- </w:t>
            </w:r>
            <w:r w:rsidR="00280C4C">
              <w:t xml:space="preserve">resurse digitale </w:t>
            </w:r>
            <w:r>
              <w:t>și materiale pentru poster/prezentare</w:t>
            </w:r>
          </w:p>
          <w:p w14:paraId="3EB1D341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4702468B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D592BD9" w14:textId="77777777" w:rsidR="007947FA" w:rsidRDefault="00D47500" w:rsidP="00E8589F">
            <w:pPr>
              <w:spacing w:line="276" w:lineRule="auto"/>
            </w:pPr>
            <w:r>
              <w:t>Evaluarea fișelor de lucru</w:t>
            </w:r>
          </w:p>
          <w:p w14:paraId="20F3E625" w14:textId="77777777" w:rsidR="007947FA" w:rsidRDefault="00D47500" w:rsidP="00E8589F">
            <w:pPr>
              <w:spacing w:line="276" w:lineRule="auto"/>
            </w:pPr>
            <w:r>
              <w:t>Evaluarea proiectului</w:t>
            </w:r>
          </w:p>
        </w:tc>
      </w:tr>
      <w:tr w:rsidR="007947FA" w14:paraId="208B4397" w14:textId="77777777" w:rsidTr="00D47500">
        <w:trPr>
          <w:trHeight w:val="137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4A4D341" w14:textId="77777777" w:rsidR="007947FA" w:rsidRDefault="00D47500" w:rsidP="00E8589F">
            <w:pPr>
              <w:spacing w:line="276" w:lineRule="auto"/>
            </w:pPr>
            <w:r>
              <w:t>Evaluare sumativă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249304B" w14:textId="77777777" w:rsidR="007947FA" w:rsidRDefault="00D47500" w:rsidP="00E8589F">
            <w:pPr>
              <w:spacing w:line="276" w:lineRule="auto"/>
              <w:jc w:val="center"/>
            </w:pPr>
            <w:r>
              <w:t>1.4, 2.4, 4.4,</w:t>
            </w:r>
          </w:p>
          <w:p w14:paraId="3CCE7241" w14:textId="77777777" w:rsidR="007947FA" w:rsidRDefault="00D47500" w:rsidP="00E8589F">
            <w:pPr>
              <w:spacing w:line="276" w:lineRule="auto"/>
              <w:jc w:val="center"/>
            </w:pPr>
            <w:r>
              <w:t>5.3, 5.4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7020C9E" w14:textId="77777777" w:rsidR="007947FA" w:rsidRDefault="00D47500" w:rsidP="00E8589F">
            <w:pPr>
              <w:spacing w:line="276" w:lineRule="auto"/>
            </w:pPr>
            <w:r>
              <w:t>- aplicarea testului sumativ;</w:t>
            </w:r>
          </w:p>
          <w:p w14:paraId="04AADD8C" w14:textId="77777777" w:rsidR="007947FA" w:rsidRDefault="00D47500" w:rsidP="00E8589F">
            <w:pPr>
              <w:spacing w:line="276" w:lineRule="auto"/>
            </w:pPr>
            <w:r>
              <w:t>- prezentarea baremului de evaluare și notare.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A01F6AA" w14:textId="77777777" w:rsidR="007947FA" w:rsidRDefault="00D47500" w:rsidP="00E8589F">
            <w:pPr>
              <w:spacing w:line="276" w:lineRule="auto"/>
            </w:pPr>
            <w:r>
              <w:t>- test de evaluare sumativă</w:t>
            </w:r>
          </w:p>
          <w:p w14:paraId="28609114" w14:textId="77777777" w:rsidR="007947FA" w:rsidRDefault="00D47500" w:rsidP="00E8589F">
            <w:pPr>
              <w:spacing w:line="276" w:lineRule="auto"/>
            </w:pPr>
            <w:r>
              <w:t>- barem de evaluare și notare</w:t>
            </w:r>
          </w:p>
          <w:p w14:paraId="1BAA8462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428B13B" w14:textId="18821C38" w:rsidR="00904331" w:rsidRPr="00A03B07" w:rsidRDefault="00904331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>Itemii propu</w:t>
            </w:r>
            <w:r w:rsidR="00E3630E">
              <w:rPr>
                <w:rFonts w:cs="Arial"/>
                <w:lang w:eastAsia="ro-RO"/>
              </w:rPr>
              <w:t>ș</w:t>
            </w:r>
            <w:r w:rsidRPr="00A03B07">
              <w:rPr>
                <w:rFonts w:cs="Arial"/>
                <w:lang w:eastAsia="ro-RO"/>
              </w:rPr>
              <w:t xml:space="preserve">i vizează  domeniile cognitive ale  gândirii critice: </w:t>
            </w:r>
          </w:p>
          <w:p w14:paraId="58241ABF" w14:textId="77777777" w:rsidR="00904331" w:rsidRPr="00A03B07" w:rsidRDefault="00904331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cunoaştere </w:t>
            </w:r>
          </w:p>
          <w:p w14:paraId="7C22E407" w14:textId="77777777" w:rsidR="00904331" w:rsidRPr="00A03B07" w:rsidRDefault="00904331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aplicare </w:t>
            </w:r>
          </w:p>
          <w:p w14:paraId="77A56E74" w14:textId="6192EE28" w:rsidR="007947FA" w:rsidRDefault="00904331" w:rsidP="00E8589F">
            <w:pPr>
              <w:spacing w:line="276" w:lineRule="auto"/>
            </w:pPr>
            <w:r w:rsidRPr="00A03B07">
              <w:rPr>
                <w:rFonts w:cs="Arial"/>
                <w:lang w:eastAsia="ro-RO"/>
              </w:rPr>
              <w:t>• raţionament</w:t>
            </w:r>
          </w:p>
        </w:tc>
      </w:tr>
    </w:tbl>
    <w:p w14:paraId="19ACBD9E" w14:textId="77777777" w:rsidR="007947FA" w:rsidRDefault="007947FA" w:rsidP="00E8589F">
      <w:pPr>
        <w:spacing w:line="276" w:lineRule="auto"/>
      </w:pPr>
    </w:p>
    <w:p w14:paraId="213E750F" w14:textId="77777777" w:rsidR="00E8589F" w:rsidRDefault="00E8589F" w:rsidP="00E8589F">
      <w:pPr>
        <w:spacing w:line="276" w:lineRule="auto"/>
      </w:pPr>
    </w:p>
    <w:p w14:paraId="12F30E00" w14:textId="77777777" w:rsidR="007947FA" w:rsidRDefault="00D47500" w:rsidP="00E8589F">
      <w:pPr>
        <w:spacing w:line="276" w:lineRule="auto"/>
      </w:pPr>
      <w:r>
        <w:rPr>
          <w:b/>
        </w:rPr>
        <w:t>Unitatea 7. Interacțiuni intermoleculare</w:t>
      </w:r>
    </w:p>
    <w:p w14:paraId="116CC0F0" w14:textId="488BAD7D" w:rsidR="007947FA" w:rsidRDefault="00D47500" w:rsidP="00E8589F">
      <w:pPr>
        <w:spacing w:line="276" w:lineRule="auto"/>
      </w:pPr>
      <w:r>
        <w:t xml:space="preserve">Nr. ore alocate: </w:t>
      </w:r>
      <w:r w:rsidR="00E3630E">
        <w:t>7</w:t>
      </w:r>
      <w:r>
        <w:t xml:space="preserve"> ore</w:t>
      </w:r>
    </w:p>
    <w:tbl>
      <w:tblPr>
        <w:tblStyle w:val="TableGrid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1723"/>
        <w:gridCol w:w="5404"/>
        <w:gridCol w:w="4385"/>
        <w:gridCol w:w="1958"/>
      </w:tblGrid>
      <w:tr w:rsidR="007947FA" w14:paraId="360E1424" w14:textId="77777777" w:rsidTr="00D47500">
        <w:trPr>
          <w:trHeight w:val="506"/>
          <w:tblHeader/>
          <w:jc w:val="center"/>
        </w:trPr>
        <w:tc>
          <w:tcPr>
            <w:tcW w:w="211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326DBD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Conținuturi</w:t>
            </w:r>
          </w:p>
          <w:p w14:paraId="6DA8A820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detaliate</w:t>
            </w:r>
          </w:p>
        </w:tc>
        <w:tc>
          <w:tcPr>
            <w:tcW w:w="1723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46C3DD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Competențe</w:t>
            </w:r>
          </w:p>
          <w:p w14:paraId="07D4F963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specifice</w:t>
            </w:r>
          </w:p>
        </w:tc>
        <w:tc>
          <w:tcPr>
            <w:tcW w:w="5404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70076F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Activități de învățare</w:t>
            </w:r>
          </w:p>
        </w:tc>
        <w:tc>
          <w:tcPr>
            <w:tcW w:w="438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D9F734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Resurse</w:t>
            </w:r>
          </w:p>
        </w:tc>
        <w:tc>
          <w:tcPr>
            <w:tcW w:w="1958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ED637A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Evaluare</w:t>
            </w:r>
          </w:p>
        </w:tc>
      </w:tr>
      <w:tr w:rsidR="007947FA" w14:paraId="45FF3063" w14:textId="77777777" w:rsidTr="00F4383E">
        <w:trPr>
          <w:trHeight w:val="479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527743B" w14:textId="77777777" w:rsidR="007947FA" w:rsidRDefault="00D47500" w:rsidP="00E8589F">
            <w:pPr>
              <w:spacing w:line="276" w:lineRule="auto"/>
            </w:pPr>
            <w:r>
              <w:t>7.1 Legătura de hidrogen. Legătura dipol-dipol. Forțe London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5A2DC64" w14:textId="77777777" w:rsidR="007947FA" w:rsidRDefault="00D47500" w:rsidP="00E8589F">
            <w:pPr>
              <w:spacing w:line="276" w:lineRule="auto"/>
              <w:jc w:val="center"/>
            </w:pPr>
            <w:r>
              <w:t>1.4, 2.4, 4.4,</w:t>
            </w:r>
          </w:p>
          <w:p w14:paraId="33EDC3D1" w14:textId="77777777" w:rsidR="007947FA" w:rsidRDefault="00D47500" w:rsidP="00E8589F">
            <w:pPr>
              <w:spacing w:line="276" w:lineRule="auto"/>
              <w:jc w:val="center"/>
            </w:pPr>
            <w:r>
              <w:t>5.3, 5.4, 6.4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5B04DCD" w14:textId="77777777" w:rsidR="007617C1" w:rsidRDefault="007617C1" w:rsidP="00E8589F">
            <w:pPr>
              <w:spacing w:line="276" w:lineRule="auto"/>
            </w:pPr>
            <w:r>
              <w:t>– identificarea interacțiunilor intermoleculare în funcție de tipul moleculei (polară/ nepolară), în exerciții dintr-o fișă de lucru, individual;</w:t>
            </w:r>
          </w:p>
          <w:p w14:paraId="27A56241" w14:textId="77777777" w:rsidR="007617C1" w:rsidRDefault="007617C1" w:rsidP="00E8589F">
            <w:pPr>
              <w:spacing w:line="276" w:lineRule="auto"/>
            </w:pPr>
            <w:r>
              <w:t>- recunoaşterea substanţelor între moleculele cărora se stabilesc legături de hidrogen/ legături dipol-dipol/ forțe London dintr-un șir de formule chimice, într-o activitate frontală;</w:t>
            </w:r>
          </w:p>
          <w:p w14:paraId="7123A3F2" w14:textId="6554E17E" w:rsidR="007617C1" w:rsidRDefault="007617C1" w:rsidP="00E8589F">
            <w:pPr>
              <w:spacing w:line="276" w:lineRule="auto"/>
            </w:pPr>
            <w:r>
              <w:lastRenderedPageBreak/>
              <w:t>- identificarea legăturilor de hidrogen care se stabilesc între moleculele unor substanțe cu acțiune biologică, individual, pe baza unor formule de structură ale acestora/ simulări/ videoclipuri educaționale;</w:t>
            </w:r>
          </w:p>
          <w:p w14:paraId="437DFA73" w14:textId="2EF110F0" w:rsidR="007947FA" w:rsidRDefault="00D47500" w:rsidP="00E8589F">
            <w:pPr>
              <w:spacing w:line="276" w:lineRule="auto"/>
            </w:pPr>
            <w:r>
              <w:t>- identificarea tipurilor de interacțiuni intermoleculare pe baza polarității și structurii moleculelor;</w:t>
            </w:r>
          </w:p>
          <w:p w14:paraId="52FDD93B" w14:textId="4614BADA" w:rsidR="007947FA" w:rsidRDefault="00D47500" w:rsidP="00E8589F">
            <w:pPr>
              <w:spacing w:line="276" w:lineRule="auto"/>
            </w:pPr>
            <w:r>
              <w:t>- reprezentarea legăturilor de hidrogen în</w:t>
            </w:r>
            <w:r w:rsidR="007617C1">
              <w:t>tre moleculele de</w:t>
            </w:r>
            <w:r>
              <w:t xml:space="preserve"> apă, amoniac și</w:t>
            </w:r>
            <w:r w:rsidR="007617C1">
              <w:t>, respectiv</w:t>
            </w:r>
            <w:r>
              <w:t xml:space="preserve"> metanol;</w:t>
            </w:r>
          </w:p>
          <w:p w14:paraId="6F8382E6" w14:textId="77777777" w:rsidR="007947FA" w:rsidRDefault="00D47500" w:rsidP="00E8589F">
            <w:pPr>
              <w:spacing w:line="276" w:lineRule="auto"/>
            </w:pPr>
            <w:r>
              <w:t>- compararea interacțiunilor dipol-dipol, legăturilor de hidrogen și forțelor London.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341A2EC" w14:textId="77777777" w:rsidR="007947FA" w:rsidRDefault="00D47500" w:rsidP="00E8589F">
            <w:pPr>
              <w:spacing w:line="276" w:lineRule="auto"/>
            </w:pPr>
            <w:r>
              <w:lastRenderedPageBreak/>
              <w:t>- activitate frontală</w:t>
            </w:r>
          </w:p>
          <w:p w14:paraId="28140AD5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23F051B7" w14:textId="77777777" w:rsidR="007947FA" w:rsidRDefault="00D47500" w:rsidP="00E8589F">
            <w:pPr>
              <w:spacing w:line="276" w:lineRule="auto"/>
            </w:pPr>
            <w:r>
              <w:t>- activitate în echipă</w:t>
            </w:r>
          </w:p>
          <w:p w14:paraId="557BA622" w14:textId="77777777" w:rsidR="007947FA" w:rsidRDefault="00D47500" w:rsidP="00E8589F">
            <w:pPr>
              <w:spacing w:line="276" w:lineRule="auto"/>
            </w:pPr>
            <w:r>
              <w:t>- modele moleculare, animații și fișe</w:t>
            </w:r>
          </w:p>
          <w:p w14:paraId="03A1393A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5B1D1580" w14:textId="268DFB2F" w:rsidR="007947FA" w:rsidRDefault="00E3630E" w:rsidP="00E8589F">
            <w:pPr>
              <w:spacing w:line="276" w:lineRule="auto"/>
              <w:jc w:val="right"/>
            </w:pPr>
            <w:r>
              <w:t>2</w:t>
            </w:r>
            <w:r w:rsidR="00D47500">
              <w:t xml:space="preserve"> or</w:t>
            </w:r>
            <w:r>
              <w:t>e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3FFFC7E" w14:textId="4F97BD3B" w:rsidR="0077321C" w:rsidRDefault="0077321C" w:rsidP="0077321C">
            <w:pPr>
              <w:spacing w:line="276" w:lineRule="auto"/>
            </w:pPr>
            <w:r>
              <w:t>Observarea sistematică a elevilor</w:t>
            </w:r>
          </w:p>
          <w:p w14:paraId="324F9C94" w14:textId="77777777" w:rsidR="0077321C" w:rsidRDefault="0077321C" w:rsidP="0077321C">
            <w:pPr>
              <w:spacing w:line="276" w:lineRule="auto"/>
            </w:pPr>
          </w:p>
          <w:p w14:paraId="12C5E5E6" w14:textId="77777777" w:rsidR="0077321C" w:rsidRDefault="0077321C" w:rsidP="0077321C">
            <w:pPr>
              <w:spacing w:line="276" w:lineRule="auto"/>
            </w:pPr>
          </w:p>
          <w:p w14:paraId="05CEA885" w14:textId="6CBB221A" w:rsidR="0077321C" w:rsidRDefault="00D47500" w:rsidP="0077321C">
            <w:pPr>
              <w:spacing w:line="276" w:lineRule="auto"/>
            </w:pPr>
            <w:r>
              <w:t>Evaluare</w:t>
            </w:r>
            <w:r w:rsidR="0077321C">
              <w:t xml:space="preserve"> curentă</w:t>
            </w:r>
          </w:p>
          <w:p w14:paraId="6423A1B3" w14:textId="206444F3" w:rsidR="007947FA" w:rsidRDefault="00D47500" w:rsidP="00E8589F">
            <w:pPr>
              <w:spacing w:line="276" w:lineRule="auto"/>
            </w:pPr>
            <w:r>
              <w:t>orală</w:t>
            </w:r>
          </w:p>
        </w:tc>
      </w:tr>
      <w:tr w:rsidR="00723C1A" w14:paraId="46D1BF83" w14:textId="77777777" w:rsidTr="0077321C">
        <w:trPr>
          <w:trHeight w:val="268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FE5910A" w14:textId="77777777" w:rsidR="00723C1A" w:rsidRDefault="00723C1A" w:rsidP="00723C1A">
            <w:pPr>
              <w:spacing w:line="276" w:lineRule="auto"/>
            </w:pPr>
            <w:r>
              <w:t>7.2 Influența interacțiunilor intermoleculare asupra proprietăților fizice</w:t>
            </w:r>
          </w:p>
          <w:p w14:paraId="69F01011" w14:textId="750CE264" w:rsidR="00723C1A" w:rsidRDefault="00723C1A" w:rsidP="00723C1A">
            <w:pPr>
              <w:spacing w:line="276" w:lineRule="auto"/>
            </w:pP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5C7BE94" w14:textId="732F8720" w:rsidR="00723C1A" w:rsidRDefault="00723C1A" w:rsidP="00723C1A">
            <w:pPr>
              <w:spacing w:line="276" w:lineRule="auto"/>
              <w:jc w:val="center"/>
            </w:pPr>
            <w:r>
              <w:t>1.4, 2.4, 4.4, 5.3, 5.4, 6.4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3155F0C" w14:textId="77777777" w:rsidR="00723C1A" w:rsidRDefault="00723C1A" w:rsidP="00723C1A">
            <w:pPr>
              <w:spacing w:line="276" w:lineRule="auto"/>
            </w:pPr>
            <w:r>
              <w:t xml:space="preserve">- efectuarea unor experimente pentru evidențierea </w:t>
            </w:r>
            <w:r>
              <w:rPr>
                <w:lang w:val="ro-RO"/>
              </w:rPr>
              <w:t>i</w:t>
            </w:r>
            <w:r w:rsidRPr="00BA32E2">
              <w:rPr>
                <w:lang w:val="ro-RO"/>
              </w:rPr>
              <w:t>nfluenț</w:t>
            </w:r>
            <w:r>
              <w:rPr>
                <w:lang w:val="ro-RO"/>
              </w:rPr>
              <w:t>ei</w:t>
            </w:r>
            <w:r w:rsidRPr="00BA32E2">
              <w:rPr>
                <w:lang w:val="ro-RO"/>
              </w:rPr>
              <w:t xml:space="preserve"> interacțiunilor intermoleculare asupra proprietăților fizice ale</w:t>
            </w:r>
            <w:r>
              <w:rPr>
                <w:lang w:val="ro-RO"/>
              </w:rPr>
              <w:t xml:space="preserve"> </w:t>
            </w:r>
            <w:r w:rsidRPr="00BA32E2">
              <w:rPr>
                <w:lang w:val="ro-RO"/>
              </w:rPr>
              <w:t>substanțelor</w:t>
            </w:r>
            <w:r>
              <w:rPr>
                <w:lang w:val="ro-RO"/>
              </w:rPr>
              <w:t>;</w:t>
            </w:r>
          </w:p>
          <w:p w14:paraId="15EC3E1B" w14:textId="77777777" w:rsidR="00723C1A" w:rsidRDefault="00723C1A" w:rsidP="00723C1A">
            <w:pPr>
              <w:spacing w:line="276" w:lineRule="auto"/>
            </w:pPr>
            <w:r>
              <w:t>- corelarea proprietăților fizice cu tipul legăturilor chimice/ interacțiunilor intermoleculare (de exemplu pentru: apă, metan, clorură de sodiu, dioxid de carbon, amoniac, iod), într-o discuție ghidată;</w:t>
            </w:r>
          </w:p>
          <w:p w14:paraId="23175745" w14:textId="77777777" w:rsidR="00723C1A" w:rsidRPr="00F23B26" w:rsidRDefault="00723C1A" w:rsidP="00723C1A">
            <w:pPr>
              <w:spacing w:line="276" w:lineRule="auto"/>
              <w:rPr>
                <w:rFonts w:cs="Arial"/>
              </w:rPr>
            </w:pPr>
            <w:r>
              <w:t xml:space="preserve">- corelarea intensității interacțiunilor intermoleculare cu </w:t>
            </w:r>
            <w:r w:rsidRPr="00F23B26">
              <w:rPr>
                <w:rFonts w:cs="Arial"/>
              </w:rPr>
              <w:t>temperaturile de topire/fierbere și solubilitatea;</w:t>
            </w:r>
          </w:p>
          <w:p w14:paraId="517BB427" w14:textId="77777777" w:rsidR="00723C1A" w:rsidRPr="00F23B26" w:rsidRDefault="00723C1A" w:rsidP="00723C1A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23B26">
              <w:rPr>
                <w:rFonts w:ascii="Arial" w:hAnsi="Arial" w:cs="Arial"/>
                <w:sz w:val="22"/>
                <w:szCs w:val="22"/>
              </w:rPr>
              <w:t xml:space="preserve">- utilizarea limbajului specific pentru explicarea efectului interacțiunilor intermoleculare asupra temperaturii de fierbere a unor substanțe, într-o activitate frontală; </w:t>
            </w:r>
          </w:p>
          <w:p w14:paraId="11BB1DF4" w14:textId="77777777" w:rsidR="00723C1A" w:rsidRPr="00F23B26" w:rsidRDefault="00723C1A" w:rsidP="00723C1A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23B26">
              <w:rPr>
                <w:rFonts w:ascii="Arial" w:hAnsi="Arial" w:cs="Arial"/>
                <w:sz w:val="22"/>
                <w:szCs w:val="22"/>
              </w:rPr>
              <w:t xml:space="preserve">- explicarea diferențelor între temperaturile de fierbere ale hidrogenului, clorului și acidului clorhidric folosind argumente legate de interacțiunile intermoleculare și limbajul specific, individual; </w:t>
            </w:r>
          </w:p>
          <w:p w14:paraId="5025CC5D" w14:textId="276AAC92" w:rsidR="00723C1A" w:rsidRDefault="00723C1A" w:rsidP="00723C1A">
            <w:pPr>
              <w:spacing w:line="276" w:lineRule="auto"/>
            </w:pPr>
            <w:r w:rsidRPr="00F23B26">
              <w:t xml:space="preserve">- identificarea substanței cu temperatura de fierbere cea mai ridicată dintr-un șir de compuși chimici, având în vedere tipul de legătură chimică/ interacțiune intermoleculară, utilizând limbajul specific, într-o activitate </w:t>
            </w:r>
            <w:r w:rsidR="0077321C">
              <w:t>frontal</w:t>
            </w:r>
            <w:r w:rsidR="00B231AB">
              <w:t>ă</w:t>
            </w:r>
            <w:r w:rsidR="0077321C">
              <w:t>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6703DB7" w14:textId="24CF0B57" w:rsidR="00723C1A" w:rsidRDefault="00723C1A" w:rsidP="00723C1A">
            <w:pPr>
              <w:spacing w:line="276" w:lineRule="auto"/>
            </w:pPr>
            <w:r>
              <w:t>- activitate frontală și individual</w:t>
            </w:r>
            <w:r w:rsidR="0077321C">
              <w:t>ă</w:t>
            </w:r>
          </w:p>
          <w:p w14:paraId="7AFC7130" w14:textId="77777777" w:rsidR="00723C1A" w:rsidRDefault="00723C1A" w:rsidP="00723C1A">
            <w:pPr>
              <w:spacing w:line="276" w:lineRule="auto"/>
            </w:pPr>
            <w:r w:rsidRPr="00BA32E2">
              <w:t xml:space="preserve">- </w:t>
            </w:r>
            <w:r w:rsidRPr="00BA32E2">
              <w:rPr>
                <w:lang w:val="ro-RO"/>
              </w:rPr>
              <w:t>substanțe și materiale:</w:t>
            </w:r>
            <w:r w:rsidRPr="00BA32E2">
              <w:rPr>
                <w:b/>
                <w:bCs/>
                <w:lang w:val="ro-RO"/>
              </w:rPr>
              <w:t xml:space="preserve"> </w:t>
            </w:r>
            <w:r w:rsidRPr="00BA32E2">
              <w:rPr>
                <w:lang w:val="ro-RO"/>
              </w:rPr>
              <w:t>ceară, parafină, zahăr; capsule, spatule, sursă de căldură, trepied, sită ceramică, chibrit.</w:t>
            </w:r>
          </w:p>
          <w:p w14:paraId="418F4B3A" w14:textId="77777777" w:rsidR="00723C1A" w:rsidRDefault="00723C1A" w:rsidP="00723C1A">
            <w:pPr>
              <w:spacing w:line="276" w:lineRule="auto"/>
            </w:pPr>
            <w:r>
              <w:t>- tabele de date, fișe și simulări</w:t>
            </w:r>
          </w:p>
          <w:p w14:paraId="3145D599" w14:textId="77777777" w:rsidR="00723C1A" w:rsidRDefault="00723C1A" w:rsidP="00723C1A">
            <w:pPr>
              <w:spacing w:line="276" w:lineRule="auto"/>
            </w:pPr>
            <w:r>
              <w:t>- manual școlar Chimie clasa a IX-a</w:t>
            </w:r>
          </w:p>
          <w:p w14:paraId="274C7081" w14:textId="5F202D24" w:rsidR="00723C1A" w:rsidRDefault="00723C1A" w:rsidP="00723C1A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B386E7C" w14:textId="77777777" w:rsidR="0077321C" w:rsidRDefault="0077321C" w:rsidP="0077321C">
            <w:pPr>
              <w:spacing w:line="276" w:lineRule="auto"/>
            </w:pPr>
            <w:r>
              <w:t>Observarea sistematică a elevilor</w:t>
            </w:r>
          </w:p>
          <w:p w14:paraId="7EF367F4" w14:textId="77777777" w:rsidR="0077321C" w:rsidRDefault="0077321C" w:rsidP="0077321C">
            <w:pPr>
              <w:spacing w:line="276" w:lineRule="auto"/>
            </w:pPr>
          </w:p>
          <w:p w14:paraId="5AE804D5" w14:textId="77777777" w:rsidR="0077321C" w:rsidRDefault="0077321C" w:rsidP="0077321C">
            <w:pPr>
              <w:spacing w:line="276" w:lineRule="auto"/>
            </w:pPr>
          </w:p>
          <w:p w14:paraId="120E4FB3" w14:textId="77777777" w:rsidR="0077321C" w:rsidRDefault="0077321C" w:rsidP="0077321C">
            <w:pPr>
              <w:spacing w:line="276" w:lineRule="auto"/>
            </w:pPr>
            <w:r>
              <w:t>Evaluare curentă</w:t>
            </w:r>
          </w:p>
          <w:p w14:paraId="11500B64" w14:textId="4A144438" w:rsidR="00723C1A" w:rsidRDefault="0077321C" w:rsidP="0077321C">
            <w:pPr>
              <w:spacing w:line="276" w:lineRule="auto"/>
            </w:pPr>
            <w:r>
              <w:t>orală</w:t>
            </w:r>
          </w:p>
        </w:tc>
      </w:tr>
      <w:tr w:rsidR="0077321C" w14:paraId="12872257" w14:textId="77777777" w:rsidTr="00B02E75">
        <w:trPr>
          <w:trHeight w:val="1253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F7E5A45" w14:textId="0A560DEB" w:rsidR="0077321C" w:rsidRDefault="0077321C" w:rsidP="0077321C">
            <w:pPr>
              <w:spacing w:line="276" w:lineRule="auto"/>
            </w:pPr>
            <w:r>
              <w:lastRenderedPageBreak/>
              <w:t>7.3 Proprietățile fizice ale apei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D59D246" w14:textId="4621D248" w:rsidR="0077321C" w:rsidRDefault="0077321C" w:rsidP="0077321C">
            <w:pPr>
              <w:spacing w:line="276" w:lineRule="auto"/>
              <w:jc w:val="center"/>
            </w:pPr>
            <w:r>
              <w:t>1.4, 2.4, 4.4, 5.3, 5.4, 6.4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6DD9F99" w14:textId="433C0E4B" w:rsidR="0077321C" w:rsidRDefault="0077321C" w:rsidP="0077321C">
            <w:pPr>
              <w:spacing w:line="276" w:lineRule="auto"/>
            </w:pPr>
            <w:r>
              <w:t xml:space="preserve">- efectuarea unor experimente pentru evidențierea </w:t>
            </w:r>
            <w:r w:rsidRPr="00BA32E2">
              <w:rPr>
                <w:lang w:val="ro-RO"/>
              </w:rPr>
              <w:t>proprietăților fizice ale</w:t>
            </w:r>
            <w:r>
              <w:rPr>
                <w:lang w:val="ro-RO"/>
              </w:rPr>
              <w:t xml:space="preserve"> apei;</w:t>
            </w:r>
          </w:p>
          <w:p w14:paraId="79916D57" w14:textId="77777777" w:rsidR="0077321C" w:rsidRPr="00F23B26" w:rsidRDefault="0077321C" w:rsidP="0077321C">
            <w:pPr>
              <w:spacing w:line="276" w:lineRule="auto"/>
            </w:pPr>
            <w:r w:rsidRPr="00F23B26">
              <w:t>- explicarea proprietăților fizice ale apei pe baza legăturilor de hidrogen;</w:t>
            </w:r>
          </w:p>
          <w:p w14:paraId="5B1C9F36" w14:textId="77777777" w:rsidR="0077321C" w:rsidRDefault="0077321C" w:rsidP="0077321C">
            <w:pPr>
              <w:spacing w:line="276" w:lineRule="auto"/>
            </w:pPr>
            <w:r>
              <w:t>- analizarea structurii gheții și justificarea densității mai mici decât a apei lichide;</w:t>
            </w:r>
          </w:p>
          <w:p w14:paraId="7414B727" w14:textId="77777777" w:rsidR="0077321C" w:rsidRDefault="0077321C" w:rsidP="0077321C">
            <w:pPr>
              <w:spacing w:line="276" w:lineRule="auto"/>
            </w:pPr>
            <w:r>
              <w:t>- efectuarea unor activități simple privind tensiunea superficială/solubilitatea;</w:t>
            </w:r>
          </w:p>
          <w:p w14:paraId="19E48CAB" w14:textId="59C33985" w:rsidR="0077321C" w:rsidRDefault="0077321C" w:rsidP="0077321C">
            <w:pPr>
              <w:spacing w:line="276" w:lineRule="auto"/>
            </w:pPr>
            <w:r>
              <w:t>- argumentarea rolului proprietăților apei pentru viață și climă.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AA7158A" w14:textId="77777777" w:rsidR="0077321C" w:rsidRDefault="0077321C" w:rsidP="0077321C">
            <w:pPr>
              <w:spacing w:line="276" w:lineRule="auto"/>
            </w:pPr>
            <w:r>
              <w:t>- activitate frontală și individuală</w:t>
            </w:r>
          </w:p>
          <w:p w14:paraId="2FEF63BC" w14:textId="799D6B1B" w:rsidR="0077321C" w:rsidRPr="0077321C" w:rsidRDefault="0077321C" w:rsidP="0077321C">
            <w:pPr>
              <w:spacing w:line="276" w:lineRule="auto"/>
              <w:rPr>
                <w:lang w:val="ro-RO"/>
              </w:rPr>
            </w:pPr>
            <w:r w:rsidRPr="00BA32E2">
              <w:t xml:space="preserve">- </w:t>
            </w:r>
            <w:r w:rsidRPr="00BA32E2">
              <w:rPr>
                <w:lang w:val="ro-RO"/>
              </w:rPr>
              <w:t>substanțe și materiale:</w:t>
            </w:r>
            <w:r w:rsidRPr="00BA32E2">
              <w:rPr>
                <w:b/>
                <w:bCs/>
                <w:lang w:val="ro-RO"/>
              </w:rPr>
              <w:t xml:space="preserve"> </w:t>
            </w:r>
            <w:r w:rsidRPr="0077321C">
              <w:rPr>
                <w:lang w:val="ro-RO"/>
              </w:rPr>
              <w:t>apă, cuburi de gheață, ac, bucățică de hartie, detergent, sare, zahăr, ulei; pahare Berzelius,</w:t>
            </w:r>
          </w:p>
          <w:p w14:paraId="66F206E1" w14:textId="0DD1FA4B" w:rsidR="0077321C" w:rsidRDefault="0077321C" w:rsidP="0077321C">
            <w:pPr>
              <w:spacing w:line="276" w:lineRule="auto"/>
            </w:pPr>
            <w:r w:rsidRPr="0077321C">
              <w:rPr>
                <w:lang w:val="ro-RO"/>
              </w:rPr>
              <w:t>cristalizor, baghete de sticlă, termometru, spatule, trepied, sită ceramică, sursă de căldură.</w:t>
            </w:r>
          </w:p>
          <w:p w14:paraId="6DFEC4F8" w14:textId="1A0C82B8" w:rsidR="0077321C" w:rsidRDefault="0077321C" w:rsidP="0077321C">
            <w:pPr>
              <w:spacing w:line="276" w:lineRule="auto"/>
            </w:pPr>
            <w:r>
              <w:t>- fișe de lucru</w:t>
            </w:r>
          </w:p>
          <w:p w14:paraId="61D75920" w14:textId="77777777" w:rsidR="0077321C" w:rsidRDefault="0077321C" w:rsidP="0077321C">
            <w:pPr>
              <w:spacing w:line="276" w:lineRule="auto"/>
            </w:pPr>
            <w:r>
              <w:t>- manual școlar Chimie clasa a IX-a</w:t>
            </w:r>
          </w:p>
          <w:p w14:paraId="6FF5294D" w14:textId="1D83045B" w:rsidR="0077321C" w:rsidRDefault="0077321C" w:rsidP="0077321C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64AE7D5" w14:textId="77777777" w:rsidR="0077321C" w:rsidRDefault="0077321C" w:rsidP="0077321C">
            <w:pPr>
              <w:spacing w:line="276" w:lineRule="auto"/>
            </w:pPr>
            <w:r>
              <w:t>Observarea sistematică a elevilor</w:t>
            </w:r>
          </w:p>
          <w:p w14:paraId="42ACA8E0" w14:textId="77777777" w:rsidR="0077321C" w:rsidRDefault="0077321C" w:rsidP="0077321C">
            <w:pPr>
              <w:spacing w:line="276" w:lineRule="auto"/>
            </w:pPr>
          </w:p>
          <w:p w14:paraId="74D772B0" w14:textId="77777777" w:rsidR="0077321C" w:rsidRDefault="0077321C" w:rsidP="0077321C">
            <w:pPr>
              <w:spacing w:line="276" w:lineRule="auto"/>
            </w:pPr>
          </w:p>
          <w:p w14:paraId="0857B790" w14:textId="77777777" w:rsidR="0077321C" w:rsidRDefault="0077321C" w:rsidP="0077321C">
            <w:pPr>
              <w:spacing w:line="276" w:lineRule="auto"/>
            </w:pPr>
            <w:r>
              <w:t>Evaluare curentă</w:t>
            </w:r>
          </w:p>
          <w:p w14:paraId="2B3E5D1E" w14:textId="2829B8E6" w:rsidR="0077321C" w:rsidRDefault="0077321C" w:rsidP="0077321C">
            <w:pPr>
              <w:spacing w:line="276" w:lineRule="auto"/>
            </w:pPr>
            <w:r>
              <w:t>orală</w:t>
            </w:r>
          </w:p>
        </w:tc>
      </w:tr>
      <w:tr w:rsidR="007947FA" w14:paraId="65712C77" w14:textId="77777777" w:rsidTr="00B02E75">
        <w:trPr>
          <w:trHeight w:val="1741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26C20D5" w14:textId="76431F15" w:rsidR="007947FA" w:rsidRDefault="00D47500" w:rsidP="00E8589F">
            <w:pPr>
              <w:spacing w:line="276" w:lineRule="auto"/>
            </w:pPr>
            <w:r>
              <w:t xml:space="preserve">Recapitulare. Proiect – „Transpirația – mecanism natural de reglare a temperaturii corpului”. 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9345243" w14:textId="77777777" w:rsidR="007947FA" w:rsidRDefault="00D47500" w:rsidP="00E8589F">
            <w:pPr>
              <w:spacing w:line="276" w:lineRule="auto"/>
              <w:jc w:val="center"/>
            </w:pPr>
            <w:r>
              <w:t>1.4, 2.4, 4.4,</w:t>
            </w:r>
          </w:p>
          <w:p w14:paraId="5744A7BC" w14:textId="77777777" w:rsidR="007947FA" w:rsidRDefault="00D47500" w:rsidP="00E8589F">
            <w:pPr>
              <w:spacing w:line="276" w:lineRule="auto"/>
              <w:jc w:val="center"/>
            </w:pPr>
            <w:r>
              <w:t>5.3, 5.4, 6.4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FE3B780" w14:textId="77777777" w:rsidR="007947FA" w:rsidRDefault="00D47500" w:rsidP="00E8589F">
            <w:pPr>
              <w:spacing w:line="276" w:lineRule="auto"/>
            </w:pPr>
            <w:r>
              <w:t>- exerciții de identificare și diferențiere a interacțiunilor intermoleculare;</w:t>
            </w:r>
          </w:p>
          <w:p w14:paraId="5E03B264" w14:textId="77777777" w:rsidR="007947FA" w:rsidRDefault="00D47500" w:rsidP="00E8589F">
            <w:pPr>
              <w:spacing w:line="276" w:lineRule="auto"/>
            </w:pPr>
            <w:r>
              <w:t>- explicarea proprietăților fizice ale substanțelor în funcție de interacțiuni;</w:t>
            </w:r>
          </w:p>
          <w:p w14:paraId="4EDFA123" w14:textId="77777777" w:rsidR="007947FA" w:rsidRDefault="00D47500" w:rsidP="00E8589F">
            <w:pPr>
              <w:spacing w:line="276" w:lineRule="auto"/>
            </w:pPr>
            <w:r>
              <w:t>- realizarea proiectului și prezentarea rezultatelor;</w:t>
            </w:r>
          </w:p>
          <w:p w14:paraId="74358A63" w14:textId="77777777" w:rsidR="007947FA" w:rsidRDefault="00D47500" w:rsidP="00E8589F">
            <w:pPr>
              <w:spacing w:line="276" w:lineRule="auto"/>
            </w:pPr>
            <w:r>
              <w:t>- aplicarea unei evaluări sumative scurte.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50AED87" w14:textId="77777777" w:rsidR="007947FA" w:rsidRDefault="00D47500" w:rsidP="00E8589F">
            <w:pPr>
              <w:spacing w:line="276" w:lineRule="auto"/>
            </w:pPr>
            <w:r>
              <w:t>- activitate frontală și în echipă</w:t>
            </w:r>
          </w:p>
          <w:p w14:paraId="4F472DBB" w14:textId="77777777" w:rsidR="007947FA" w:rsidRDefault="00D47500" w:rsidP="00E8589F">
            <w:pPr>
              <w:spacing w:line="276" w:lineRule="auto"/>
            </w:pPr>
            <w:r>
              <w:t>- fișă de recapitulare</w:t>
            </w:r>
          </w:p>
          <w:p w14:paraId="78B24907" w14:textId="0CB39E6F" w:rsidR="007947FA" w:rsidRDefault="00D47500" w:rsidP="00E8589F">
            <w:pPr>
              <w:spacing w:line="276" w:lineRule="auto"/>
            </w:pPr>
            <w:r>
              <w:t xml:space="preserve">- </w:t>
            </w:r>
            <w:r w:rsidR="00280C4C">
              <w:t xml:space="preserve">resurse digitale </w:t>
            </w:r>
            <w:r>
              <w:t>și materiale pentru prezentare</w:t>
            </w:r>
          </w:p>
          <w:p w14:paraId="6AA89989" w14:textId="77777777" w:rsidR="007947FA" w:rsidRDefault="00D47500" w:rsidP="00E8589F">
            <w:pPr>
              <w:spacing w:line="276" w:lineRule="auto"/>
            </w:pPr>
            <w:r>
              <w:t>- test și barem</w:t>
            </w:r>
          </w:p>
          <w:p w14:paraId="611710AF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4CE7E356" w14:textId="00BF076F" w:rsidR="007947FA" w:rsidRDefault="00E3630E" w:rsidP="00E8589F">
            <w:pPr>
              <w:spacing w:line="276" w:lineRule="auto"/>
              <w:jc w:val="right"/>
            </w:pPr>
            <w:r>
              <w:t>2</w:t>
            </w:r>
            <w:r w:rsidR="00D47500">
              <w:t xml:space="preserve"> or</w:t>
            </w:r>
            <w:r>
              <w:t>e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7094B4E" w14:textId="77777777" w:rsidR="007947FA" w:rsidRDefault="00D47500" w:rsidP="00E8589F">
            <w:pPr>
              <w:spacing w:line="276" w:lineRule="auto"/>
            </w:pPr>
            <w:r>
              <w:t>Evaluarea proiectului</w:t>
            </w:r>
          </w:p>
          <w:p w14:paraId="3A9AF336" w14:textId="77777777" w:rsidR="007947FA" w:rsidRDefault="00D47500" w:rsidP="00E8589F">
            <w:pPr>
              <w:spacing w:line="276" w:lineRule="auto"/>
            </w:pPr>
            <w:r>
              <w:t>Evaluare sumativă</w:t>
            </w:r>
          </w:p>
        </w:tc>
      </w:tr>
      <w:tr w:rsidR="00D7148A" w14:paraId="342C7EB9" w14:textId="77777777" w:rsidTr="0093748A">
        <w:trPr>
          <w:trHeight w:val="137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E7D4EA7" w14:textId="77777777" w:rsidR="00D7148A" w:rsidRDefault="00D7148A" w:rsidP="00E8589F">
            <w:pPr>
              <w:spacing w:line="276" w:lineRule="auto"/>
            </w:pPr>
            <w:r>
              <w:t>Evaluare sumativă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83F22CE" w14:textId="77777777" w:rsidR="00D7148A" w:rsidRDefault="00D7148A" w:rsidP="00E8589F">
            <w:pPr>
              <w:spacing w:line="276" w:lineRule="auto"/>
              <w:jc w:val="center"/>
            </w:pPr>
            <w:r>
              <w:t>1.4, 2.4, 4.4,</w:t>
            </w:r>
          </w:p>
          <w:p w14:paraId="4926ECE9" w14:textId="77777777" w:rsidR="00D7148A" w:rsidRDefault="00D7148A" w:rsidP="00E8589F">
            <w:pPr>
              <w:spacing w:line="276" w:lineRule="auto"/>
              <w:jc w:val="center"/>
            </w:pPr>
            <w:r>
              <w:t>5.3, 5.4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55B89B2" w14:textId="77777777" w:rsidR="00D7148A" w:rsidRDefault="00D7148A" w:rsidP="00E8589F">
            <w:pPr>
              <w:spacing w:line="276" w:lineRule="auto"/>
            </w:pPr>
            <w:r>
              <w:t>- aplicarea testului sumativ;</w:t>
            </w:r>
          </w:p>
          <w:p w14:paraId="53BE76D0" w14:textId="77777777" w:rsidR="00D7148A" w:rsidRDefault="00D7148A" w:rsidP="00E8589F">
            <w:pPr>
              <w:spacing w:line="276" w:lineRule="auto"/>
            </w:pPr>
            <w:r>
              <w:t>- prezentarea baremului de evaluare și notare.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CE0DADC" w14:textId="77777777" w:rsidR="00D7148A" w:rsidRDefault="00D7148A" w:rsidP="00E8589F">
            <w:pPr>
              <w:spacing w:line="276" w:lineRule="auto"/>
            </w:pPr>
            <w:r>
              <w:t>- test de evaluare sumativă</w:t>
            </w:r>
          </w:p>
          <w:p w14:paraId="693906D5" w14:textId="77777777" w:rsidR="00D7148A" w:rsidRDefault="00D7148A" w:rsidP="00E8589F">
            <w:pPr>
              <w:spacing w:line="276" w:lineRule="auto"/>
            </w:pPr>
            <w:r>
              <w:t>- barem de evaluare și notare</w:t>
            </w:r>
          </w:p>
          <w:p w14:paraId="4BC7FC35" w14:textId="77777777" w:rsidR="00D7148A" w:rsidRDefault="00D7148A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2236D7F" w14:textId="77777777" w:rsidR="00D7148A" w:rsidRDefault="00D7148A" w:rsidP="00E8589F">
            <w:pPr>
              <w:spacing w:line="276" w:lineRule="auto"/>
            </w:pPr>
            <w:r>
              <w:t>Itemi care vizează cunoașterea, aplicarea și raționamentul</w:t>
            </w:r>
          </w:p>
        </w:tc>
      </w:tr>
    </w:tbl>
    <w:p w14:paraId="41C3C6DE" w14:textId="77777777" w:rsidR="007947FA" w:rsidRDefault="007947FA" w:rsidP="00E8589F">
      <w:pPr>
        <w:spacing w:line="276" w:lineRule="auto"/>
      </w:pPr>
    </w:p>
    <w:p w14:paraId="3B01B374" w14:textId="77777777" w:rsidR="00BD7B6B" w:rsidRDefault="00BD7B6B" w:rsidP="00E8589F">
      <w:pPr>
        <w:spacing w:line="276" w:lineRule="auto"/>
      </w:pPr>
    </w:p>
    <w:p w14:paraId="0EB1133C" w14:textId="77777777" w:rsidR="007947FA" w:rsidRDefault="00D47500" w:rsidP="00E8589F">
      <w:pPr>
        <w:spacing w:line="276" w:lineRule="auto"/>
      </w:pPr>
      <w:r>
        <w:rPr>
          <w:b/>
        </w:rPr>
        <w:t>Unitatea 8. Soluții</w:t>
      </w:r>
    </w:p>
    <w:p w14:paraId="3A3B9D71" w14:textId="0077C40D" w:rsidR="007947FA" w:rsidRDefault="00D47500" w:rsidP="00E8589F">
      <w:pPr>
        <w:spacing w:line="276" w:lineRule="auto"/>
      </w:pPr>
      <w:r>
        <w:t xml:space="preserve">Nr. ore alocate: </w:t>
      </w:r>
      <w:r w:rsidR="00B231AB">
        <w:t>14</w:t>
      </w:r>
      <w:r>
        <w:t xml:space="preserve"> ore</w:t>
      </w:r>
    </w:p>
    <w:tbl>
      <w:tblPr>
        <w:tblStyle w:val="TableGrid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1723"/>
        <w:gridCol w:w="5404"/>
        <w:gridCol w:w="4385"/>
        <w:gridCol w:w="1958"/>
      </w:tblGrid>
      <w:tr w:rsidR="007947FA" w14:paraId="5160887F" w14:textId="77777777" w:rsidTr="00D47500">
        <w:trPr>
          <w:trHeight w:val="144"/>
          <w:tblHeader/>
          <w:jc w:val="center"/>
        </w:trPr>
        <w:tc>
          <w:tcPr>
            <w:tcW w:w="211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13DE2E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Conținuturi</w:t>
            </w:r>
          </w:p>
          <w:p w14:paraId="413F544A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detaliate</w:t>
            </w:r>
          </w:p>
        </w:tc>
        <w:tc>
          <w:tcPr>
            <w:tcW w:w="1723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9182F6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Competențe</w:t>
            </w:r>
          </w:p>
          <w:p w14:paraId="2A59D64F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specifice</w:t>
            </w:r>
          </w:p>
        </w:tc>
        <w:tc>
          <w:tcPr>
            <w:tcW w:w="5404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7F5E5A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Activități de învățare</w:t>
            </w:r>
          </w:p>
        </w:tc>
        <w:tc>
          <w:tcPr>
            <w:tcW w:w="438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5391BD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Resurse</w:t>
            </w:r>
          </w:p>
        </w:tc>
        <w:tc>
          <w:tcPr>
            <w:tcW w:w="1958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0AE0D8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Evaluare</w:t>
            </w:r>
          </w:p>
        </w:tc>
      </w:tr>
      <w:tr w:rsidR="007947FA" w14:paraId="52A5DDCA" w14:textId="77777777" w:rsidTr="00D47500">
        <w:trPr>
          <w:trHeight w:val="144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F615BA8" w14:textId="77777777" w:rsidR="007947FA" w:rsidRDefault="00D47500" w:rsidP="00E8589F">
            <w:pPr>
              <w:spacing w:line="276" w:lineRule="auto"/>
            </w:pPr>
            <w:r>
              <w:t>8.1 Soluții apoase utilizate în viața cotidiană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5062EF8" w14:textId="77777777" w:rsidR="007947FA" w:rsidRDefault="00D47500" w:rsidP="00E8589F">
            <w:pPr>
              <w:spacing w:line="276" w:lineRule="auto"/>
              <w:jc w:val="center"/>
            </w:pPr>
            <w:r>
              <w:t>1.5, 4.5, 6.2,</w:t>
            </w:r>
          </w:p>
          <w:p w14:paraId="6944D282" w14:textId="77777777" w:rsidR="007947FA" w:rsidRDefault="00D47500" w:rsidP="00E8589F">
            <w:pPr>
              <w:spacing w:line="276" w:lineRule="auto"/>
              <w:jc w:val="center"/>
            </w:pPr>
            <w:r>
              <w:t>6.3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303A321" w14:textId="77777777" w:rsidR="007617C1" w:rsidRDefault="007617C1" w:rsidP="00E8589F">
            <w:pPr>
              <w:spacing w:line="276" w:lineRule="auto"/>
            </w:pPr>
            <w:r>
              <w:t>- identificarea unor soluții folosite în viața cotidiană și a domeniilor de utilizare;</w:t>
            </w:r>
          </w:p>
          <w:p w14:paraId="2CA83601" w14:textId="77777777" w:rsidR="007617C1" w:rsidRDefault="007617C1" w:rsidP="00E8589F">
            <w:pPr>
              <w:spacing w:line="276" w:lineRule="auto"/>
            </w:pPr>
            <w:r>
              <w:t xml:space="preserve">- identificarea domeniilor de utilizare a unor soluții apoase uzuale (oțet/ soluție salină/ detergenți/ apă de </w:t>
            </w:r>
            <w:r>
              <w:lastRenderedPageBreak/>
              <w:t>var/ soluție de zahăr etc.) pe baza proprietăților lor, individual;</w:t>
            </w:r>
          </w:p>
          <w:p w14:paraId="6898A8A9" w14:textId="77777777" w:rsidR="007947FA" w:rsidRDefault="00D47500" w:rsidP="00E8589F">
            <w:pPr>
              <w:spacing w:line="276" w:lineRule="auto"/>
            </w:pPr>
            <w:r>
              <w:t>- realizarea unui demers investigativ de tip „Laboratorul din supermarket”;</w:t>
            </w:r>
          </w:p>
          <w:p w14:paraId="438B57C7" w14:textId="77777777" w:rsidR="007947FA" w:rsidRDefault="00D47500" w:rsidP="00E8589F">
            <w:pPr>
              <w:spacing w:line="276" w:lineRule="auto"/>
            </w:pPr>
            <w:r>
              <w:t>- citirea etichetelor, identificarea componentelor și formularea concluziilor;</w:t>
            </w:r>
          </w:p>
          <w:p w14:paraId="53B334D9" w14:textId="77777777" w:rsidR="007947FA" w:rsidRDefault="00D47500" w:rsidP="00E8589F">
            <w:pPr>
              <w:spacing w:line="276" w:lineRule="auto"/>
            </w:pPr>
            <w:r>
              <w:t>- comunicarea informațiilor privind utilizarea responsabilă a soluțiilor.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CFF5495" w14:textId="77777777" w:rsidR="007947FA" w:rsidRDefault="00D47500" w:rsidP="00E8589F">
            <w:pPr>
              <w:spacing w:line="276" w:lineRule="auto"/>
            </w:pPr>
            <w:r>
              <w:lastRenderedPageBreak/>
              <w:t>- activitate frontală și individuală</w:t>
            </w:r>
          </w:p>
          <w:p w14:paraId="0A5C9340" w14:textId="2F8B8597" w:rsidR="007947FA" w:rsidRDefault="00D47500" w:rsidP="00E8589F">
            <w:pPr>
              <w:spacing w:line="276" w:lineRule="auto"/>
            </w:pPr>
            <w:r>
              <w:t>- fișe de lucru</w:t>
            </w:r>
          </w:p>
          <w:p w14:paraId="1C89BDCB" w14:textId="77777777" w:rsidR="007947FA" w:rsidRDefault="00D47500" w:rsidP="00E8589F">
            <w:pPr>
              <w:spacing w:line="276" w:lineRule="auto"/>
            </w:pPr>
            <w:r>
              <w:t>- pictograme GHS și surse digitale</w:t>
            </w:r>
          </w:p>
          <w:p w14:paraId="6B42C96B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7C36024E" w14:textId="77777777" w:rsidR="007947FA" w:rsidRDefault="00D47500" w:rsidP="00E8589F">
            <w:pPr>
              <w:spacing w:line="276" w:lineRule="auto"/>
              <w:jc w:val="right"/>
            </w:pPr>
            <w:r>
              <w:lastRenderedPageBreak/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F037507" w14:textId="77777777" w:rsidR="007947FA" w:rsidRDefault="00D47500" w:rsidP="00E8589F">
            <w:pPr>
              <w:spacing w:line="276" w:lineRule="auto"/>
            </w:pPr>
            <w:r>
              <w:lastRenderedPageBreak/>
              <w:t>Evaluarea fișei de cercetare</w:t>
            </w:r>
          </w:p>
          <w:p w14:paraId="02AD6FC7" w14:textId="77777777" w:rsidR="007947FA" w:rsidRDefault="00D47500" w:rsidP="00E8589F">
            <w:pPr>
              <w:spacing w:line="276" w:lineRule="auto"/>
            </w:pPr>
            <w:r>
              <w:lastRenderedPageBreak/>
              <w:t>Observarea sistematică a elevilor</w:t>
            </w:r>
          </w:p>
        </w:tc>
      </w:tr>
      <w:tr w:rsidR="00BD7B6B" w14:paraId="0883AF64" w14:textId="77777777" w:rsidTr="00757C3C">
        <w:trPr>
          <w:trHeight w:val="144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B4E2FDF" w14:textId="77777777" w:rsidR="00BD7B6B" w:rsidRDefault="00BD7B6B" w:rsidP="00757C3C">
            <w:pPr>
              <w:spacing w:line="276" w:lineRule="auto"/>
            </w:pPr>
            <w:r>
              <w:lastRenderedPageBreak/>
              <w:t>8.2 Solvenți polari și nepolari. Solubilitatea unei substanțe. Factorii care influențează solubilitatea unei substanțe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18F69D6" w14:textId="77777777" w:rsidR="00BD7B6B" w:rsidRDefault="00BD7B6B" w:rsidP="00757C3C">
            <w:pPr>
              <w:spacing w:line="276" w:lineRule="auto"/>
              <w:jc w:val="center"/>
            </w:pPr>
            <w:r>
              <w:t>1.5, 2.5, 4.5,</w:t>
            </w:r>
          </w:p>
          <w:p w14:paraId="45DBF8D4" w14:textId="77777777" w:rsidR="00BD7B6B" w:rsidRDefault="00BD7B6B" w:rsidP="00757C3C">
            <w:pPr>
              <w:spacing w:line="276" w:lineRule="auto"/>
              <w:jc w:val="center"/>
            </w:pPr>
            <w:r>
              <w:t>5.1, 5.5, 6.3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2E5BECD" w14:textId="21C58382" w:rsidR="00BD7B6B" w:rsidRDefault="00BD7B6B" w:rsidP="00757C3C">
            <w:pPr>
              <w:spacing w:line="276" w:lineRule="auto"/>
            </w:pPr>
            <w:r>
              <w:t>- investigarea solubilității unor substanțe solide și lichide (zahăr/ sare/ ulei etc.) în apă și compararea rezultatelor, într-o activitate experimentală, realizată în echipă;</w:t>
            </w:r>
          </w:p>
          <w:p w14:paraId="62D57385" w14:textId="77777777" w:rsidR="00BD7B6B" w:rsidRDefault="00BD7B6B" w:rsidP="00757C3C">
            <w:pPr>
              <w:spacing w:line="276" w:lineRule="auto"/>
            </w:pPr>
            <w:r>
              <w:t>- investigarea influenței solventului și a temperaturii asupra solubilității substanțelor, într-o activitate experimentală realizată pe grupe de elevi;</w:t>
            </w:r>
          </w:p>
          <w:p w14:paraId="31BDA63C" w14:textId="77777777" w:rsidR="00BD7B6B" w:rsidRDefault="00BD7B6B" w:rsidP="00757C3C">
            <w:pPr>
              <w:spacing w:line="276" w:lineRule="auto"/>
            </w:pPr>
            <w:r>
              <w:t>- diferențierea solvenților polari de cei nepolari și corelarea polarității cu solubilitatea;</w:t>
            </w:r>
          </w:p>
          <w:p w14:paraId="19E9E19B" w14:textId="77777777" w:rsidR="00BD7B6B" w:rsidRDefault="00BD7B6B" w:rsidP="00757C3C">
            <w:pPr>
              <w:spacing w:line="276" w:lineRule="auto"/>
            </w:pPr>
            <w:r>
              <w:t>- formularea și verificarea ipotezelor privind factorii care influențează solubilitatea;</w:t>
            </w:r>
          </w:p>
          <w:p w14:paraId="644D64D4" w14:textId="77777777" w:rsidR="00BD7B6B" w:rsidRDefault="00BD7B6B" w:rsidP="00757C3C">
            <w:pPr>
              <w:spacing w:line="276" w:lineRule="auto"/>
            </w:pPr>
            <w:r w:rsidRPr="00BD7B6B">
              <w:t xml:space="preserve">- explicarea variaţiei solubilității unor substanțe în funcție de temperatură, pe baza curbelor de solubilitate (de exemplu: azotat de potasiu, sulfat de cupru, iodură de potasiu, clorură de sodiu), într-o activitate frontală; </w:t>
            </w:r>
          </w:p>
          <w:p w14:paraId="3C80C5D5" w14:textId="001FF02B" w:rsidR="00BD7B6B" w:rsidRDefault="00BD7B6B" w:rsidP="00757C3C">
            <w:pPr>
              <w:spacing w:line="276" w:lineRule="auto"/>
            </w:pPr>
            <w:r w:rsidRPr="00BD7B6B">
              <w:t>- rezolvarea unor probleme de calcul pentru determinarea masei de substanță depusă la răcire/ care trebuie adăugată la încălzire pentru a obține o soluție saturată, utilizând curbe de solubilitate</w:t>
            </w:r>
            <w:r>
              <w:t>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3326401" w14:textId="77777777" w:rsidR="00BD7B6B" w:rsidRDefault="00BD7B6B" w:rsidP="00757C3C">
            <w:pPr>
              <w:spacing w:line="276" w:lineRule="auto"/>
            </w:pPr>
            <w:r>
              <w:t xml:space="preserve">- activitate frontală, </w:t>
            </w:r>
          </w:p>
          <w:p w14:paraId="2F335C39" w14:textId="38943E74" w:rsidR="00BD7B6B" w:rsidRDefault="00BD7B6B" w:rsidP="00757C3C">
            <w:pPr>
              <w:spacing w:line="276" w:lineRule="auto"/>
            </w:pPr>
            <w:r>
              <w:t>- activitate individual</w:t>
            </w:r>
            <w:r w:rsidR="00B231AB">
              <w:t>ă</w:t>
            </w:r>
            <w:r>
              <w:t>;</w:t>
            </w:r>
          </w:p>
          <w:p w14:paraId="6065B2B9" w14:textId="77777777" w:rsidR="00BD7B6B" w:rsidRPr="00C80EFF" w:rsidRDefault="00BD7B6B" w:rsidP="00757C3C">
            <w:pPr>
              <w:spacing w:line="276" w:lineRule="auto"/>
            </w:pPr>
            <w:r w:rsidRPr="00C80EFF">
              <w:rPr>
                <w:lang w:val="ro-RO"/>
              </w:rPr>
              <w:t>- activitate practică de laborator în echipă</w:t>
            </w:r>
            <w:r>
              <w:rPr>
                <w:lang w:val="ro-RO"/>
              </w:rPr>
              <w:t>;</w:t>
            </w:r>
            <w:r w:rsidRPr="00C80EFF">
              <w:t xml:space="preserve"> </w:t>
            </w:r>
          </w:p>
          <w:p w14:paraId="38865001" w14:textId="77777777" w:rsidR="00BD7B6B" w:rsidRPr="00C80EFF" w:rsidRDefault="00BD7B6B" w:rsidP="00757C3C">
            <w:pPr>
              <w:spacing w:line="276" w:lineRule="auto"/>
              <w:rPr>
                <w:lang w:val="ro-RO"/>
              </w:rPr>
            </w:pPr>
            <w:r w:rsidRPr="00C80EFF">
              <w:rPr>
                <w:lang w:val="ro-RO"/>
              </w:rPr>
              <w:t>- substanțe și ustensile necesare:</w:t>
            </w:r>
            <w:r w:rsidRPr="00C80EFF">
              <w:rPr>
                <w:b/>
                <w:bCs/>
                <w:lang w:val="ro-RO"/>
              </w:rPr>
              <w:t xml:space="preserve"> </w:t>
            </w:r>
            <w:r w:rsidRPr="00C80EFF">
              <w:rPr>
                <w:lang w:val="ro-RO"/>
              </w:rPr>
              <w:t>sare, glucoză, iod, ulei alimentar, tetraclorură de carbon, apă distilată, apă carbogazoasă,</w:t>
            </w:r>
          </w:p>
          <w:p w14:paraId="13B80651" w14:textId="77777777" w:rsidR="00BD7B6B" w:rsidRPr="00C80EFF" w:rsidRDefault="00BD7B6B" w:rsidP="00757C3C">
            <w:pPr>
              <w:spacing w:line="276" w:lineRule="auto"/>
              <w:rPr>
                <w:lang w:val="ro-RO"/>
              </w:rPr>
            </w:pPr>
            <w:r w:rsidRPr="00C80EFF">
              <w:rPr>
                <w:lang w:val="ro-RO"/>
              </w:rPr>
              <w:t>azotat de potasiu; termometru, eprubete, spatule, pahare Berzelius, cilindru gradat,, baghetă de sticlă, trepied, sită ceramică,</w:t>
            </w:r>
          </w:p>
          <w:p w14:paraId="15D6FDA3" w14:textId="77777777" w:rsidR="00BD7B6B" w:rsidRDefault="00BD7B6B" w:rsidP="00757C3C">
            <w:pPr>
              <w:spacing w:line="276" w:lineRule="auto"/>
              <w:rPr>
                <w:lang w:val="ro-RO"/>
              </w:rPr>
            </w:pPr>
            <w:r w:rsidRPr="00C80EFF">
              <w:rPr>
                <w:lang w:val="ro-RO"/>
              </w:rPr>
              <w:t>bec de gaz, c</w:t>
            </w:r>
            <w:r>
              <w:rPr>
                <w:lang w:val="ro-RO"/>
              </w:rPr>
              <w:t>â</w:t>
            </w:r>
            <w:r w:rsidRPr="00C80EFF">
              <w:rPr>
                <w:lang w:val="ro-RO"/>
              </w:rPr>
              <w:t>ntar.</w:t>
            </w:r>
          </w:p>
          <w:p w14:paraId="73CD1022" w14:textId="77777777" w:rsidR="00BD7B6B" w:rsidRDefault="00BD7B6B" w:rsidP="00757C3C">
            <w:pPr>
              <w:spacing w:line="276" w:lineRule="auto"/>
            </w:pPr>
            <w:r>
              <w:t>- manual școlar Chimie clasa a IX-a</w:t>
            </w:r>
          </w:p>
          <w:p w14:paraId="1CF0D1DA" w14:textId="5BBB15C9" w:rsidR="00BD7B6B" w:rsidRDefault="00B231AB" w:rsidP="00757C3C">
            <w:pPr>
              <w:spacing w:line="276" w:lineRule="auto"/>
              <w:jc w:val="right"/>
            </w:pPr>
            <w:r>
              <w:t>3</w:t>
            </w:r>
            <w:r w:rsidR="00BD7B6B">
              <w:t xml:space="preserve"> or</w:t>
            </w:r>
            <w:r>
              <w:t>e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DAF6871" w14:textId="77777777" w:rsidR="00BD7B6B" w:rsidRDefault="00BD7B6B" w:rsidP="00757C3C">
            <w:pPr>
              <w:spacing w:line="276" w:lineRule="auto"/>
            </w:pPr>
            <w:r>
              <w:t>Observarea sistematică a elevilor</w:t>
            </w:r>
          </w:p>
          <w:p w14:paraId="0A47C8F0" w14:textId="77777777" w:rsidR="00BD7B6B" w:rsidRDefault="00BD7B6B" w:rsidP="00757C3C">
            <w:pPr>
              <w:spacing w:line="276" w:lineRule="auto"/>
            </w:pPr>
            <w:r>
              <w:t>Evaluare curentă orală</w:t>
            </w:r>
          </w:p>
          <w:p w14:paraId="00A657D1" w14:textId="77777777" w:rsidR="00BD7B6B" w:rsidRDefault="00BD7B6B" w:rsidP="00757C3C">
            <w:pPr>
              <w:spacing w:line="276" w:lineRule="auto"/>
            </w:pPr>
            <w:r w:rsidRPr="00A03B07">
              <w:rPr>
                <w:rFonts w:cs="Arial"/>
                <w:bCs/>
              </w:rPr>
              <w:t>Evaluarea modului de completare a fișelor pentru activitatea experimentală în echipă</w:t>
            </w:r>
          </w:p>
        </w:tc>
      </w:tr>
      <w:tr w:rsidR="007947FA" w14:paraId="64DB104B" w14:textId="77777777" w:rsidTr="00D47500">
        <w:trPr>
          <w:trHeight w:val="144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0E7A7D7" w14:textId="77777777" w:rsidR="007947FA" w:rsidRDefault="00D47500" w:rsidP="00E8589F">
            <w:pPr>
              <w:spacing w:line="276" w:lineRule="auto"/>
            </w:pPr>
            <w:r>
              <w:t xml:space="preserve">8.3 Dizolvarea substanțelor ionice și a substanțelor cu </w:t>
            </w:r>
            <w:r>
              <w:lastRenderedPageBreak/>
              <w:t>molecule polare în apă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21EBFF1" w14:textId="77777777" w:rsidR="007947FA" w:rsidRDefault="00D47500" w:rsidP="00E8589F">
            <w:pPr>
              <w:spacing w:line="276" w:lineRule="auto"/>
              <w:jc w:val="center"/>
            </w:pPr>
            <w:r>
              <w:lastRenderedPageBreak/>
              <w:t>1.5, 2.5, 4.5,</w:t>
            </w:r>
          </w:p>
          <w:p w14:paraId="60B65C69" w14:textId="77777777" w:rsidR="007947FA" w:rsidRDefault="00D47500" w:rsidP="00E8589F">
            <w:pPr>
              <w:spacing w:line="276" w:lineRule="auto"/>
              <w:jc w:val="center"/>
            </w:pPr>
            <w:r>
              <w:t>5.3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7E6DC30" w14:textId="38A32BBB" w:rsidR="007617C1" w:rsidRDefault="007617C1" w:rsidP="00E8589F">
            <w:pPr>
              <w:spacing w:line="276" w:lineRule="auto"/>
            </w:pPr>
            <w:r>
              <w:t xml:space="preserve">- identificarea unei utilizări a procesului de dizolvare a unei substanțe în apă, având în vedere efectul termic care însoțește dizolvarea (obținerea amestecurilor </w:t>
            </w:r>
            <w:r>
              <w:lastRenderedPageBreak/>
              <w:t>răcitoare etc.), într-o activitate experimentală, pe grupe de elevi;</w:t>
            </w:r>
          </w:p>
          <w:p w14:paraId="4F041C82" w14:textId="77777777" w:rsidR="007947FA" w:rsidRDefault="00D47500" w:rsidP="00E8589F">
            <w:pPr>
              <w:spacing w:line="276" w:lineRule="auto"/>
            </w:pPr>
            <w:r>
              <w:t>- utilizarea modelelor pentru reprezentarea dizolvării substanțelor ionice și a substanțelor moleculare polare;</w:t>
            </w:r>
          </w:p>
          <w:p w14:paraId="39D39507" w14:textId="558E2E0C" w:rsidR="007947FA" w:rsidRDefault="00D47500" w:rsidP="00F63447">
            <w:pPr>
              <w:spacing w:line="276" w:lineRule="auto"/>
            </w:pPr>
            <w:r>
              <w:t xml:space="preserve">- explicarea proceselor </w:t>
            </w:r>
            <w:r w:rsidR="00F63447">
              <w:t>care au loc la dizolvare utilizând</w:t>
            </w:r>
            <w:r>
              <w:t xml:space="preserve"> terminologi</w:t>
            </w:r>
            <w:r w:rsidR="00F63447">
              <w:t>a</w:t>
            </w:r>
            <w:r>
              <w:t xml:space="preserve"> specific</w:t>
            </w:r>
            <w:r w:rsidR="00F63447">
              <w:t>ă, într-o activitate frontală</w:t>
            </w:r>
            <w:r>
              <w:t>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5090D61" w14:textId="77777777" w:rsidR="007947FA" w:rsidRDefault="00D47500" w:rsidP="00E8589F">
            <w:pPr>
              <w:spacing w:line="276" w:lineRule="auto"/>
            </w:pPr>
            <w:r>
              <w:lastRenderedPageBreak/>
              <w:t>- activitate frontală</w:t>
            </w:r>
          </w:p>
          <w:p w14:paraId="475301ED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567DCA12" w14:textId="77777777" w:rsidR="007947FA" w:rsidRDefault="00D47500" w:rsidP="00E8589F">
            <w:pPr>
              <w:spacing w:line="276" w:lineRule="auto"/>
            </w:pPr>
            <w:r>
              <w:t>- modele, animații, fișe și tablă interactivă</w:t>
            </w:r>
          </w:p>
          <w:p w14:paraId="32BE00BD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3E2F113A" w14:textId="57CB9808" w:rsidR="007947FA" w:rsidRDefault="00B231AB" w:rsidP="00E8589F">
            <w:pPr>
              <w:spacing w:line="276" w:lineRule="auto"/>
              <w:jc w:val="right"/>
            </w:pPr>
            <w:r>
              <w:lastRenderedPageBreak/>
              <w:t>2</w:t>
            </w:r>
            <w:r w:rsidR="00D47500">
              <w:t xml:space="preserve"> or</w:t>
            </w:r>
            <w:r>
              <w:t>e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EB4AB3F" w14:textId="77777777" w:rsidR="007947FA" w:rsidRDefault="00D47500" w:rsidP="00E8589F">
            <w:pPr>
              <w:spacing w:line="276" w:lineRule="auto"/>
            </w:pPr>
            <w:r>
              <w:lastRenderedPageBreak/>
              <w:t>Evaluarea modelelor și a terminologiei</w:t>
            </w:r>
          </w:p>
          <w:p w14:paraId="641A6D2C" w14:textId="77777777" w:rsidR="007947FA" w:rsidRDefault="00D47500" w:rsidP="00E8589F">
            <w:pPr>
              <w:spacing w:line="276" w:lineRule="auto"/>
            </w:pPr>
            <w:r>
              <w:lastRenderedPageBreak/>
              <w:t>Evaluare curentă orală</w:t>
            </w:r>
          </w:p>
        </w:tc>
      </w:tr>
      <w:tr w:rsidR="003330B1" w14:paraId="3DB5250A" w14:textId="77777777" w:rsidTr="00757C3C">
        <w:trPr>
          <w:trHeight w:val="144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5479298" w14:textId="77777777" w:rsidR="003330B1" w:rsidRDefault="003330B1" w:rsidP="00757C3C">
            <w:pPr>
              <w:spacing w:line="276" w:lineRule="auto"/>
            </w:pPr>
            <w:r>
              <w:lastRenderedPageBreak/>
              <w:t>8.4 Efecte termice la dizolvare în apă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5CFA13F" w14:textId="77777777" w:rsidR="003330B1" w:rsidRDefault="003330B1" w:rsidP="00757C3C">
            <w:pPr>
              <w:spacing w:line="276" w:lineRule="auto"/>
              <w:jc w:val="center"/>
            </w:pPr>
            <w:r>
              <w:t>2.5, 3.5, 4.5,</w:t>
            </w:r>
          </w:p>
          <w:p w14:paraId="5969A110" w14:textId="77777777" w:rsidR="003330B1" w:rsidRDefault="003330B1" w:rsidP="00757C3C">
            <w:pPr>
              <w:spacing w:line="276" w:lineRule="auto"/>
              <w:jc w:val="center"/>
            </w:pPr>
            <w:r>
              <w:t>6.3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454BEF9" w14:textId="77777777" w:rsidR="003330B1" w:rsidRDefault="003330B1" w:rsidP="00757C3C">
            <w:pPr>
              <w:spacing w:line="276" w:lineRule="auto"/>
            </w:pPr>
            <w:r>
              <w:t>- prepararea unor soluții în vederea investigării efectelor termice care însoțesc dizolvarea în apă a unor substanțe, într-o activitate experimentală, pe grupe;</w:t>
            </w:r>
          </w:p>
          <w:p w14:paraId="022F4056" w14:textId="77777777" w:rsidR="003330B1" w:rsidRDefault="003330B1" w:rsidP="00757C3C">
            <w:pPr>
              <w:spacing w:line="276" w:lineRule="auto"/>
            </w:pPr>
            <w:r>
              <w:t>- explicarea proceselor endoterme și exoterme care au loc la dizolvare, într-o activitate frontală;</w:t>
            </w:r>
          </w:p>
          <w:p w14:paraId="69C3C99A" w14:textId="77777777" w:rsidR="003330B1" w:rsidRDefault="003330B1" w:rsidP="00757C3C">
            <w:pPr>
              <w:spacing w:line="276" w:lineRule="auto"/>
            </w:pPr>
            <w:r>
              <w:t>- efectuarea unei activități practice pentru studiul efectului termic;</w:t>
            </w:r>
          </w:p>
          <w:p w14:paraId="171A1927" w14:textId="77777777" w:rsidR="003330B1" w:rsidRDefault="003330B1" w:rsidP="00757C3C">
            <w:pPr>
              <w:spacing w:line="276" w:lineRule="auto"/>
            </w:pPr>
            <w:r>
              <w:t>- corelarea fenomenului cu aplicații cotidiene.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F43AF7A" w14:textId="77777777" w:rsidR="003330B1" w:rsidRDefault="003330B1" w:rsidP="00757C3C">
            <w:pPr>
              <w:spacing w:line="276" w:lineRule="auto"/>
            </w:pPr>
            <w:r>
              <w:t>- activitate în echipă</w:t>
            </w:r>
          </w:p>
          <w:p w14:paraId="42AFD202" w14:textId="77777777" w:rsidR="003330B1" w:rsidRDefault="003330B1" w:rsidP="00757C3C">
            <w:pPr>
              <w:spacing w:line="276" w:lineRule="auto"/>
            </w:pPr>
            <w:r>
              <w:t>- fișă de laborator</w:t>
            </w:r>
          </w:p>
          <w:p w14:paraId="6E1865C6" w14:textId="77777777" w:rsidR="003330B1" w:rsidRPr="00A345CD" w:rsidRDefault="003330B1" w:rsidP="00757C3C">
            <w:pPr>
              <w:spacing w:line="276" w:lineRule="auto"/>
              <w:rPr>
                <w:lang w:val="ro-RO"/>
              </w:rPr>
            </w:pPr>
            <w:r w:rsidRPr="00A345CD">
              <w:rPr>
                <w:lang w:val="ro-RO"/>
              </w:rPr>
              <w:t>- activitate practică de laborator în echipă</w:t>
            </w:r>
          </w:p>
          <w:p w14:paraId="39054EF9" w14:textId="77777777" w:rsidR="003330B1" w:rsidRPr="00A345CD" w:rsidRDefault="003330B1" w:rsidP="00757C3C">
            <w:pPr>
              <w:spacing w:line="276" w:lineRule="auto"/>
              <w:rPr>
                <w:lang w:val="ro-RO"/>
              </w:rPr>
            </w:pPr>
            <w:r w:rsidRPr="00A345CD">
              <w:rPr>
                <w:lang w:val="ro-RO"/>
              </w:rPr>
              <w:t xml:space="preserve">- </w:t>
            </w:r>
            <w:r>
              <w:rPr>
                <w:lang w:val="ro-RO"/>
              </w:rPr>
              <w:t>s</w:t>
            </w:r>
            <w:r w:rsidRPr="00A345CD">
              <w:rPr>
                <w:lang w:val="ro-RO"/>
              </w:rPr>
              <w:t>ubstanțe și ustensile necesare:</w:t>
            </w:r>
            <w:r w:rsidRPr="00A345CD">
              <w:rPr>
                <w:b/>
                <w:bCs/>
                <w:lang w:val="ro-RO"/>
              </w:rPr>
              <w:t xml:space="preserve"> </w:t>
            </w:r>
            <w:r w:rsidRPr="00A345CD">
              <w:rPr>
                <w:lang w:val="ro-RO"/>
              </w:rPr>
              <w:t>soluție concentrată de acid sulfuric, azotat de amoniu pulbere, hidroxid de sodiu,</w:t>
            </w:r>
          </w:p>
          <w:p w14:paraId="1BB36B9E" w14:textId="77777777" w:rsidR="003330B1" w:rsidRDefault="003330B1" w:rsidP="00757C3C">
            <w:pPr>
              <w:spacing w:line="276" w:lineRule="auto"/>
            </w:pPr>
            <w:r w:rsidRPr="00A345CD">
              <w:rPr>
                <w:lang w:val="ro-RO"/>
              </w:rPr>
              <w:t>clorură de sodiu, apă distilată; termometru, cilindru gradat, pipetă, spatulă, pahare Berzelius, baghetă de sticlă.</w:t>
            </w:r>
            <w:r>
              <w:t>- echipament de protecție</w:t>
            </w:r>
          </w:p>
          <w:p w14:paraId="4D3458FA" w14:textId="77777777" w:rsidR="003330B1" w:rsidRDefault="003330B1" w:rsidP="00757C3C">
            <w:pPr>
              <w:spacing w:line="276" w:lineRule="auto"/>
            </w:pPr>
            <w:r>
              <w:t>- manual școlar Chimie clasa a IX-a</w:t>
            </w:r>
          </w:p>
          <w:p w14:paraId="6C463AB8" w14:textId="77777777" w:rsidR="003330B1" w:rsidRDefault="003330B1" w:rsidP="00757C3C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D47A51F" w14:textId="77777777" w:rsidR="003330B1" w:rsidRDefault="003330B1" w:rsidP="00757C3C">
            <w:pPr>
              <w:spacing w:line="276" w:lineRule="auto"/>
            </w:pPr>
            <w:r>
              <w:t>Observarea sistematică a elevilor</w:t>
            </w:r>
          </w:p>
          <w:p w14:paraId="20966EE7" w14:textId="77777777" w:rsidR="003330B1" w:rsidRDefault="003330B1" w:rsidP="00757C3C">
            <w:pPr>
              <w:spacing w:line="276" w:lineRule="auto"/>
            </w:pPr>
            <w:r>
              <w:t>Evaluare curentă orală</w:t>
            </w:r>
          </w:p>
          <w:p w14:paraId="46296930" w14:textId="77777777" w:rsidR="003330B1" w:rsidRDefault="003330B1" w:rsidP="00757C3C">
            <w:pPr>
              <w:spacing w:line="276" w:lineRule="auto"/>
            </w:pPr>
            <w:r w:rsidRPr="00A03B07">
              <w:rPr>
                <w:rFonts w:cs="Arial"/>
                <w:bCs/>
              </w:rPr>
              <w:t>Evaluarea modului de completare a fișelor pentru activitatea experimentală în echipă</w:t>
            </w:r>
          </w:p>
        </w:tc>
      </w:tr>
      <w:tr w:rsidR="00912B6D" w14:paraId="0B2EF897" w14:textId="77777777" w:rsidTr="00757C3C">
        <w:trPr>
          <w:trHeight w:val="144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E72ABD1" w14:textId="77777777" w:rsidR="00912B6D" w:rsidRDefault="00912B6D" w:rsidP="00757C3C">
            <w:pPr>
              <w:spacing w:line="276" w:lineRule="auto"/>
            </w:pPr>
            <w:r>
              <w:t>8.5 Concentrația molară a unei soluții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0362034" w14:textId="77777777" w:rsidR="00912B6D" w:rsidRDefault="00912B6D" w:rsidP="00757C3C">
            <w:pPr>
              <w:spacing w:line="276" w:lineRule="auto"/>
              <w:jc w:val="center"/>
            </w:pPr>
            <w:r>
              <w:t>3.5, 4.5, 5.1,</w:t>
            </w:r>
          </w:p>
          <w:p w14:paraId="177E5C56" w14:textId="77777777" w:rsidR="00912B6D" w:rsidRDefault="00912B6D" w:rsidP="00757C3C">
            <w:pPr>
              <w:spacing w:line="276" w:lineRule="auto"/>
              <w:jc w:val="center"/>
            </w:pPr>
            <w:r>
              <w:t>5.5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5A902DE" w14:textId="77777777" w:rsidR="00912B6D" w:rsidRDefault="00912B6D" w:rsidP="00757C3C">
            <w:pPr>
              <w:spacing w:line="276" w:lineRule="auto"/>
            </w:pPr>
            <w:r>
              <w:t>- corelarea concentrației molare cu cantitatea de substanță, volumul soluției și calculele stoechiometrice;</w:t>
            </w:r>
          </w:p>
          <w:p w14:paraId="1FDFDE42" w14:textId="77777777" w:rsidR="00912B6D" w:rsidRDefault="00912B6D" w:rsidP="00757C3C">
            <w:pPr>
              <w:spacing w:line="276" w:lineRule="auto"/>
            </w:pPr>
            <w:r w:rsidRPr="00D7148A">
              <w:t>- aplicarea algoritmilor specifici pentru rezolvarea unor probleme de calcul a concentrației molare a soluțiilor, într-o reacție de neutralizare, individual;</w:t>
            </w:r>
          </w:p>
          <w:p w14:paraId="6A5E5B1F" w14:textId="77777777" w:rsidR="00912B6D" w:rsidRDefault="00912B6D" w:rsidP="00757C3C">
            <w:pPr>
              <w:spacing w:line="276" w:lineRule="auto"/>
            </w:pPr>
            <w:r>
              <w:t>- rezolvarea unor probleme cu grad de dificultate progresiv.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0DAA99A" w14:textId="77777777" w:rsidR="00912B6D" w:rsidRDefault="00912B6D" w:rsidP="00757C3C">
            <w:pPr>
              <w:spacing w:line="276" w:lineRule="auto"/>
            </w:pPr>
            <w:r>
              <w:t>- activitate frontală</w:t>
            </w:r>
          </w:p>
          <w:p w14:paraId="1FA93DA8" w14:textId="77777777" w:rsidR="00912B6D" w:rsidRDefault="00912B6D" w:rsidP="00757C3C">
            <w:pPr>
              <w:spacing w:line="276" w:lineRule="auto"/>
            </w:pPr>
            <w:r>
              <w:t>- activitate individuală</w:t>
            </w:r>
          </w:p>
          <w:p w14:paraId="3AAF1F29" w14:textId="77777777" w:rsidR="00912B6D" w:rsidRDefault="00912B6D" w:rsidP="00757C3C">
            <w:pPr>
              <w:spacing w:line="276" w:lineRule="auto"/>
            </w:pPr>
            <w:r>
              <w:t xml:space="preserve">- fișe de lucru </w:t>
            </w:r>
          </w:p>
          <w:p w14:paraId="6B4B4C85" w14:textId="77777777" w:rsidR="00912B6D" w:rsidRDefault="00912B6D" w:rsidP="00757C3C">
            <w:pPr>
              <w:spacing w:line="276" w:lineRule="auto"/>
            </w:pPr>
            <w:r>
              <w:t>- Tabel periodic</w:t>
            </w:r>
          </w:p>
          <w:p w14:paraId="42C38859" w14:textId="77777777" w:rsidR="00912B6D" w:rsidRDefault="00912B6D" w:rsidP="00757C3C">
            <w:pPr>
              <w:spacing w:line="276" w:lineRule="auto"/>
            </w:pPr>
            <w:r>
              <w:t>- manual școlar Chimie clasa a IX-a</w:t>
            </w:r>
          </w:p>
          <w:p w14:paraId="625285E3" w14:textId="77777777" w:rsidR="00912B6D" w:rsidRDefault="00912B6D" w:rsidP="00757C3C">
            <w:pPr>
              <w:spacing w:line="276" w:lineRule="auto"/>
              <w:jc w:val="right"/>
            </w:pPr>
            <w:r>
              <w:t>2 ore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2E74137" w14:textId="77777777" w:rsidR="00912B6D" w:rsidRDefault="00912B6D" w:rsidP="00757C3C">
            <w:pPr>
              <w:spacing w:line="276" w:lineRule="auto"/>
            </w:pPr>
            <w:r>
              <w:t>Observarea sistematică a elevilor</w:t>
            </w:r>
          </w:p>
          <w:p w14:paraId="4CBD9619" w14:textId="77777777" w:rsidR="00912B6D" w:rsidRDefault="00912B6D" w:rsidP="00757C3C">
            <w:pPr>
              <w:spacing w:line="276" w:lineRule="auto"/>
            </w:pPr>
            <w:r>
              <w:t>Evaluare curentă orală</w:t>
            </w:r>
          </w:p>
          <w:p w14:paraId="203422FD" w14:textId="77777777" w:rsidR="00912B6D" w:rsidRDefault="00912B6D" w:rsidP="00757C3C">
            <w:pPr>
              <w:spacing w:line="276" w:lineRule="auto"/>
            </w:pPr>
            <w:r w:rsidRPr="00A03B07">
              <w:rPr>
                <w:rFonts w:cs="Arial"/>
                <w:bCs/>
              </w:rPr>
              <w:t xml:space="preserve">Evaluarea modului de completare a fișelor </w:t>
            </w:r>
            <w:r>
              <w:rPr>
                <w:rFonts w:cs="Arial"/>
                <w:bCs/>
              </w:rPr>
              <w:t>de lucru</w:t>
            </w:r>
          </w:p>
        </w:tc>
      </w:tr>
      <w:tr w:rsidR="00912B6D" w14:paraId="1CF14ACD" w14:textId="77777777" w:rsidTr="00D47500">
        <w:trPr>
          <w:trHeight w:val="144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CB09C33" w14:textId="3E530652" w:rsidR="00912B6D" w:rsidRDefault="00912B6D" w:rsidP="00912B6D">
            <w:pPr>
              <w:spacing w:line="276" w:lineRule="auto"/>
            </w:pPr>
            <w:r>
              <w:t xml:space="preserve">8.6 Prepararea unor soluții apoase 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E6540D7" w14:textId="77777777" w:rsidR="00912B6D" w:rsidRDefault="00912B6D" w:rsidP="00912B6D">
            <w:pPr>
              <w:spacing w:line="276" w:lineRule="auto"/>
              <w:jc w:val="center"/>
            </w:pPr>
            <w:r>
              <w:t>3.5, 4.5, 5.5,</w:t>
            </w:r>
          </w:p>
          <w:p w14:paraId="0D758307" w14:textId="77777777" w:rsidR="00912B6D" w:rsidRDefault="00912B6D" w:rsidP="00912B6D">
            <w:pPr>
              <w:spacing w:line="276" w:lineRule="auto"/>
              <w:jc w:val="center"/>
            </w:pPr>
            <w:r>
              <w:t>6.3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7EFF988" w14:textId="77777777" w:rsidR="00912B6D" w:rsidRPr="008011F2" w:rsidRDefault="00912B6D" w:rsidP="00912B6D">
            <w:pPr>
              <w:snapToGrid w:val="0"/>
              <w:spacing w:line="276" w:lineRule="auto"/>
              <w:rPr>
                <w:rFonts w:cs="Arial"/>
                <w:lang w:val="pt-PT"/>
              </w:rPr>
            </w:pPr>
            <w:r w:rsidRPr="008011F2">
              <w:rPr>
                <w:rFonts w:cs="Arial"/>
                <w:lang w:val="pt-PT"/>
              </w:rPr>
              <w:t>- prezentarea etapelor de lucru în prepararea unor soluții apoase de diferite concentrații;</w:t>
            </w:r>
          </w:p>
          <w:p w14:paraId="204D1388" w14:textId="4873EDF5" w:rsidR="00912B6D" w:rsidRPr="00A03B07" w:rsidRDefault="00912B6D" w:rsidP="00912B6D">
            <w:pPr>
              <w:snapToGrid w:val="0"/>
              <w:spacing w:line="276" w:lineRule="auto"/>
              <w:rPr>
                <w:rFonts w:cs="Arial"/>
                <w:lang w:val="pt-PT"/>
              </w:rPr>
            </w:pPr>
            <w:r w:rsidRPr="00A03B07">
              <w:rPr>
                <w:rFonts w:cs="Arial"/>
                <w:lang w:val="pt-PT"/>
              </w:rPr>
              <w:lastRenderedPageBreak/>
              <w:t>- corelarea concentrațiilor unor soluții cu aplicațiile practice ale acestora;</w:t>
            </w:r>
          </w:p>
          <w:p w14:paraId="47F303AD" w14:textId="77777777" w:rsidR="00912B6D" w:rsidRPr="00A03B07" w:rsidRDefault="00912B6D" w:rsidP="00912B6D">
            <w:pPr>
              <w:snapToGrid w:val="0"/>
              <w:spacing w:line="276" w:lineRule="auto"/>
              <w:rPr>
                <w:rFonts w:cs="Arial"/>
                <w:lang w:val="pt-PT"/>
              </w:rPr>
            </w:pPr>
            <w:r w:rsidRPr="00A03B07">
              <w:rPr>
                <w:rFonts w:cs="Arial"/>
                <w:lang w:val="pt-PT"/>
              </w:rPr>
              <w:t>- prezentarea unor informații obținute prin observare și/sau investigare despre soluții uzuale;</w:t>
            </w:r>
          </w:p>
          <w:p w14:paraId="50E0D153" w14:textId="77777777" w:rsidR="00912B6D" w:rsidRPr="00A03B07" w:rsidRDefault="00912B6D" w:rsidP="00912B6D">
            <w:pPr>
              <w:snapToGrid w:val="0"/>
              <w:spacing w:line="276" w:lineRule="auto"/>
              <w:rPr>
                <w:rFonts w:cs="Arial"/>
                <w:lang w:val="pt-PT"/>
              </w:rPr>
            </w:pPr>
            <w:r w:rsidRPr="00A03B07">
              <w:rPr>
                <w:rFonts w:cs="Arial"/>
                <w:lang w:val="pt-PT"/>
              </w:rPr>
              <w:t>- exemplificarea unor situații din viața cotidiană în care se utilizează unele soluții studiate.</w:t>
            </w:r>
          </w:p>
          <w:p w14:paraId="70304E06" w14:textId="2C60586F" w:rsidR="00912B6D" w:rsidRDefault="00912B6D" w:rsidP="00912B6D">
            <w:pPr>
              <w:spacing w:line="276" w:lineRule="auto"/>
            </w:pPr>
            <w:r>
              <w:t>- calcularea maselor/volumelor de substanțe necesare pentru prepararea soluțiilor;</w:t>
            </w:r>
          </w:p>
          <w:p w14:paraId="082E3C03" w14:textId="28E3478A" w:rsidR="00912B6D" w:rsidRDefault="00912B6D" w:rsidP="00912B6D">
            <w:pPr>
              <w:spacing w:line="276" w:lineRule="auto"/>
            </w:pPr>
            <w:r>
              <w:t>- parcurgerea etapelor de prepararea a soluțiilor apoase de o anumită concentrație;</w:t>
            </w:r>
          </w:p>
          <w:p w14:paraId="33A60F14" w14:textId="4DF132C0" w:rsidR="00912B6D" w:rsidRDefault="00912B6D" w:rsidP="00912B6D">
            <w:pPr>
              <w:spacing w:line="276" w:lineRule="auto"/>
            </w:pPr>
            <w:r>
              <w:t>- utilizarea conceptelor specifice pentru realizarea unor activități experimentale, pe grupe, care implică concentrarea/ diluarea unei soluţii până la o concentraţie dată</w:t>
            </w:r>
          </w:p>
          <w:p w14:paraId="3479FE1C" w14:textId="6C46CABF" w:rsidR="00912B6D" w:rsidRDefault="00912B6D" w:rsidP="00912B6D">
            <w:pPr>
              <w:spacing w:line="276" w:lineRule="auto"/>
            </w:pPr>
            <w:r>
              <w:t xml:space="preserve">- </w:t>
            </w:r>
            <w:r w:rsidRPr="00D7148A">
              <w:t xml:space="preserve">aplicarea algoritmilor specifici pentru rezolvarea unor probleme de calcul stoechiometric folosind </w:t>
            </w:r>
            <w:r>
              <w:t xml:space="preserve">concentrația procentuală de masa și concentrația molară </w:t>
            </w:r>
            <w:r w:rsidRPr="00D7148A">
              <w:t xml:space="preserve">într-o activitate </w:t>
            </w:r>
            <w:r>
              <w:t>frontală.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A1318E1" w14:textId="01422CD8" w:rsidR="00912B6D" w:rsidRDefault="00912B6D" w:rsidP="00912B6D">
            <w:pPr>
              <w:spacing w:line="276" w:lineRule="auto"/>
            </w:pPr>
            <w:r>
              <w:lastRenderedPageBreak/>
              <w:t>- activitate frontală</w:t>
            </w:r>
          </w:p>
          <w:p w14:paraId="47163C6E" w14:textId="0C83D402" w:rsidR="00912B6D" w:rsidRDefault="00912B6D" w:rsidP="00912B6D">
            <w:pPr>
              <w:spacing w:line="276" w:lineRule="auto"/>
            </w:pPr>
            <w:r>
              <w:t>- activitate practică în echipă</w:t>
            </w:r>
          </w:p>
          <w:p w14:paraId="5DAE0045" w14:textId="270CA87A" w:rsidR="00912B6D" w:rsidRPr="00912B6D" w:rsidRDefault="00912B6D" w:rsidP="00912B6D">
            <w:pPr>
              <w:spacing w:line="276" w:lineRule="auto"/>
              <w:rPr>
                <w:lang w:val="ro-RO"/>
              </w:rPr>
            </w:pPr>
            <w:r w:rsidRPr="00912B6D">
              <w:rPr>
                <w:lang w:val="ro-RO"/>
              </w:rPr>
              <w:lastRenderedPageBreak/>
              <w:t>- substanțe și ustensile necesare:</w:t>
            </w:r>
            <w:r w:rsidRPr="00912B6D">
              <w:rPr>
                <w:b/>
                <w:bCs/>
                <w:lang w:val="ro-RO"/>
              </w:rPr>
              <w:t xml:space="preserve"> </w:t>
            </w:r>
            <w:r w:rsidRPr="00912B6D">
              <w:rPr>
                <w:lang w:val="ro-RO"/>
              </w:rPr>
              <w:t>soluție de acid sulfuric de concentrație procentuală de masă 10%, clorură de sodiu,</w:t>
            </w:r>
          </w:p>
          <w:p w14:paraId="774D382C" w14:textId="77777777" w:rsidR="00912B6D" w:rsidRPr="00912B6D" w:rsidRDefault="00912B6D" w:rsidP="00912B6D">
            <w:pPr>
              <w:spacing w:line="276" w:lineRule="auto"/>
              <w:rPr>
                <w:lang w:val="ro-RO"/>
              </w:rPr>
            </w:pPr>
            <w:r w:rsidRPr="00912B6D">
              <w:rPr>
                <w:lang w:val="ro-RO"/>
              </w:rPr>
              <w:t>apă distilată; sticlă de ceas, cilindru gradat, pahar Berzelius, baloane cotate, pipetă, baghetă de sticlă, palnie de sticlă,</w:t>
            </w:r>
          </w:p>
          <w:p w14:paraId="109DFE32" w14:textId="77777777" w:rsidR="00912B6D" w:rsidRDefault="00912B6D" w:rsidP="00912B6D">
            <w:pPr>
              <w:spacing w:line="276" w:lineRule="auto"/>
              <w:rPr>
                <w:lang w:val="ro-RO"/>
              </w:rPr>
            </w:pPr>
            <w:r w:rsidRPr="00912B6D">
              <w:rPr>
                <w:lang w:val="ro-RO"/>
              </w:rPr>
              <w:t>cantar, spatulă.</w:t>
            </w:r>
          </w:p>
          <w:p w14:paraId="50ED07B8" w14:textId="4D8DBEF8" w:rsidR="00912B6D" w:rsidRDefault="00912B6D" w:rsidP="00912B6D">
            <w:pPr>
              <w:spacing w:line="276" w:lineRule="auto"/>
            </w:pPr>
            <w:r>
              <w:t>- fișă de lucru și echipament de protecție</w:t>
            </w:r>
          </w:p>
          <w:p w14:paraId="304DF343" w14:textId="77777777" w:rsidR="00912B6D" w:rsidRDefault="00912B6D" w:rsidP="00912B6D">
            <w:pPr>
              <w:spacing w:line="276" w:lineRule="auto"/>
            </w:pPr>
            <w:r>
              <w:t>- manual școlar Chimie clasa a IX-a</w:t>
            </w:r>
          </w:p>
          <w:p w14:paraId="397A2DE1" w14:textId="1EE082B5" w:rsidR="00912B6D" w:rsidRDefault="00B231AB" w:rsidP="00912B6D">
            <w:pPr>
              <w:spacing w:line="276" w:lineRule="auto"/>
              <w:jc w:val="right"/>
            </w:pPr>
            <w:r>
              <w:t>2</w:t>
            </w:r>
            <w:r w:rsidR="00912B6D">
              <w:t xml:space="preserve"> or</w:t>
            </w:r>
            <w:r>
              <w:t>e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E3F4664" w14:textId="77777777" w:rsidR="00912B6D" w:rsidRDefault="00912B6D" w:rsidP="00912B6D">
            <w:pPr>
              <w:spacing w:line="276" w:lineRule="auto"/>
            </w:pPr>
            <w:r>
              <w:lastRenderedPageBreak/>
              <w:t>Observarea sistematică a elevilor</w:t>
            </w:r>
          </w:p>
          <w:p w14:paraId="672ACE3A" w14:textId="77777777" w:rsidR="00912B6D" w:rsidRDefault="00912B6D" w:rsidP="00912B6D">
            <w:pPr>
              <w:spacing w:line="276" w:lineRule="auto"/>
            </w:pPr>
          </w:p>
          <w:p w14:paraId="7C7C3A93" w14:textId="77777777" w:rsidR="00912B6D" w:rsidRDefault="00912B6D" w:rsidP="00912B6D">
            <w:pPr>
              <w:spacing w:line="276" w:lineRule="auto"/>
            </w:pPr>
            <w:r>
              <w:t>Evaluare curentă orală</w:t>
            </w:r>
          </w:p>
          <w:p w14:paraId="7227D131" w14:textId="77777777" w:rsidR="00912B6D" w:rsidRDefault="00912B6D" w:rsidP="00912B6D">
            <w:pPr>
              <w:spacing w:line="276" w:lineRule="auto"/>
            </w:pPr>
          </w:p>
          <w:p w14:paraId="47DA4E0E" w14:textId="44E007D9" w:rsidR="00912B6D" w:rsidRDefault="00912B6D" w:rsidP="00912B6D">
            <w:pPr>
              <w:spacing w:line="276" w:lineRule="auto"/>
            </w:pPr>
            <w:r w:rsidRPr="00A03B07">
              <w:rPr>
                <w:rFonts w:cs="Arial"/>
                <w:bCs/>
              </w:rPr>
              <w:t>Evaluarea modului de completare a fișelor pentru activitatea experimentală în echipă</w:t>
            </w:r>
          </w:p>
        </w:tc>
      </w:tr>
      <w:tr w:rsidR="00912B6D" w14:paraId="7267ED8D" w14:textId="77777777" w:rsidTr="00D47500">
        <w:trPr>
          <w:trHeight w:val="144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FCF5A89" w14:textId="77777777" w:rsidR="00912B6D" w:rsidRDefault="00912B6D" w:rsidP="00912B6D">
            <w:pPr>
              <w:spacing w:line="276" w:lineRule="auto"/>
            </w:pPr>
            <w:r>
              <w:lastRenderedPageBreak/>
              <w:t>Recapitulare. Proiect – „Soluții din toată lumea”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0D11F3A" w14:textId="77777777" w:rsidR="00912B6D" w:rsidRDefault="00912B6D" w:rsidP="00912B6D">
            <w:pPr>
              <w:spacing w:line="276" w:lineRule="auto"/>
              <w:jc w:val="center"/>
            </w:pPr>
            <w:r>
              <w:t>1.5, 2.5, 3.5,</w:t>
            </w:r>
          </w:p>
          <w:p w14:paraId="71A7A572" w14:textId="77777777" w:rsidR="00912B6D" w:rsidRDefault="00912B6D" w:rsidP="00912B6D">
            <w:pPr>
              <w:spacing w:line="276" w:lineRule="auto"/>
              <w:jc w:val="center"/>
            </w:pPr>
            <w:r>
              <w:t>4.5, 5.1, 5.5,</w:t>
            </w:r>
          </w:p>
          <w:p w14:paraId="4782FB27" w14:textId="77777777" w:rsidR="00912B6D" w:rsidRDefault="00912B6D" w:rsidP="00912B6D">
            <w:pPr>
              <w:spacing w:line="276" w:lineRule="auto"/>
              <w:jc w:val="center"/>
            </w:pPr>
            <w:r>
              <w:t>6.2, 6.3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FB02670" w14:textId="399D49CA" w:rsidR="00912B6D" w:rsidRPr="008011F2" w:rsidRDefault="00912B6D" w:rsidP="00912B6D">
            <w:pPr>
              <w:snapToGrid w:val="0"/>
              <w:spacing w:line="276" w:lineRule="auto"/>
              <w:rPr>
                <w:rFonts w:cs="Arial"/>
                <w:lang w:val="pt-PT"/>
              </w:rPr>
            </w:pPr>
            <w:r w:rsidRPr="00A03B07">
              <w:rPr>
                <w:rFonts w:cs="Arial"/>
                <w:lang w:val="pt-PT"/>
              </w:rPr>
              <w:t xml:space="preserve">- </w:t>
            </w:r>
            <w:r>
              <w:rPr>
                <w:rFonts w:cs="Arial"/>
                <w:lang w:val="pt-PT"/>
              </w:rPr>
              <w:t>utilizarea</w:t>
            </w:r>
            <w:r w:rsidRPr="008011F2">
              <w:rPr>
                <w:rFonts w:cs="Arial"/>
                <w:lang w:val="pt-PT"/>
              </w:rPr>
              <w:t xml:space="preserve"> algoritmilor de </w:t>
            </w:r>
            <w:r>
              <w:rPr>
                <w:rFonts w:cs="Arial"/>
                <w:lang w:val="pt-PT"/>
              </w:rPr>
              <w:t xml:space="preserve">calcul a </w:t>
            </w:r>
            <w:r w:rsidRPr="008011F2">
              <w:rPr>
                <w:rFonts w:cs="Arial"/>
                <w:lang w:val="pt-PT"/>
              </w:rPr>
              <w:t>concentrați</w:t>
            </w:r>
            <w:r>
              <w:rPr>
                <w:rFonts w:cs="Arial"/>
                <w:lang w:val="pt-PT"/>
              </w:rPr>
              <w:t>ei</w:t>
            </w:r>
            <w:r w:rsidRPr="008011F2">
              <w:rPr>
                <w:rFonts w:cs="Arial"/>
                <w:lang w:val="pt-PT"/>
              </w:rPr>
              <w:t xml:space="preserve"> molar</w:t>
            </w:r>
            <w:r>
              <w:rPr>
                <w:rFonts w:cs="Arial"/>
                <w:lang w:val="pt-PT"/>
              </w:rPr>
              <w:t>e</w:t>
            </w:r>
            <w:r w:rsidRPr="008011F2">
              <w:rPr>
                <w:rFonts w:cs="Arial"/>
                <w:lang w:val="pt-PT"/>
              </w:rPr>
              <w:t xml:space="preserve"> a soluțiilor în rezolvarea problemelor;</w:t>
            </w:r>
          </w:p>
          <w:p w14:paraId="33BF7AF1" w14:textId="77777777" w:rsidR="00912B6D" w:rsidRPr="008011F2" w:rsidRDefault="00912B6D" w:rsidP="00912B6D">
            <w:pPr>
              <w:snapToGrid w:val="0"/>
              <w:spacing w:line="276" w:lineRule="auto"/>
              <w:rPr>
                <w:rFonts w:cs="Arial"/>
                <w:lang w:val="pt-PT"/>
              </w:rPr>
            </w:pPr>
            <w:r w:rsidRPr="008011F2">
              <w:rPr>
                <w:rFonts w:cs="Arial"/>
                <w:lang w:val="pt-PT"/>
              </w:rPr>
              <w:t>- prezentarea etapelor de lucru în prepararea unor soluții apoase de diferite concentrații;</w:t>
            </w:r>
          </w:p>
          <w:p w14:paraId="53DC4ABD" w14:textId="77777777" w:rsidR="00912B6D" w:rsidRPr="00A03B07" w:rsidRDefault="00912B6D" w:rsidP="00912B6D">
            <w:pPr>
              <w:spacing w:line="276" w:lineRule="auto"/>
              <w:rPr>
                <w:rFonts w:cs="Arial"/>
                <w:lang w:val="pt-PT"/>
              </w:rPr>
            </w:pPr>
            <w:r w:rsidRPr="00A03B07">
              <w:rPr>
                <w:rFonts w:cs="Arial"/>
                <w:lang w:val="pt-PT"/>
              </w:rPr>
              <w:t>- exemplificarea unor situații din viața cotidiană în care sunt utilizate soluțiile studiate;</w:t>
            </w:r>
          </w:p>
          <w:p w14:paraId="032EB23F" w14:textId="1780C561" w:rsidR="00912B6D" w:rsidRDefault="00912B6D" w:rsidP="00912B6D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 xml:space="preserve">- realizarea unor prezentări referitoare la </w:t>
            </w:r>
            <w:r>
              <w:rPr>
                <w:rFonts w:cs="Arial"/>
                <w:bCs/>
              </w:rPr>
              <w:t>s</w:t>
            </w:r>
            <w:r w:rsidRPr="00A03B07">
              <w:rPr>
                <w:rFonts w:cs="Arial"/>
                <w:bCs/>
              </w:rPr>
              <w:t xml:space="preserve">oluții din toată lumea, sub formă de poster sau prezentare </w:t>
            </w:r>
            <w:r>
              <w:rPr>
                <w:rFonts w:cs="Arial"/>
                <w:bCs/>
              </w:rPr>
              <w:t>digital;</w:t>
            </w:r>
          </w:p>
          <w:p w14:paraId="52E190D3" w14:textId="4220E0F9" w:rsidR="00912B6D" w:rsidRDefault="00912B6D" w:rsidP="00912B6D">
            <w:pPr>
              <w:spacing w:line="276" w:lineRule="auto"/>
            </w:pPr>
            <w:r>
              <w:t>- sistematizarea noțiunilor și rezolvarea unor probleme integrate.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27DCF76" w14:textId="1E5B641E" w:rsidR="00912B6D" w:rsidRDefault="00912B6D" w:rsidP="00912B6D">
            <w:pPr>
              <w:spacing w:line="276" w:lineRule="auto"/>
            </w:pPr>
            <w:r>
              <w:t xml:space="preserve">- activitate frontală </w:t>
            </w:r>
          </w:p>
          <w:p w14:paraId="683F23D7" w14:textId="51C8E5A2" w:rsidR="00912B6D" w:rsidRDefault="00912B6D" w:rsidP="00912B6D">
            <w:pPr>
              <w:spacing w:line="276" w:lineRule="auto"/>
            </w:pPr>
            <w:r>
              <w:t>- activita</w:t>
            </w:r>
            <w:r w:rsidR="00B231AB">
              <w:t>t</w:t>
            </w:r>
            <w:r>
              <w:t>e individuală</w:t>
            </w:r>
          </w:p>
          <w:p w14:paraId="1F8CAF6C" w14:textId="77777777" w:rsidR="00912B6D" w:rsidRDefault="00912B6D" w:rsidP="00912B6D">
            <w:pPr>
              <w:spacing w:line="276" w:lineRule="auto"/>
            </w:pPr>
            <w:r>
              <w:t>- fișe de recapitulare</w:t>
            </w:r>
          </w:p>
          <w:p w14:paraId="733275A2" w14:textId="464F56F2" w:rsidR="00912B6D" w:rsidRDefault="00912B6D" w:rsidP="00912B6D">
            <w:pPr>
              <w:spacing w:line="276" w:lineRule="auto"/>
            </w:pPr>
            <w:r>
              <w:t xml:space="preserve">- </w:t>
            </w:r>
            <w:r w:rsidR="00280C4C">
              <w:t xml:space="preserve">resurse digitale </w:t>
            </w:r>
            <w:r>
              <w:t>și materiale pentru prezentare</w:t>
            </w:r>
          </w:p>
          <w:p w14:paraId="71D7B8EA" w14:textId="77777777" w:rsidR="00912B6D" w:rsidRDefault="00912B6D" w:rsidP="00912B6D">
            <w:pPr>
              <w:spacing w:line="276" w:lineRule="auto"/>
            </w:pPr>
            <w:r>
              <w:t>- manual școlar Chimie clasa a IX-a</w:t>
            </w:r>
          </w:p>
          <w:p w14:paraId="7BDDECF4" w14:textId="6FADAEB4" w:rsidR="00912B6D" w:rsidRDefault="00B231AB" w:rsidP="00912B6D">
            <w:pPr>
              <w:spacing w:line="276" w:lineRule="auto"/>
              <w:jc w:val="right"/>
            </w:pPr>
            <w:r>
              <w:t>2</w:t>
            </w:r>
            <w:r w:rsidR="00912B6D">
              <w:t xml:space="preserve"> or</w:t>
            </w:r>
            <w:r>
              <w:t>e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CEE4FAC" w14:textId="77777777" w:rsidR="00AB1459" w:rsidRDefault="00AB1459" w:rsidP="00AB1459">
            <w:pPr>
              <w:spacing w:line="276" w:lineRule="auto"/>
            </w:pPr>
            <w:r>
              <w:t>Evaluare orală</w:t>
            </w:r>
          </w:p>
          <w:p w14:paraId="7D733E57" w14:textId="77777777" w:rsidR="00AB1459" w:rsidRDefault="00AB1459" w:rsidP="00AB1459">
            <w:pPr>
              <w:spacing w:line="276" w:lineRule="auto"/>
            </w:pPr>
          </w:p>
          <w:p w14:paraId="492B8D09" w14:textId="77777777" w:rsidR="00AB1459" w:rsidRDefault="00AB1459" w:rsidP="00AB1459">
            <w:pPr>
              <w:spacing w:line="276" w:lineRule="auto"/>
            </w:pPr>
            <w:r>
              <w:t>Evaluarea modului de completare a fișelor de lucru</w:t>
            </w:r>
          </w:p>
          <w:p w14:paraId="26CE6ECF" w14:textId="77777777" w:rsidR="00AB1459" w:rsidRDefault="00AB1459" w:rsidP="00AB1459">
            <w:pPr>
              <w:spacing w:line="276" w:lineRule="auto"/>
            </w:pPr>
          </w:p>
          <w:p w14:paraId="034B14C1" w14:textId="587DBB30" w:rsidR="00912B6D" w:rsidRDefault="00AB1459" w:rsidP="00AB1459">
            <w:pPr>
              <w:spacing w:line="276" w:lineRule="auto"/>
            </w:pPr>
            <w:r>
              <w:t>Evaluarea proiectului</w:t>
            </w:r>
          </w:p>
        </w:tc>
      </w:tr>
      <w:tr w:rsidR="00912B6D" w14:paraId="68DA3265" w14:textId="77777777" w:rsidTr="00D47500">
        <w:trPr>
          <w:trHeight w:val="761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8113855" w14:textId="77777777" w:rsidR="00912B6D" w:rsidRDefault="00912B6D" w:rsidP="00912B6D">
            <w:pPr>
              <w:spacing w:line="276" w:lineRule="auto"/>
            </w:pPr>
            <w:r>
              <w:t>Evaluare sumativă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7AAD3E4" w14:textId="77777777" w:rsidR="00912B6D" w:rsidRDefault="00912B6D" w:rsidP="00912B6D">
            <w:pPr>
              <w:spacing w:line="276" w:lineRule="auto"/>
              <w:jc w:val="center"/>
            </w:pPr>
            <w:r>
              <w:t>1.5, 2.5, 3.5,</w:t>
            </w:r>
          </w:p>
          <w:p w14:paraId="1F8FC8D1" w14:textId="77777777" w:rsidR="00912B6D" w:rsidRDefault="00912B6D" w:rsidP="00912B6D">
            <w:pPr>
              <w:spacing w:line="276" w:lineRule="auto"/>
              <w:jc w:val="center"/>
            </w:pPr>
            <w:r>
              <w:t>4.5, 5.1, 5.5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A17BE7C" w14:textId="77777777" w:rsidR="00912B6D" w:rsidRDefault="00912B6D" w:rsidP="00912B6D">
            <w:pPr>
              <w:spacing w:line="276" w:lineRule="auto"/>
            </w:pPr>
            <w:r>
              <w:t>- aplicarea testului sumativ;</w:t>
            </w:r>
          </w:p>
          <w:p w14:paraId="2BF37C9B" w14:textId="77777777" w:rsidR="00912B6D" w:rsidRDefault="00912B6D" w:rsidP="00912B6D">
            <w:pPr>
              <w:spacing w:line="276" w:lineRule="auto"/>
            </w:pPr>
            <w:r>
              <w:t>- prezentarea baremului de evaluare și notare;</w:t>
            </w:r>
          </w:p>
          <w:p w14:paraId="37000CD1" w14:textId="77777777" w:rsidR="00912B6D" w:rsidRDefault="00912B6D" w:rsidP="00912B6D">
            <w:pPr>
              <w:spacing w:line="276" w:lineRule="auto"/>
            </w:pPr>
            <w:r>
              <w:lastRenderedPageBreak/>
              <w:t>- analiza rezultatelor și stabilirea activităților remediale/de progres.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7F884D8" w14:textId="77777777" w:rsidR="00912B6D" w:rsidRDefault="00912B6D" w:rsidP="00912B6D">
            <w:pPr>
              <w:spacing w:line="276" w:lineRule="auto"/>
            </w:pPr>
            <w:r>
              <w:lastRenderedPageBreak/>
              <w:t>- test de evaluare sumativă</w:t>
            </w:r>
          </w:p>
          <w:p w14:paraId="340D20EB" w14:textId="77777777" w:rsidR="00912B6D" w:rsidRDefault="00912B6D" w:rsidP="00912B6D">
            <w:pPr>
              <w:spacing w:line="276" w:lineRule="auto"/>
            </w:pPr>
            <w:r>
              <w:t>- barem de evaluare și notare</w:t>
            </w:r>
          </w:p>
          <w:p w14:paraId="76B4B807" w14:textId="77777777" w:rsidR="00912B6D" w:rsidRDefault="00912B6D" w:rsidP="00912B6D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1C358A5" w14:textId="77777777" w:rsidR="00912B6D" w:rsidRPr="00A03B07" w:rsidRDefault="00912B6D" w:rsidP="00912B6D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Itemii propusi vizează  domeniile </w:t>
            </w:r>
            <w:r w:rsidRPr="00A03B07">
              <w:rPr>
                <w:rFonts w:cs="Arial"/>
                <w:lang w:eastAsia="ro-RO"/>
              </w:rPr>
              <w:lastRenderedPageBreak/>
              <w:t xml:space="preserve">cognitive ale  gândirii critice: </w:t>
            </w:r>
          </w:p>
          <w:p w14:paraId="1E2CA063" w14:textId="77777777" w:rsidR="00912B6D" w:rsidRPr="00A03B07" w:rsidRDefault="00912B6D" w:rsidP="00912B6D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cunoaştere </w:t>
            </w:r>
          </w:p>
          <w:p w14:paraId="3111C5C4" w14:textId="77777777" w:rsidR="00912B6D" w:rsidRPr="00A03B07" w:rsidRDefault="00912B6D" w:rsidP="00912B6D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aplicare </w:t>
            </w:r>
          </w:p>
          <w:p w14:paraId="0E04CA86" w14:textId="11DCB4D7" w:rsidR="00912B6D" w:rsidRDefault="00912B6D" w:rsidP="00912B6D">
            <w:pPr>
              <w:spacing w:line="276" w:lineRule="auto"/>
            </w:pPr>
            <w:r w:rsidRPr="00A03B07">
              <w:rPr>
                <w:rFonts w:cs="Arial"/>
                <w:lang w:eastAsia="ro-RO"/>
              </w:rPr>
              <w:t>• raţionament</w:t>
            </w:r>
          </w:p>
        </w:tc>
      </w:tr>
    </w:tbl>
    <w:p w14:paraId="15CC43FB" w14:textId="77777777" w:rsidR="007947FA" w:rsidRDefault="007947FA" w:rsidP="00E8589F">
      <w:pPr>
        <w:spacing w:line="276" w:lineRule="auto"/>
      </w:pPr>
    </w:p>
    <w:p w14:paraId="7B921486" w14:textId="77777777" w:rsidR="006567FB" w:rsidRDefault="006567FB" w:rsidP="00E8589F">
      <w:pPr>
        <w:spacing w:line="276" w:lineRule="auto"/>
      </w:pPr>
    </w:p>
    <w:p w14:paraId="686190F3" w14:textId="77777777" w:rsidR="006567FB" w:rsidRDefault="006567FB" w:rsidP="00E8589F">
      <w:pPr>
        <w:spacing w:line="276" w:lineRule="auto"/>
      </w:pPr>
    </w:p>
    <w:p w14:paraId="5858AE40" w14:textId="77777777" w:rsidR="007947FA" w:rsidRDefault="00D47500" w:rsidP="00E8589F">
      <w:pPr>
        <w:spacing w:line="276" w:lineRule="auto"/>
      </w:pPr>
      <w:r>
        <w:rPr>
          <w:b/>
        </w:rPr>
        <w:t>Unitatea 9. Soluții de acizi tari și de baze tari</w:t>
      </w:r>
    </w:p>
    <w:p w14:paraId="5D21C4AF" w14:textId="308C2C0D" w:rsidR="007947FA" w:rsidRDefault="00D47500" w:rsidP="00E8589F">
      <w:pPr>
        <w:spacing w:line="276" w:lineRule="auto"/>
      </w:pPr>
      <w:r>
        <w:t xml:space="preserve">Nr. ore alocate: </w:t>
      </w:r>
      <w:r w:rsidR="00D64640">
        <w:t>7</w:t>
      </w:r>
      <w:r>
        <w:t xml:space="preserve"> ore</w:t>
      </w:r>
    </w:p>
    <w:tbl>
      <w:tblPr>
        <w:tblStyle w:val="TableGrid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1723"/>
        <w:gridCol w:w="5404"/>
        <w:gridCol w:w="4385"/>
        <w:gridCol w:w="1958"/>
      </w:tblGrid>
      <w:tr w:rsidR="007947FA" w14:paraId="5C85D408" w14:textId="77777777" w:rsidTr="00D47500">
        <w:trPr>
          <w:trHeight w:val="522"/>
          <w:tblHeader/>
          <w:jc w:val="center"/>
        </w:trPr>
        <w:tc>
          <w:tcPr>
            <w:tcW w:w="211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835BF1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Conținuturi</w:t>
            </w:r>
          </w:p>
          <w:p w14:paraId="116B1BBF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detaliate</w:t>
            </w:r>
          </w:p>
        </w:tc>
        <w:tc>
          <w:tcPr>
            <w:tcW w:w="1723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143724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Competențe</w:t>
            </w:r>
          </w:p>
          <w:p w14:paraId="0394483C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specifice</w:t>
            </w:r>
          </w:p>
        </w:tc>
        <w:tc>
          <w:tcPr>
            <w:tcW w:w="5404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A3C557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Activități de învățare</w:t>
            </w:r>
          </w:p>
        </w:tc>
        <w:tc>
          <w:tcPr>
            <w:tcW w:w="438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D68681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Resurse</w:t>
            </w:r>
          </w:p>
        </w:tc>
        <w:tc>
          <w:tcPr>
            <w:tcW w:w="1958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F2CBEA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Evaluare</w:t>
            </w:r>
          </w:p>
        </w:tc>
      </w:tr>
      <w:tr w:rsidR="007947FA" w14:paraId="40CB834D" w14:textId="77777777" w:rsidTr="00D47500">
        <w:trPr>
          <w:trHeight w:val="1811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52412D9" w14:textId="77777777" w:rsidR="007947FA" w:rsidRDefault="00D47500" w:rsidP="00E8589F">
            <w:pPr>
              <w:spacing w:line="276" w:lineRule="auto"/>
            </w:pPr>
            <w:r>
              <w:t>9.1 Ionizarea acizilor monoprotici tari și disocierea bazelor monoprotice tari. Produsul ionic al apei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3F3BD71" w14:textId="77777777" w:rsidR="007947FA" w:rsidRDefault="00D47500" w:rsidP="00E8589F">
            <w:pPr>
              <w:spacing w:line="276" w:lineRule="auto"/>
              <w:jc w:val="center"/>
            </w:pPr>
            <w:r>
              <w:t>1.5, 2.5, 4.5,</w:t>
            </w:r>
          </w:p>
          <w:p w14:paraId="58B74AC7" w14:textId="77777777" w:rsidR="007947FA" w:rsidRDefault="00D47500" w:rsidP="00E8589F">
            <w:pPr>
              <w:spacing w:line="276" w:lineRule="auto"/>
              <w:jc w:val="center"/>
            </w:pPr>
            <w:r>
              <w:t>5.5, 6.5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ABC8D03" w14:textId="77777777" w:rsidR="007947FA" w:rsidRDefault="00D47500" w:rsidP="00E8589F">
            <w:pPr>
              <w:spacing w:line="276" w:lineRule="auto"/>
            </w:pPr>
            <w:r>
              <w:t>- identificarea acizilor monoprotici tari și a bazelor monoprotice tari;</w:t>
            </w:r>
          </w:p>
          <w:p w14:paraId="7E7A61F6" w14:textId="77777777" w:rsidR="007947FA" w:rsidRDefault="00D47500" w:rsidP="00E8589F">
            <w:pPr>
              <w:spacing w:line="276" w:lineRule="auto"/>
            </w:pPr>
            <w:r>
              <w:t>- scrierea ecuațiilor de ionizare/disociere;</w:t>
            </w:r>
          </w:p>
          <w:p w14:paraId="380D0B36" w14:textId="77777777" w:rsidR="007947FA" w:rsidRDefault="00D47500" w:rsidP="00E8589F">
            <w:pPr>
              <w:spacing w:line="276" w:lineRule="auto"/>
            </w:pPr>
            <w:r>
              <w:t>- explicarea autoionizării apei și utilizarea produsului ionic al apei la 25 °C;</w:t>
            </w:r>
          </w:p>
          <w:p w14:paraId="6773DF5F" w14:textId="77777777" w:rsidR="007947FA" w:rsidRDefault="00D47500" w:rsidP="00E8589F">
            <w:pPr>
              <w:spacing w:line="276" w:lineRule="auto"/>
            </w:pPr>
            <w:r>
              <w:t>- formularea concluziilor folosind terminologia specifică.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34D27A9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21F76AAB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2BC3E7A8" w14:textId="77777777" w:rsidR="007947FA" w:rsidRDefault="00D47500" w:rsidP="00E8589F">
            <w:pPr>
              <w:spacing w:line="276" w:lineRule="auto"/>
            </w:pPr>
            <w:r>
              <w:t>- conversație euristică</w:t>
            </w:r>
          </w:p>
          <w:p w14:paraId="159AE117" w14:textId="77777777" w:rsidR="007947FA" w:rsidRDefault="00D47500" w:rsidP="00E8589F">
            <w:pPr>
              <w:spacing w:line="276" w:lineRule="auto"/>
            </w:pPr>
            <w:r>
              <w:t>- modele/animații și fișe de lucru</w:t>
            </w:r>
          </w:p>
          <w:p w14:paraId="71B9E6A6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03D27076" w14:textId="6E95E8CE" w:rsidR="007947FA" w:rsidRDefault="00D64640" w:rsidP="00E8589F">
            <w:pPr>
              <w:spacing w:line="276" w:lineRule="auto"/>
              <w:jc w:val="right"/>
            </w:pPr>
            <w:r>
              <w:t>2</w:t>
            </w:r>
            <w:r w:rsidR="00D47500">
              <w:t xml:space="preserve"> or</w:t>
            </w:r>
            <w:r>
              <w:t>e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B30FF9D" w14:textId="77777777" w:rsidR="007947FA" w:rsidRDefault="00D47500" w:rsidP="00E8589F">
            <w:pPr>
              <w:spacing w:line="276" w:lineRule="auto"/>
            </w:pPr>
            <w:r>
              <w:t>Evaluare curentă orală</w:t>
            </w:r>
          </w:p>
          <w:p w14:paraId="61CAEBF8" w14:textId="77777777" w:rsidR="007947FA" w:rsidRDefault="00D47500" w:rsidP="00E8589F">
            <w:pPr>
              <w:spacing w:line="276" w:lineRule="auto"/>
            </w:pPr>
            <w:r>
              <w:t>Evaluarea fișelor de lucru</w:t>
            </w:r>
          </w:p>
        </w:tc>
      </w:tr>
      <w:tr w:rsidR="007947FA" w14:paraId="4B9CC575" w14:textId="77777777" w:rsidTr="00076B53">
        <w:trPr>
          <w:trHeight w:val="310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A7904A0" w14:textId="77777777" w:rsidR="007947FA" w:rsidRDefault="00D47500" w:rsidP="00E8589F">
            <w:pPr>
              <w:spacing w:line="276" w:lineRule="auto"/>
            </w:pPr>
            <w:r>
              <w:t>9.2 Calculul pH-ului soluțiilor apoase ale acizilor tari monoprotici și ale bazelor tari monoprotice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FB35E4A" w14:textId="77777777" w:rsidR="007947FA" w:rsidRDefault="00D47500" w:rsidP="00E8589F">
            <w:pPr>
              <w:spacing w:line="276" w:lineRule="auto"/>
              <w:jc w:val="center"/>
            </w:pPr>
            <w:r>
              <w:t>1.5, 2.5, 4.5,</w:t>
            </w:r>
          </w:p>
          <w:p w14:paraId="4F3539DD" w14:textId="77777777" w:rsidR="007947FA" w:rsidRDefault="00D47500" w:rsidP="00E8589F">
            <w:pPr>
              <w:spacing w:line="276" w:lineRule="auto"/>
              <w:jc w:val="center"/>
            </w:pPr>
            <w:r>
              <w:t>5.5, 6.5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99897DB" w14:textId="28EEDC20" w:rsidR="00D64640" w:rsidRPr="00D64640" w:rsidRDefault="00D64640" w:rsidP="00E8589F">
            <w:pPr>
              <w:spacing w:line="276" w:lineRule="auto"/>
            </w:pPr>
            <w:r w:rsidRPr="00D64640">
              <w:t xml:space="preserve">- </w:t>
            </w:r>
            <w:r>
              <w:rPr>
                <w:lang w:val="ro-RO"/>
              </w:rPr>
              <w:t>i</w:t>
            </w:r>
            <w:r w:rsidRPr="00D64640">
              <w:rPr>
                <w:lang w:val="ro-RO"/>
              </w:rPr>
              <w:t xml:space="preserve">dentificarea </w:t>
            </w:r>
            <w:r>
              <w:rPr>
                <w:lang w:val="ro-RO"/>
              </w:rPr>
              <w:t xml:space="preserve">experimentală </w:t>
            </w:r>
            <w:r w:rsidRPr="00D64640">
              <w:rPr>
                <w:lang w:val="ro-RO"/>
              </w:rPr>
              <w:t xml:space="preserve">unor acizi și baze cu ajutorul indicatorilor acido-bazici </w:t>
            </w:r>
            <w:r>
              <w:rPr>
                <w:lang w:val="ro-RO"/>
              </w:rPr>
              <w:t>într-o activitate pe grupe;</w:t>
            </w:r>
          </w:p>
          <w:p w14:paraId="0DC8C718" w14:textId="7A06953F" w:rsidR="00076B53" w:rsidRDefault="00076B53" w:rsidP="00E8589F">
            <w:pPr>
              <w:spacing w:line="276" w:lineRule="auto"/>
            </w:pPr>
            <w:r w:rsidRPr="00076B53">
              <w:t>- formularea concluziilor despre caracterul acido-bazic al unor soluții, în limbaj specific chimiei, după măsurarea pH-ului acestora, într-o activitate experimentală, pe grupe;</w:t>
            </w:r>
          </w:p>
          <w:p w14:paraId="47F9AC3A" w14:textId="530E7576" w:rsidR="007947FA" w:rsidRDefault="00D47500" w:rsidP="00E8589F">
            <w:pPr>
              <w:spacing w:line="276" w:lineRule="auto"/>
            </w:pPr>
            <w:r>
              <w:t xml:space="preserve">- </w:t>
            </w:r>
            <w:r w:rsidR="00A136CD">
              <w:t>u</w:t>
            </w:r>
            <w:r w:rsidR="00A136CD" w:rsidRPr="00A136CD">
              <w:t xml:space="preserve">tilizarea </w:t>
            </w:r>
            <w:r w:rsidR="00A136CD">
              <w:t>relațiilor de calcul al pH-ului</w:t>
            </w:r>
            <w:r w:rsidR="00A136CD" w:rsidRPr="00A136CD">
              <w:t xml:space="preserve"> în rezolvarea de probleme</w:t>
            </w:r>
            <w:r w:rsidR="00A136CD">
              <w:t xml:space="preserve">, </w:t>
            </w:r>
            <w:r w:rsidR="00A136CD" w:rsidRPr="00A136CD">
              <w:t>într-o activitate frontală</w:t>
            </w:r>
            <w:r>
              <w:t>;</w:t>
            </w:r>
          </w:p>
          <w:p w14:paraId="571ADACA" w14:textId="77777777" w:rsidR="007947FA" w:rsidRDefault="00D47500" w:rsidP="00E8589F">
            <w:pPr>
              <w:spacing w:line="276" w:lineRule="auto"/>
            </w:pPr>
            <w:r>
              <w:t>- evaluarea efectelor și riscurilor soluțiilor acide/bazice asupra sănătății și mediului.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C486D65" w14:textId="77777777" w:rsidR="007947FA" w:rsidRDefault="00D47500" w:rsidP="00E8589F">
            <w:pPr>
              <w:spacing w:line="276" w:lineRule="auto"/>
            </w:pPr>
            <w:r>
              <w:t>- activitate frontală, individuală și în echipă</w:t>
            </w:r>
          </w:p>
          <w:p w14:paraId="493342F3" w14:textId="77777777" w:rsidR="00D64640" w:rsidRPr="00D64640" w:rsidRDefault="00D47500" w:rsidP="00D64640">
            <w:pPr>
              <w:spacing w:line="276" w:lineRule="auto"/>
              <w:rPr>
                <w:lang w:val="ro-RO"/>
              </w:rPr>
            </w:pPr>
            <w:r w:rsidRPr="00D64640">
              <w:t xml:space="preserve">- </w:t>
            </w:r>
            <w:r w:rsidR="00D64640" w:rsidRPr="00D64640">
              <w:rPr>
                <w:lang w:val="ro-RO"/>
              </w:rPr>
              <w:t>substanțe și ustensile:</w:t>
            </w:r>
            <w:r w:rsidR="00D64640" w:rsidRPr="00D64640">
              <w:rPr>
                <w:b/>
                <w:bCs/>
                <w:lang w:val="ro-RO"/>
              </w:rPr>
              <w:t xml:space="preserve"> </w:t>
            </w:r>
            <w:r w:rsidR="00D64640" w:rsidRPr="00D64640">
              <w:rPr>
                <w:lang w:val="ro-RO"/>
              </w:rPr>
              <w:t>soluții de hidroxid de sodiu, acid clorhidric, fenolftaleină, metiloranj, turnesol, 5 eprubete cu apă carbogazoasă, săpun lichid, oțet, apă de gură, zeamă de</w:t>
            </w:r>
          </w:p>
          <w:p w14:paraId="419998C1" w14:textId="53E11F6A" w:rsidR="007947FA" w:rsidRDefault="00D64640" w:rsidP="00D64640">
            <w:pPr>
              <w:spacing w:line="276" w:lineRule="auto"/>
            </w:pPr>
            <w:r w:rsidRPr="00D64640">
              <w:rPr>
                <w:lang w:val="ro-RO"/>
              </w:rPr>
              <w:t>lămaie, baghetă de sticlă, sticlă de ceas, h</w:t>
            </w:r>
            <w:r>
              <w:rPr>
                <w:lang w:val="ro-RO"/>
              </w:rPr>
              <w:t>â</w:t>
            </w:r>
            <w:r w:rsidRPr="00D64640">
              <w:rPr>
                <w:lang w:val="ro-RO"/>
              </w:rPr>
              <w:t>rtie de pH.</w:t>
            </w:r>
          </w:p>
          <w:p w14:paraId="3C85EE85" w14:textId="77777777" w:rsidR="007947FA" w:rsidRDefault="00D47500" w:rsidP="00E8589F">
            <w:pPr>
              <w:spacing w:line="276" w:lineRule="auto"/>
            </w:pPr>
            <w:r>
              <w:t>- fișă de laborator și echipament de protecție</w:t>
            </w:r>
          </w:p>
          <w:p w14:paraId="791C25F3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47E8DFFA" w14:textId="33E4DC56" w:rsidR="007947FA" w:rsidRDefault="00D64640" w:rsidP="00E8589F">
            <w:pPr>
              <w:spacing w:line="276" w:lineRule="auto"/>
              <w:jc w:val="right"/>
            </w:pPr>
            <w:r>
              <w:t>2</w:t>
            </w:r>
            <w:r w:rsidR="00D47500">
              <w:t xml:space="preserve"> or</w:t>
            </w:r>
            <w:r>
              <w:t>e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086E951" w14:textId="77777777" w:rsidR="00D64640" w:rsidRDefault="00D64640" w:rsidP="00D64640">
            <w:pPr>
              <w:spacing w:line="276" w:lineRule="auto"/>
            </w:pPr>
            <w:r>
              <w:t>Observarea sistematică a elevilor</w:t>
            </w:r>
          </w:p>
          <w:p w14:paraId="53FE38A0" w14:textId="77777777" w:rsidR="00D64640" w:rsidRDefault="00D64640" w:rsidP="00D64640">
            <w:pPr>
              <w:spacing w:line="276" w:lineRule="auto"/>
            </w:pPr>
            <w:r>
              <w:t>Evaluare curentă orală</w:t>
            </w:r>
          </w:p>
          <w:p w14:paraId="07BBD310" w14:textId="581B9CCF" w:rsidR="007947FA" w:rsidRDefault="00D64640" w:rsidP="00D64640">
            <w:pPr>
              <w:spacing w:line="276" w:lineRule="auto"/>
            </w:pPr>
            <w:r w:rsidRPr="00A03B07">
              <w:rPr>
                <w:rFonts w:cs="Arial"/>
                <w:bCs/>
              </w:rPr>
              <w:t>Evaluarea modului de completare a fișelor pentru activitatea experimentală în echipă</w:t>
            </w:r>
          </w:p>
        </w:tc>
      </w:tr>
      <w:tr w:rsidR="00485A37" w14:paraId="06155E95" w14:textId="77777777" w:rsidTr="00076B53">
        <w:trPr>
          <w:trHeight w:val="310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6B5893C" w14:textId="3A58AA75" w:rsidR="00485A37" w:rsidRPr="00105B6C" w:rsidRDefault="00485A37" w:rsidP="00485A37">
            <w:pPr>
              <w:spacing w:line="276" w:lineRule="auto"/>
              <w:rPr>
                <w:rFonts w:cs="Arial"/>
                <w:lang w:val="ro-RO"/>
              </w:rPr>
            </w:pPr>
            <w:r>
              <w:lastRenderedPageBreak/>
              <w:t xml:space="preserve">9.3. Reacția de neutralizare </w:t>
            </w:r>
            <w:r w:rsidRPr="005458D1">
              <w:rPr>
                <w:rFonts w:cs="Arial"/>
              </w:rPr>
              <w:t>dintre un acid tare monoprotic și o bază tare monoprotică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D7280E4" w14:textId="77777777" w:rsidR="00485A37" w:rsidRDefault="00485A37" w:rsidP="00485A37">
            <w:pPr>
              <w:spacing w:line="276" w:lineRule="auto"/>
              <w:jc w:val="center"/>
            </w:pPr>
            <w:r>
              <w:t>1.5, 2.5, 4.5,</w:t>
            </w:r>
          </w:p>
          <w:p w14:paraId="4D5E9106" w14:textId="5CC78A83" w:rsidR="00485A37" w:rsidRDefault="00485A37" w:rsidP="00485A37">
            <w:pPr>
              <w:spacing w:line="276" w:lineRule="auto"/>
              <w:jc w:val="center"/>
            </w:pPr>
            <w:r>
              <w:t>5.5, 6.5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97D2D5A" w14:textId="77777777" w:rsidR="00485A37" w:rsidRDefault="00485A37" w:rsidP="00485A37">
            <w:pPr>
              <w:spacing w:line="276" w:lineRule="auto"/>
            </w:pPr>
            <w:r w:rsidRPr="006512FF">
              <w:t>- prezentarea concluziilor unui experiment în care s-a studiat reacția de neutralizare, utilizând limbajul de specialitate;</w:t>
            </w:r>
          </w:p>
          <w:p w14:paraId="3FEE5EEF" w14:textId="5F7A35A9" w:rsidR="00485A37" w:rsidRPr="00D64640" w:rsidRDefault="00485A37" w:rsidP="00485A37">
            <w:pPr>
              <w:spacing w:line="276" w:lineRule="auto"/>
            </w:pPr>
            <w:r>
              <w:t xml:space="preserve">- </w:t>
            </w:r>
            <w:r w:rsidRPr="00D7148A">
              <w:t xml:space="preserve">aplicarea algoritmilor specifici pentru rezolvarea unor probleme de calcul stoechiometric </w:t>
            </w:r>
            <w:r>
              <w:t>pe baza unor reacții de neutralizare dintre un acid tare monoprotic și o bază tare monoprotică.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173D817" w14:textId="77777777" w:rsidR="00485A37" w:rsidRDefault="00485A37" w:rsidP="00485A37">
            <w:pPr>
              <w:spacing w:line="276" w:lineRule="auto"/>
            </w:pPr>
            <w:r>
              <w:t>- activitate frontală</w:t>
            </w:r>
          </w:p>
          <w:p w14:paraId="1435D4AF" w14:textId="77777777" w:rsidR="00485A37" w:rsidRDefault="00485A37" w:rsidP="00485A37">
            <w:pPr>
              <w:spacing w:line="276" w:lineRule="auto"/>
            </w:pPr>
            <w:r>
              <w:t>- activitate individuală</w:t>
            </w:r>
          </w:p>
          <w:p w14:paraId="702CE762" w14:textId="77777777" w:rsidR="00485A37" w:rsidRDefault="00485A37" w:rsidP="00485A37">
            <w:pPr>
              <w:spacing w:line="276" w:lineRule="auto"/>
            </w:pPr>
            <w:r>
              <w:t>- conversație euristică</w:t>
            </w:r>
          </w:p>
          <w:p w14:paraId="05B58215" w14:textId="77777777" w:rsidR="00485A37" w:rsidRDefault="00485A37" w:rsidP="00485A37">
            <w:pPr>
              <w:spacing w:line="276" w:lineRule="auto"/>
            </w:pPr>
            <w:r>
              <w:t>- modele/animații și fișe de lucru</w:t>
            </w:r>
          </w:p>
          <w:p w14:paraId="1F4C0D43" w14:textId="77777777" w:rsidR="00485A37" w:rsidRDefault="00485A37" w:rsidP="00485A37">
            <w:pPr>
              <w:spacing w:line="276" w:lineRule="auto"/>
            </w:pPr>
            <w:r>
              <w:t>- manual școlar Chimie clasa a IX-a</w:t>
            </w:r>
          </w:p>
          <w:p w14:paraId="36BCC2CD" w14:textId="66CC63B1" w:rsidR="00485A37" w:rsidRDefault="00485A37" w:rsidP="00485A37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15B389A" w14:textId="77777777" w:rsidR="00485A37" w:rsidRDefault="00485A37" w:rsidP="00485A37">
            <w:pPr>
              <w:spacing w:line="276" w:lineRule="auto"/>
            </w:pPr>
            <w:r>
              <w:t>Evaluare curentă orală</w:t>
            </w:r>
          </w:p>
          <w:p w14:paraId="4C55AD8A" w14:textId="77777777" w:rsidR="00485A37" w:rsidRDefault="00485A37" w:rsidP="00485A37">
            <w:pPr>
              <w:spacing w:line="276" w:lineRule="auto"/>
            </w:pPr>
          </w:p>
          <w:p w14:paraId="028A135C" w14:textId="6397434F" w:rsidR="00485A37" w:rsidRDefault="00485A37" w:rsidP="00485A37">
            <w:pPr>
              <w:spacing w:line="276" w:lineRule="auto"/>
            </w:pPr>
            <w:r>
              <w:t>Evaluarea fișelor de lucru</w:t>
            </w:r>
          </w:p>
        </w:tc>
      </w:tr>
      <w:tr w:rsidR="00485A37" w14:paraId="40AC9843" w14:textId="77777777" w:rsidTr="00D47500">
        <w:trPr>
          <w:trHeight w:val="1811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84FFFA1" w14:textId="77777777" w:rsidR="00485A37" w:rsidRDefault="00485A37" w:rsidP="00485A37">
            <w:pPr>
              <w:spacing w:line="276" w:lineRule="auto"/>
            </w:pPr>
            <w:r>
              <w:t>Recapitulare. Proiect – „Ploaia acidă”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00EB36F" w14:textId="77777777" w:rsidR="00485A37" w:rsidRDefault="00485A37" w:rsidP="00485A37">
            <w:pPr>
              <w:spacing w:line="276" w:lineRule="auto"/>
              <w:jc w:val="center"/>
            </w:pPr>
            <w:r>
              <w:t>1.5, 2.5, 4.5,</w:t>
            </w:r>
          </w:p>
          <w:p w14:paraId="1F066B0A" w14:textId="77777777" w:rsidR="00485A37" w:rsidRDefault="00485A37" w:rsidP="00485A37">
            <w:pPr>
              <w:spacing w:line="276" w:lineRule="auto"/>
              <w:jc w:val="center"/>
            </w:pPr>
            <w:r>
              <w:t>5.5, 6.5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4451D92" w14:textId="77777777" w:rsidR="00485A37" w:rsidRDefault="00485A37" w:rsidP="00485A37">
            <w:pPr>
              <w:spacing w:line="276" w:lineRule="auto"/>
            </w:pPr>
            <w:r>
              <w:t>- exerciții de scriere a ecuațiilor de ionizare/disociere și de calcul al pH-ului;</w:t>
            </w:r>
          </w:p>
          <w:p w14:paraId="7A8C5A0E" w14:textId="77777777" w:rsidR="00485A37" w:rsidRDefault="00485A37" w:rsidP="00485A37">
            <w:pPr>
              <w:spacing w:line="276" w:lineRule="auto"/>
            </w:pPr>
            <w:r>
              <w:t>- rezolvarea unor situații-problemă privind soluțiile acide și bazice;</w:t>
            </w:r>
          </w:p>
          <w:p w14:paraId="69AAB07C" w14:textId="77777777" w:rsidR="00485A37" w:rsidRDefault="00485A37" w:rsidP="00485A37">
            <w:pPr>
              <w:spacing w:line="276" w:lineRule="auto"/>
            </w:pPr>
            <w:r>
              <w:t>- participarea la o investigație cu tema „Depinde culoarea florilor unei plante de pH-ul solului?” în care elevii se documentează din diferite surse, individual;</w:t>
            </w:r>
          </w:p>
          <w:p w14:paraId="7567BA20" w14:textId="77777777" w:rsidR="00485A37" w:rsidRDefault="00485A37" w:rsidP="00485A37">
            <w:pPr>
              <w:spacing w:line="276" w:lineRule="auto"/>
            </w:pPr>
            <w:r>
              <w:t>- realizarea proiectului „Ploaia acidă” și formularea unor măsuri de diminuare a impactului asupra mediului.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75C6552" w14:textId="77777777" w:rsidR="00485A37" w:rsidRDefault="00485A37" w:rsidP="00485A37">
            <w:pPr>
              <w:spacing w:line="276" w:lineRule="auto"/>
            </w:pPr>
            <w:r>
              <w:t>- activitate frontală și în echipă</w:t>
            </w:r>
          </w:p>
          <w:p w14:paraId="1EA7D2D5" w14:textId="77777777" w:rsidR="00485A37" w:rsidRDefault="00485A37" w:rsidP="00485A37">
            <w:pPr>
              <w:spacing w:line="276" w:lineRule="auto"/>
            </w:pPr>
            <w:r>
              <w:t>- fișe de recapitulare</w:t>
            </w:r>
          </w:p>
          <w:p w14:paraId="274FF944" w14:textId="3806620D" w:rsidR="00485A37" w:rsidRDefault="00485A37" w:rsidP="00485A37">
            <w:pPr>
              <w:spacing w:line="276" w:lineRule="auto"/>
            </w:pPr>
            <w:r>
              <w:t>- resurse digitale și materiale pentru prezentare</w:t>
            </w:r>
          </w:p>
          <w:p w14:paraId="421A6EE9" w14:textId="77777777" w:rsidR="00485A37" w:rsidRDefault="00485A37" w:rsidP="00485A37">
            <w:pPr>
              <w:spacing w:line="276" w:lineRule="auto"/>
            </w:pPr>
            <w:r>
              <w:t>- manual școlar Chimie clasa a IX-a</w:t>
            </w:r>
          </w:p>
          <w:p w14:paraId="0B1DA5E2" w14:textId="2F963FDE" w:rsidR="00485A37" w:rsidRDefault="00485A37" w:rsidP="00485A37">
            <w:pPr>
              <w:spacing w:line="276" w:lineRule="auto"/>
              <w:jc w:val="right"/>
            </w:pPr>
            <w:r>
              <w:t>2 ore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B717C49" w14:textId="77777777" w:rsidR="00485A37" w:rsidRDefault="00485A37" w:rsidP="00485A37">
            <w:pPr>
              <w:spacing w:line="276" w:lineRule="auto"/>
            </w:pPr>
            <w:r>
              <w:t>Evaluarea fișelor de lucru</w:t>
            </w:r>
          </w:p>
          <w:p w14:paraId="1BB9C44E" w14:textId="77777777" w:rsidR="00485A37" w:rsidRDefault="00485A37" w:rsidP="00485A37">
            <w:pPr>
              <w:spacing w:line="276" w:lineRule="auto"/>
            </w:pPr>
            <w:r>
              <w:t>Evaluarea proiectului</w:t>
            </w:r>
          </w:p>
        </w:tc>
      </w:tr>
      <w:tr w:rsidR="00485A37" w14:paraId="6C68755D" w14:textId="77777777" w:rsidTr="00E01311">
        <w:trPr>
          <w:trHeight w:val="1011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85A1776" w14:textId="77777777" w:rsidR="00485A37" w:rsidRDefault="00485A37" w:rsidP="00485A37">
            <w:pPr>
              <w:spacing w:line="276" w:lineRule="auto"/>
            </w:pPr>
            <w:r>
              <w:t>Evaluare sumativă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342CA87" w14:textId="77777777" w:rsidR="00485A37" w:rsidRDefault="00485A37" w:rsidP="00485A37">
            <w:pPr>
              <w:spacing w:line="276" w:lineRule="auto"/>
              <w:jc w:val="center"/>
            </w:pPr>
            <w:r>
              <w:t>1.5, 2.5, 4.5,</w:t>
            </w:r>
          </w:p>
          <w:p w14:paraId="646093E1" w14:textId="77777777" w:rsidR="00485A37" w:rsidRDefault="00485A37" w:rsidP="00485A37">
            <w:pPr>
              <w:spacing w:line="276" w:lineRule="auto"/>
              <w:jc w:val="center"/>
            </w:pPr>
            <w:r>
              <w:t>5.5, 6.5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815FBDF" w14:textId="77777777" w:rsidR="00485A37" w:rsidRDefault="00485A37" w:rsidP="00485A37">
            <w:pPr>
              <w:spacing w:line="276" w:lineRule="auto"/>
            </w:pPr>
            <w:r>
              <w:t>- aplicarea testului sumativ;</w:t>
            </w:r>
          </w:p>
          <w:p w14:paraId="2E6C91C0" w14:textId="77777777" w:rsidR="00485A37" w:rsidRDefault="00485A37" w:rsidP="00485A37">
            <w:pPr>
              <w:spacing w:line="276" w:lineRule="auto"/>
            </w:pPr>
            <w:r>
              <w:t>- prezentarea baremului și analiza rezultatelor.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6203045" w14:textId="77777777" w:rsidR="00485A37" w:rsidRDefault="00485A37" w:rsidP="00485A37">
            <w:pPr>
              <w:spacing w:line="276" w:lineRule="auto"/>
            </w:pPr>
            <w:r>
              <w:t>- test de evaluare sumativă</w:t>
            </w:r>
          </w:p>
          <w:p w14:paraId="6BE87F69" w14:textId="77777777" w:rsidR="00485A37" w:rsidRDefault="00485A37" w:rsidP="00485A37">
            <w:pPr>
              <w:spacing w:line="276" w:lineRule="auto"/>
            </w:pPr>
            <w:r>
              <w:t>- barem de evaluare și notare</w:t>
            </w:r>
          </w:p>
          <w:p w14:paraId="516CCFC3" w14:textId="77777777" w:rsidR="00485A37" w:rsidRDefault="00485A37" w:rsidP="00485A37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66B45FA" w14:textId="77777777" w:rsidR="00485A37" w:rsidRDefault="00485A37" w:rsidP="00485A37">
            <w:pPr>
              <w:spacing w:line="276" w:lineRule="auto"/>
            </w:pPr>
            <w:r>
              <w:t>Itemi care vizează cunoașterea, aplicarea și raționamentul</w:t>
            </w:r>
          </w:p>
        </w:tc>
      </w:tr>
    </w:tbl>
    <w:p w14:paraId="2899B16D" w14:textId="77777777" w:rsidR="00D64640" w:rsidRDefault="00D64640" w:rsidP="00E8589F">
      <w:pPr>
        <w:spacing w:line="276" w:lineRule="auto"/>
        <w:rPr>
          <w:b/>
        </w:rPr>
      </w:pPr>
    </w:p>
    <w:p w14:paraId="32E3C814" w14:textId="77777777" w:rsidR="00485A37" w:rsidRDefault="00485A37" w:rsidP="00E8589F">
      <w:pPr>
        <w:spacing w:line="276" w:lineRule="auto"/>
        <w:rPr>
          <w:b/>
        </w:rPr>
      </w:pPr>
    </w:p>
    <w:p w14:paraId="21213F23" w14:textId="77777777" w:rsidR="00485A37" w:rsidRDefault="00485A37" w:rsidP="00E8589F">
      <w:pPr>
        <w:spacing w:line="276" w:lineRule="auto"/>
        <w:rPr>
          <w:b/>
        </w:rPr>
      </w:pPr>
    </w:p>
    <w:p w14:paraId="2F0D91D4" w14:textId="77777777" w:rsidR="00485A37" w:rsidRDefault="00485A37" w:rsidP="00E8589F">
      <w:pPr>
        <w:spacing w:line="276" w:lineRule="auto"/>
        <w:rPr>
          <w:b/>
        </w:rPr>
      </w:pPr>
    </w:p>
    <w:p w14:paraId="3E2EE65F" w14:textId="77777777" w:rsidR="00485A37" w:rsidRDefault="00485A37" w:rsidP="00E8589F">
      <w:pPr>
        <w:spacing w:line="276" w:lineRule="auto"/>
        <w:rPr>
          <w:b/>
        </w:rPr>
      </w:pPr>
    </w:p>
    <w:p w14:paraId="0288C865" w14:textId="77777777" w:rsidR="00485A37" w:rsidRDefault="00485A37" w:rsidP="00E8589F">
      <w:pPr>
        <w:spacing w:line="276" w:lineRule="auto"/>
        <w:rPr>
          <w:b/>
        </w:rPr>
      </w:pPr>
    </w:p>
    <w:p w14:paraId="4488A5BF" w14:textId="77777777" w:rsidR="00485A37" w:rsidRDefault="00485A37" w:rsidP="00E8589F">
      <w:pPr>
        <w:spacing w:line="276" w:lineRule="auto"/>
        <w:rPr>
          <w:b/>
        </w:rPr>
      </w:pPr>
    </w:p>
    <w:p w14:paraId="6E7BD620" w14:textId="77777777" w:rsidR="00485A37" w:rsidRDefault="00485A37" w:rsidP="00E8589F">
      <w:pPr>
        <w:spacing w:line="276" w:lineRule="auto"/>
        <w:rPr>
          <w:b/>
        </w:rPr>
      </w:pPr>
    </w:p>
    <w:p w14:paraId="6A2105CB" w14:textId="77777777" w:rsidR="00485A37" w:rsidRDefault="00485A37" w:rsidP="00E8589F">
      <w:pPr>
        <w:spacing w:line="276" w:lineRule="auto"/>
        <w:rPr>
          <w:b/>
        </w:rPr>
      </w:pPr>
    </w:p>
    <w:p w14:paraId="594C40E8" w14:textId="77777777" w:rsidR="00485A37" w:rsidRDefault="00485A37" w:rsidP="00E8589F">
      <w:pPr>
        <w:spacing w:line="276" w:lineRule="auto"/>
        <w:rPr>
          <w:b/>
        </w:rPr>
      </w:pPr>
    </w:p>
    <w:p w14:paraId="3914CD37" w14:textId="77777777" w:rsidR="00485A37" w:rsidRDefault="00485A37" w:rsidP="00E8589F">
      <w:pPr>
        <w:spacing w:line="276" w:lineRule="auto"/>
        <w:rPr>
          <w:b/>
        </w:rPr>
      </w:pPr>
    </w:p>
    <w:p w14:paraId="49916899" w14:textId="6D170EA5" w:rsidR="007947FA" w:rsidRDefault="00D47500" w:rsidP="00E8589F">
      <w:pPr>
        <w:spacing w:line="276" w:lineRule="auto"/>
        <w:rPr>
          <w:b/>
        </w:rPr>
      </w:pPr>
      <w:r>
        <w:rPr>
          <w:b/>
        </w:rPr>
        <w:lastRenderedPageBreak/>
        <w:t>Unitatea 10. Starea gazoasă</w:t>
      </w:r>
    </w:p>
    <w:p w14:paraId="2F306507" w14:textId="77777777" w:rsidR="00485A37" w:rsidRDefault="00485A37" w:rsidP="00E8589F">
      <w:pPr>
        <w:spacing w:line="276" w:lineRule="auto"/>
      </w:pPr>
    </w:p>
    <w:p w14:paraId="6A6696D6" w14:textId="6EC073A2" w:rsidR="007947FA" w:rsidRDefault="00D47500" w:rsidP="00E8589F">
      <w:pPr>
        <w:spacing w:line="276" w:lineRule="auto"/>
      </w:pPr>
      <w:r>
        <w:t xml:space="preserve">Nr. ore alocate: </w:t>
      </w:r>
      <w:r w:rsidR="004970E1">
        <w:t>10</w:t>
      </w:r>
      <w:r>
        <w:t xml:space="preserve"> ore</w:t>
      </w:r>
    </w:p>
    <w:p w14:paraId="207DAC0E" w14:textId="77777777" w:rsidR="00485A37" w:rsidRDefault="00485A37" w:rsidP="00E8589F">
      <w:pPr>
        <w:spacing w:line="276" w:lineRule="auto"/>
      </w:pPr>
    </w:p>
    <w:tbl>
      <w:tblPr>
        <w:tblStyle w:val="TableGrid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1723"/>
        <w:gridCol w:w="5404"/>
        <w:gridCol w:w="4385"/>
        <w:gridCol w:w="1958"/>
      </w:tblGrid>
      <w:tr w:rsidR="007947FA" w14:paraId="3E06F555" w14:textId="77777777" w:rsidTr="00B02E75">
        <w:trPr>
          <w:trHeight w:val="508"/>
          <w:tblHeader/>
          <w:jc w:val="center"/>
        </w:trPr>
        <w:tc>
          <w:tcPr>
            <w:tcW w:w="211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B58719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Conținuturi</w:t>
            </w:r>
          </w:p>
          <w:p w14:paraId="5B0CD7D8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detaliate</w:t>
            </w:r>
          </w:p>
        </w:tc>
        <w:tc>
          <w:tcPr>
            <w:tcW w:w="1723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C16CC9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Competențe</w:t>
            </w:r>
          </w:p>
          <w:p w14:paraId="15772367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specifice</w:t>
            </w:r>
          </w:p>
        </w:tc>
        <w:tc>
          <w:tcPr>
            <w:tcW w:w="5404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95EBBB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Activități de învățare</w:t>
            </w:r>
          </w:p>
        </w:tc>
        <w:tc>
          <w:tcPr>
            <w:tcW w:w="438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811916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Resurse</w:t>
            </w:r>
          </w:p>
        </w:tc>
        <w:tc>
          <w:tcPr>
            <w:tcW w:w="1958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AC24A7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Evaluare</w:t>
            </w:r>
          </w:p>
        </w:tc>
      </w:tr>
      <w:tr w:rsidR="007947FA" w14:paraId="5D317648" w14:textId="77777777" w:rsidTr="00E01311">
        <w:trPr>
          <w:trHeight w:val="1762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BFE8F7A" w14:textId="77777777" w:rsidR="007947FA" w:rsidRDefault="00D47500" w:rsidP="00E8589F">
            <w:pPr>
              <w:spacing w:line="276" w:lineRule="auto"/>
            </w:pPr>
            <w:r>
              <w:t>10.1 Caracterizarea stării gazoase. Parametri de stare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FD30DBD" w14:textId="77777777" w:rsidR="007947FA" w:rsidRDefault="00D47500" w:rsidP="00E8589F">
            <w:pPr>
              <w:spacing w:line="276" w:lineRule="auto"/>
              <w:jc w:val="center"/>
            </w:pPr>
            <w:r>
              <w:t>1.6, 2.6, 3.6,</w:t>
            </w:r>
          </w:p>
          <w:p w14:paraId="3EC3045F" w14:textId="77777777" w:rsidR="007947FA" w:rsidRDefault="00D47500" w:rsidP="00E8589F">
            <w:pPr>
              <w:spacing w:line="276" w:lineRule="auto"/>
              <w:jc w:val="center"/>
            </w:pPr>
            <w:r>
              <w:t>4.6, 5.6, 6.6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A8B7BE3" w14:textId="77777777" w:rsidR="007947FA" w:rsidRDefault="00D47500" w:rsidP="00E8589F">
            <w:pPr>
              <w:spacing w:line="276" w:lineRule="auto"/>
            </w:pPr>
            <w:r>
              <w:t>- identificarea parametrilor de stare ai gazului ideal;</w:t>
            </w:r>
          </w:p>
          <w:p w14:paraId="341CA954" w14:textId="72FB9ABF" w:rsidR="007947FA" w:rsidRDefault="00D47500" w:rsidP="00E8589F">
            <w:pPr>
              <w:spacing w:line="276" w:lineRule="auto"/>
            </w:pPr>
            <w:r>
              <w:t xml:space="preserve">- </w:t>
            </w:r>
            <w:r w:rsidR="006567FB">
              <w:t xml:space="preserve">rezolvarea unor exerciții de </w:t>
            </w:r>
            <w:r>
              <w:t>convertire</w:t>
            </w:r>
            <w:r w:rsidR="006567FB">
              <w:t xml:space="preserve"> </w:t>
            </w:r>
            <w:r>
              <w:t>a unităților de măsură și utilizare</w:t>
            </w:r>
            <w:r w:rsidR="006567FB">
              <w:t xml:space="preserve"> </w:t>
            </w:r>
            <w:r>
              <w:t xml:space="preserve">a volumului molar în </w:t>
            </w:r>
            <w:r w:rsidR="006567FB">
              <w:t>calculi, într-o activitate frontală</w:t>
            </w:r>
            <w:r>
              <w:t>;</w:t>
            </w:r>
          </w:p>
          <w:p w14:paraId="3F064A88" w14:textId="77777777" w:rsidR="00A46B5B" w:rsidRDefault="00A46B5B" w:rsidP="00E8589F">
            <w:pPr>
              <w:spacing w:line="276" w:lineRule="auto"/>
            </w:pPr>
            <w:r w:rsidRPr="00A46B5B">
              <w:t xml:space="preserve">- explicarea relației de interdependență între cantitatea de substanță, masa molară, volumul molar și numărul lui Avogadro, într-o activitate frontală; </w:t>
            </w:r>
          </w:p>
          <w:p w14:paraId="62A2C839" w14:textId="409E9284" w:rsidR="00A46B5B" w:rsidRDefault="00D47500" w:rsidP="00E8589F">
            <w:pPr>
              <w:spacing w:line="276" w:lineRule="auto"/>
            </w:pPr>
            <w:r>
              <w:t>- deducerea utilizărilor unor substanțe gazoase pe baza proprietăților</w:t>
            </w:r>
            <w:r w:rsidR="00A46B5B">
              <w:t>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648D119" w14:textId="77777777" w:rsidR="00892791" w:rsidRPr="00A03B07" w:rsidRDefault="00892791" w:rsidP="00892791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activitate frontală</w:t>
            </w:r>
          </w:p>
          <w:p w14:paraId="228A8A1F" w14:textId="77777777" w:rsidR="00892791" w:rsidRPr="00A03B07" w:rsidRDefault="00892791" w:rsidP="00892791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activitate individuală</w:t>
            </w:r>
          </w:p>
          <w:p w14:paraId="37E1792A" w14:textId="77777777" w:rsidR="00892791" w:rsidRPr="00A03B07" w:rsidRDefault="00892791" w:rsidP="00892791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conversaţie euristică</w:t>
            </w:r>
          </w:p>
          <w:p w14:paraId="5FF2190C" w14:textId="77777777" w:rsidR="00892791" w:rsidRPr="00A03B07" w:rsidRDefault="00892791" w:rsidP="00892791">
            <w:pPr>
              <w:spacing w:line="276" w:lineRule="auto"/>
              <w:rPr>
                <w:rFonts w:cs="Arial"/>
                <w:iCs/>
                <w:lang w:eastAsia="ro-RO"/>
              </w:rPr>
            </w:pPr>
            <w:r w:rsidRPr="00A03B07">
              <w:rPr>
                <w:rFonts w:cs="Arial"/>
                <w:iCs/>
                <w:lang w:eastAsia="ro-RO"/>
              </w:rPr>
              <w:t>- fișe de lucru</w:t>
            </w:r>
          </w:p>
          <w:p w14:paraId="65B7C490" w14:textId="77777777" w:rsidR="00892791" w:rsidRPr="00A03B07" w:rsidRDefault="00892791" w:rsidP="00892791">
            <w:pPr>
              <w:spacing w:line="276" w:lineRule="auto"/>
              <w:rPr>
                <w:rFonts w:cs="Arial"/>
                <w:iCs/>
                <w:lang w:eastAsia="ro-RO"/>
              </w:rPr>
            </w:pPr>
            <w:r w:rsidRPr="00A03B07">
              <w:rPr>
                <w:rFonts w:cs="Arial"/>
                <w:bCs/>
              </w:rPr>
              <w:t>- m</w:t>
            </w:r>
            <w:r w:rsidRPr="00A03B07">
              <w:rPr>
                <w:rFonts w:cs="Arial"/>
                <w:iCs/>
                <w:lang w:eastAsia="ro-RO"/>
              </w:rPr>
              <w:t>anual școlar Chimie clasa a IX-a</w:t>
            </w:r>
          </w:p>
          <w:p w14:paraId="55FCB508" w14:textId="77777777" w:rsidR="00892791" w:rsidRPr="00A03B07" w:rsidRDefault="00892791" w:rsidP="00892791">
            <w:pPr>
              <w:spacing w:line="276" w:lineRule="auto"/>
              <w:rPr>
                <w:rFonts w:cs="Arial"/>
                <w:iCs/>
                <w:lang w:eastAsia="ro-RO"/>
              </w:rPr>
            </w:pPr>
            <w:r w:rsidRPr="00A03B07">
              <w:rPr>
                <w:rFonts w:cs="Arial"/>
                <w:iCs/>
                <w:lang w:eastAsia="ro-RO"/>
              </w:rPr>
              <w:t>- softuri educaționale</w:t>
            </w:r>
          </w:p>
          <w:p w14:paraId="750F2ADD" w14:textId="5AB9E340" w:rsidR="007947FA" w:rsidRDefault="00892791" w:rsidP="00892791">
            <w:pPr>
              <w:spacing w:line="276" w:lineRule="auto"/>
              <w:jc w:val="right"/>
            </w:pPr>
            <w:r w:rsidRPr="00A03B07">
              <w:rPr>
                <w:rFonts w:cs="Arial"/>
                <w:lang w:eastAsia="ro-RO"/>
              </w:rP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1EC5D90" w14:textId="77777777" w:rsidR="007947FA" w:rsidRDefault="00D47500" w:rsidP="00E8589F">
            <w:pPr>
              <w:spacing w:line="276" w:lineRule="auto"/>
            </w:pPr>
            <w:r>
              <w:t>Evaluare curentă orală</w:t>
            </w:r>
          </w:p>
          <w:p w14:paraId="311E87AD" w14:textId="77777777" w:rsidR="00E8589F" w:rsidRDefault="00E8589F" w:rsidP="00E8589F">
            <w:pPr>
              <w:spacing w:line="276" w:lineRule="auto"/>
            </w:pPr>
          </w:p>
          <w:p w14:paraId="43CE5220" w14:textId="77777777" w:rsidR="007947FA" w:rsidRDefault="00D47500" w:rsidP="00E8589F">
            <w:pPr>
              <w:spacing w:line="276" w:lineRule="auto"/>
            </w:pPr>
            <w:r>
              <w:t>Evaluarea fișelor de lucru</w:t>
            </w:r>
          </w:p>
        </w:tc>
      </w:tr>
      <w:tr w:rsidR="007947FA" w14:paraId="41BB7B45" w14:textId="77777777" w:rsidTr="00B02E75">
        <w:trPr>
          <w:trHeight w:val="2021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D938E22" w14:textId="77777777" w:rsidR="007947FA" w:rsidRDefault="00D47500" w:rsidP="00E8589F">
            <w:pPr>
              <w:spacing w:line="276" w:lineRule="auto"/>
            </w:pPr>
            <w:r>
              <w:t>10.2 Ecuația de stare a gazului ideal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0C0905C" w14:textId="77777777" w:rsidR="007947FA" w:rsidRDefault="00D47500" w:rsidP="00E8589F">
            <w:pPr>
              <w:spacing w:line="276" w:lineRule="auto"/>
              <w:jc w:val="center"/>
            </w:pPr>
            <w:r>
              <w:t>2.6, 3.6, 4.6,</w:t>
            </w:r>
          </w:p>
          <w:p w14:paraId="666EE360" w14:textId="77777777" w:rsidR="007947FA" w:rsidRDefault="00D47500" w:rsidP="00E8589F">
            <w:pPr>
              <w:spacing w:line="276" w:lineRule="auto"/>
              <w:jc w:val="center"/>
            </w:pPr>
            <w:r>
              <w:t>5.6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37A0700" w14:textId="77777777" w:rsidR="00A46B5B" w:rsidRDefault="00A46B5B" w:rsidP="00E8589F">
            <w:pPr>
              <w:spacing w:line="276" w:lineRule="auto"/>
            </w:pPr>
            <w:r w:rsidRPr="00A46B5B">
              <w:t>- calcularea masei/ presiunii/ volumului unui gaz din ecuația de stare a gazului ideal utilizând concepte specifice, într-o activitate frontală;</w:t>
            </w:r>
          </w:p>
          <w:p w14:paraId="72FE1C67" w14:textId="77777777" w:rsidR="00A46B5B" w:rsidRDefault="00A46B5B" w:rsidP="00E8589F">
            <w:pPr>
              <w:spacing w:line="276" w:lineRule="auto"/>
            </w:pPr>
            <w:r>
              <w:t>- explicarea modului în care variația unui parametru influențează ceilalți parametri;</w:t>
            </w:r>
          </w:p>
          <w:p w14:paraId="4715BE6E" w14:textId="0009ECA7" w:rsidR="007947FA" w:rsidRDefault="00D47500" w:rsidP="00E8589F">
            <w:pPr>
              <w:spacing w:line="276" w:lineRule="auto"/>
            </w:pPr>
            <w:r>
              <w:t xml:space="preserve">- interpretarea </w:t>
            </w:r>
            <w:r w:rsidR="00A46B5B" w:rsidRPr="00A46B5B">
              <w:t>ecuați</w:t>
            </w:r>
            <w:r w:rsidR="00A46B5B">
              <w:t>ei</w:t>
            </w:r>
            <w:r w:rsidR="00A46B5B" w:rsidRPr="00A46B5B">
              <w:t xml:space="preserve"> de stare a gazului ideal </w:t>
            </w:r>
            <w:r w:rsidR="00A46B5B">
              <w:t>pentru</w:t>
            </w:r>
            <w:r>
              <w:t xml:space="preserve"> selectarea unităților</w:t>
            </w:r>
            <w:r w:rsidR="00A46B5B">
              <w:t xml:space="preserve"> de măsură</w:t>
            </w:r>
            <w:r>
              <w:t xml:space="preserve"> compatibile;</w:t>
            </w:r>
          </w:p>
          <w:p w14:paraId="3976832C" w14:textId="32F1B0B0" w:rsidR="006567FB" w:rsidRDefault="00D47500" w:rsidP="00E8589F">
            <w:pPr>
              <w:spacing w:line="276" w:lineRule="auto"/>
            </w:pPr>
            <w:r>
              <w:t>- rezolvarea unor probleme stoechiometrice cu gaze</w:t>
            </w:r>
            <w:r w:rsidR="006567FB">
              <w:t xml:space="preserve"> aflate</w:t>
            </w:r>
            <w:r>
              <w:t xml:space="preserve"> în condiții diferite</w:t>
            </w:r>
            <w:r w:rsidR="006567FB">
              <w:t>, într-o activita</w:t>
            </w:r>
            <w:r w:rsidR="00485A37">
              <w:t>t</w:t>
            </w:r>
            <w:r w:rsidR="006567FB">
              <w:t>e individual</w:t>
            </w:r>
            <w:r w:rsidR="00485A37">
              <w:t>ă</w:t>
            </w:r>
            <w:r w:rsidR="006567FB">
              <w:t>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292F5F2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2AF1F8EA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7CBB4C9F" w14:textId="77777777" w:rsidR="007947FA" w:rsidRDefault="00D47500" w:rsidP="00E8589F">
            <w:pPr>
              <w:spacing w:line="276" w:lineRule="auto"/>
            </w:pPr>
            <w:r>
              <w:t>- simulări digitale</w:t>
            </w:r>
          </w:p>
          <w:p w14:paraId="0A87DDFA" w14:textId="348E2EFA" w:rsidR="00485A37" w:rsidRDefault="00485A37" w:rsidP="00E8589F">
            <w:pPr>
              <w:spacing w:line="276" w:lineRule="auto"/>
            </w:pPr>
            <w:r>
              <w:t>- fișe de lucru</w:t>
            </w:r>
          </w:p>
          <w:p w14:paraId="57B637FF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048F0DCD" w14:textId="158A0E9E" w:rsidR="007947FA" w:rsidRDefault="003E14C8" w:rsidP="00E8589F">
            <w:pPr>
              <w:spacing w:line="276" w:lineRule="auto"/>
              <w:jc w:val="right"/>
            </w:pPr>
            <w:r>
              <w:t>1</w:t>
            </w:r>
            <w:r w:rsidR="00D47500">
              <w:t xml:space="preserve"> or</w:t>
            </w:r>
            <w:r>
              <w:t>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3882BCD" w14:textId="77777777" w:rsidR="00280C4C" w:rsidRDefault="00280C4C" w:rsidP="00280C4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Observarea sistematică a elevilor</w:t>
            </w:r>
          </w:p>
          <w:p w14:paraId="22EE6AFF" w14:textId="77777777" w:rsidR="00280C4C" w:rsidRPr="00A03B07" w:rsidRDefault="00280C4C" w:rsidP="00280C4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</w:p>
          <w:p w14:paraId="0174C528" w14:textId="77777777" w:rsidR="00280C4C" w:rsidRPr="00A03B07" w:rsidRDefault="00280C4C" w:rsidP="00280C4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Evaluarea curentă orală</w:t>
            </w:r>
          </w:p>
          <w:p w14:paraId="522A7446" w14:textId="3DF880DF" w:rsidR="007947FA" w:rsidRDefault="007947FA" w:rsidP="00280C4C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E14C8" w14:paraId="29792EDC" w14:textId="77777777" w:rsidTr="00B02E75">
        <w:trPr>
          <w:trHeight w:val="2021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97F5A2E" w14:textId="2F72AC44" w:rsidR="003E14C8" w:rsidRDefault="003E14C8" w:rsidP="00E8589F">
            <w:pPr>
              <w:spacing w:line="276" w:lineRule="auto"/>
            </w:pPr>
            <w:r w:rsidRPr="003E14C8">
              <w:rPr>
                <w:lang w:val="ro-RO"/>
              </w:rPr>
              <w:t>10.3 Legea presiunilor parțiale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4AD3833" w14:textId="77777777" w:rsidR="00903AB9" w:rsidRPr="00903AB9" w:rsidRDefault="00903AB9" w:rsidP="00903AB9">
            <w:pPr>
              <w:spacing w:line="276" w:lineRule="auto"/>
              <w:jc w:val="center"/>
            </w:pPr>
            <w:r w:rsidRPr="00903AB9">
              <w:t>2.6, 3.6, 4.6,</w:t>
            </w:r>
          </w:p>
          <w:p w14:paraId="55B38441" w14:textId="6451F35D" w:rsidR="003E14C8" w:rsidRDefault="00903AB9" w:rsidP="00903AB9">
            <w:pPr>
              <w:spacing w:line="276" w:lineRule="auto"/>
              <w:jc w:val="center"/>
            </w:pPr>
            <w:r w:rsidRPr="00903AB9">
              <w:t>5.6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C177498" w14:textId="77777777" w:rsidR="003E14C8" w:rsidRDefault="00F23B26" w:rsidP="00E8589F">
            <w:pPr>
              <w:spacing w:line="276" w:lineRule="auto"/>
            </w:pPr>
            <w:r w:rsidRPr="00F23B26">
              <w:t>- calcularea presiunilor parțiale, utilizând concepte specifice, într-o activitate frontală;</w:t>
            </w:r>
          </w:p>
          <w:p w14:paraId="62E5A0E1" w14:textId="303ED74D" w:rsidR="00904331" w:rsidRDefault="00904331" w:rsidP="00E8589F">
            <w:pPr>
              <w:spacing w:line="276" w:lineRule="auto"/>
            </w:pPr>
            <w:r>
              <w:t xml:space="preserve">- </w:t>
            </w:r>
            <w:r w:rsidRPr="00D7148A">
              <w:t xml:space="preserve">determinarea </w:t>
            </w:r>
            <w:r>
              <w:t>presiunii totale</w:t>
            </w:r>
            <w:r w:rsidRPr="00D7148A">
              <w:t xml:space="preserve"> a unui amestec gazos </w:t>
            </w:r>
            <w:r>
              <w:t xml:space="preserve">și a presiunilor parțiale </w:t>
            </w:r>
            <w:r w:rsidRPr="00D7148A">
              <w:t xml:space="preserve">în funcție de compoziția procentuală volumetrică a gazelor componente și descrierea etapelor de rezolvare în limbaj chimic într-o activitate </w:t>
            </w:r>
            <w:r>
              <w:t>frontal</w:t>
            </w:r>
            <w:r w:rsidR="00E8589F">
              <w:t>ă</w:t>
            </w:r>
            <w:r>
              <w:t>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1D53262" w14:textId="77777777" w:rsidR="00E8589F" w:rsidRPr="00A03B07" w:rsidRDefault="00E8589F" w:rsidP="00E8589F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activitate frontală</w:t>
            </w:r>
          </w:p>
          <w:p w14:paraId="6AFA80C9" w14:textId="77777777" w:rsidR="00E8589F" w:rsidRPr="00A03B07" w:rsidRDefault="00E8589F" w:rsidP="00E8589F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activitate individuală</w:t>
            </w:r>
          </w:p>
          <w:p w14:paraId="272B9F27" w14:textId="77777777" w:rsidR="00E8589F" w:rsidRPr="00A03B07" w:rsidRDefault="00E8589F" w:rsidP="00E8589F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conversaţie euristică</w:t>
            </w:r>
          </w:p>
          <w:p w14:paraId="4F855696" w14:textId="77777777" w:rsidR="00E8589F" w:rsidRPr="00A03B07" w:rsidRDefault="00E8589F" w:rsidP="00E8589F">
            <w:pPr>
              <w:spacing w:line="276" w:lineRule="auto"/>
              <w:rPr>
                <w:rFonts w:cs="Arial"/>
                <w:iCs/>
                <w:lang w:eastAsia="ro-RO"/>
              </w:rPr>
            </w:pPr>
            <w:r w:rsidRPr="00A03B07">
              <w:rPr>
                <w:rFonts w:cs="Arial"/>
                <w:iCs/>
                <w:lang w:eastAsia="ro-RO"/>
              </w:rPr>
              <w:t>- fișe de lucru</w:t>
            </w:r>
          </w:p>
          <w:p w14:paraId="495793E8" w14:textId="77777777" w:rsidR="00E8589F" w:rsidRPr="00A03B07" w:rsidRDefault="00E8589F" w:rsidP="00E8589F">
            <w:pPr>
              <w:spacing w:line="276" w:lineRule="auto"/>
              <w:rPr>
                <w:rFonts w:cs="Arial"/>
                <w:iCs/>
                <w:lang w:eastAsia="ro-RO"/>
              </w:rPr>
            </w:pPr>
            <w:r w:rsidRPr="00A03B07">
              <w:rPr>
                <w:rFonts w:cs="Arial"/>
                <w:bCs/>
              </w:rPr>
              <w:t>- m</w:t>
            </w:r>
            <w:r w:rsidRPr="00A03B07">
              <w:rPr>
                <w:rFonts w:cs="Arial"/>
                <w:iCs/>
                <w:lang w:eastAsia="ro-RO"/>
              </w:rPr>
              <w:t>anual școlar Chimie clasa a IX-a</w:t>
            </w:r>
          </w:p>
          <w:p w14:paraId="3FD1F5D6" w14:textId="77777777" w:rsidR="00E8589F" w:rsidRPr="00A03B07" w:rsidRDefault="00E8589F" w:rsidP="00E8589F">
            <w:pPr>
              <w:spacing w:line="276" w:lineRule="auto"/>
              <w:rPr>
                <w:rFonts w:cs="Arial"/>
                <w:iCs/>
                <w:lang w:eastAsia="ro-RO"/>
              </w:rPr>
            </w:pPr>
            <w:r w:rsidRPr="00A03B07">
              <w:rPr>
                <w:rFonts w:cs="Arial"/>
                <w:iCs/>
                <w:lang w:eastAsia="ro-RO"/>
              </w:rPr>
              <w:t>- softuri educaționale</w:t>
            </w:r>
          </w:p>
          <w:p w14:paraId="1E59CDD4" w14:textId="74D0E250" w:rsidR="003E14C8" w:rsidRDefault="00E8589F" w:rsidP="00E8589F">
            <w:pPr>
              <w:spacing w:line="276" w:lineRule="auto"/>
              <w:jc w:val="right"/>
            </w:pPr>
            <w:r w:rsidRPr="00A03B07">
              <w:rPr>
                <w:rFonts w:cs="Arial"/>
                <w:lang w:eastAsia="ro-RO"/>
              </w:rP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88070BF" w14:textId="77777777" w:rsidR="00280C4C" w:rsidRPr="00A03B07" w:rsidRDefault="00280C4C" w:rsidP="00280C4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Observarea sistematică a elevilor</w:t>
            </w:r>
          </w:p>
          <w:p w14:paraId="55E20E0C" w14:textId="77777777" w:rsidR="00E8589F" w:rsidRPr="00A03B07" w:rsidRDefault="00E8589F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Evaluarea curentă orală</w:t>
            </w:r>
          </w:p>
          <w:p w14:paraId="7639FBAE" w14:textId="6292AE8A" w:rsidR="003E14C8" w:rsidRDefault="00E8589F" w:rsidP="00E8589F">
            <w:pPr>
              <w:spacing w:line="276" w:lineRule="auto"/>
            </w:pPr>
            <w:r w:rsidRPr="00A03B07">
              <w:rPr>
                <w:rFonts w:cs="Arial"/>
                <w:bCs/>
              </w:rPr>
              <w:t>Evaluarea fișelor de lucru</w:t>
            </w:r>
          </w:p>
        </w:tc>
      </w:tr>
      <w:tr w:rsidR="007947FA" w14:paraId="762273E9" w14:textId="77777777" w:rsidTr="00531C74">
        <w:trPr>
          <w:trHeight w:val="126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074D7BD" w14:textId="2AF5821B" w:rsidR="007947FA" w:rsidRDefault="00D47500" w:rsidP="00E8589F">
            <w:pPr>
              <w:spacing w:line="276" w:lineRule="auto"/>
            </w:pPr>
            <w:r>
              <w:t>10.</w:t>
            </w:r>
            <w:r w:rsidR="003E14C8">
              <w:t>4</w:t>
            </w:r>
            <w:r>
              <w:t xml:space="preserve"> Fracție molară. Masă molară medie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D85470D" w14:textId="77777777" w:rsidR="007947FA" w:rsidRDefault="00D47500" w:rsidP="00E8589F">
            <w:pPr>
              <w:spacing w:line="276" w:lineRule="auto"/>
              <w:jc w:val="center"/>
            </w:pPr>
            <w:r>
              <w:t>2.6, 3.6, 4.6,</w:t>
            </w:r>
          </w:p>
          <w:p w14:paraId="6D038BF2" w14:textId="77777777" w:rsidR="007947FA" w:rsidRDefault="00D47500" w:rsidP="00E8589F">
            <w:pPr>
              <w:spacing w:line="276" w:lineRule="auto"/>
              <w:jc w:val="center"/>
            </w:pPr>
            <w:r>
              <w:t>5.6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BB879E0" w14:textId="0C01FC42" w:rsidR="00F23B26" w:rsidRDefault="00F23B26" w:rsidP="00E8589F">
            <w:pPr>
              <w:spacing w:line="276" w:lineRule="auto"/>
            </w:pPr>
            <w:r w:rsidRPr="00F23B26">
              <w:t>- calcularea fracțiilor molare/ maselor molare medii, utilizând concepte specifice, într-o activitate frontală;</w:t>
            </w:r>
          </w:p>
          <w:p w14:paraId="722601DA" w14:textId="71ADA5F1" w:rsidR="00D7148A" w:rsidRDefault="00D7148A" w:rsidP="00531C74">
            <w:pPr>
              <w:spacing w:line="276" w:lineRule="auto"/>
            </w:pPr>
            <w:r>
              <w:lastRenderedPageBreak/>
              <w:t xml:space="preserve">- </w:t>
            </w:r>
            <w:r w:rsidRPr="00D7148A">
              <w:t>determinarea masei molare medii a unui amestec gazos în funcție de compoziția procentuală volumetrică a gazelor componente și descrierea etapelor de rezolvare în limbaj chimic într-o activitate frontală;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721FEF5" w14:textId="77777777" w:rsidR="007947FA" w:rsidRDefault="00D47500" w:rsidP="00E8589F">
            <w:pPr>
              <w:spacing w:line="276" w:lineRule="auto"/>
            </w:pPr>
            <w:r>
              <w:lastRenderedPageBreak/>
              <w:t>- activitate frontală</w:t>
            </w:r>
          </w:p>
          <w:p w14:paraId="2E3ED319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3B35349C" w14:textId="6BBB6E3A" w:rsidR="007947FA" w:rsidRDefault="00D47500" w:rsidP="00E8589F">
            <w:pPr>
              <w:spacing w:line="276" w:lineRule="auto"/>
            </w:pPr>
            <w:r>
              <w:lastRenderedPageBreak/>
              <w:t xml:space="preserve">- fișe de lucru </w:t>
            </w:r>
          </w:p>
          <w:p w14:paraId="646083AE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65A88C98" w14:textId="68C7F6CB" w:rsidR="007947FA" w:rsidRDefault="004970E1" w:rsidP="00E8589F">
            <w:pPr>
              <w:spacing w:line="276" w:lineRule="auto"/>
              <w:jc w:val="right"/>
            </w:pPr>
            <w:r>
              <w:t>2</w:t>
            </w:r>
            <w:r w:rsidR="00D47500">
              <w:t xml:space="preserve"> or</w:t>
            </w:r>
            <w:r>
              <w:t>e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C2179FA" w14:textId="77777777" w:rsidR="00E8589F" w:rsidRPr="00A03B07" w:rsidRDefault="00E8589F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lastRenderedPageBreak/>
              <w:t>Evaluarea curentă orală</w:t>
            </w:r>
          </w:p>
          <w:p w14:paraId="0B514297" w14:textId="77777777" w:rsidR="00E8589F" w:rsidRPr="00A03B07" w:rsidRDefault="00E8589F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lastRenderedPageBreak/>
              <w:t>Observarea sistematică a elevilor</w:t>
            </w:r>
          </w:p>
          <w:p w14:paraId="0E2680A8" w14:textId="47745B5E" w:rsidR="007947FA" w:rsidRDefault="00E8589F" w:rsidP="00E8589F">
            <w:pPr>
              <w:spacing w:line="276" w:lineRule="auto"/>
            </w:pPr>
            <w:r w:rsidRPr="00A03B07">
              <w:rPr>
                <w:rFonts w:cs="Arial"/>
                <w:bCs/>
              </w:rPr>
              <w:t>Evaluarea fișelor de lucru</w:t>
            </w:r>
          </w:p>
        </w:tc>
      </w:tr>
      <w:tr w:rsidR="007947FA" w14:paraId="22318FA8" w14:textId="77777777" w:rsidTr="00B02E75">
        <w:trPr>
          <w:trHeight w:val="2021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2C5AB68" w14:textId="3594A26F" w:rsidR="007947FA" w:rsidRDefault="00D47500" w:rsidP="00E8589F">
            <w:pPr>
              <w:spacing w:line="276" w:lineRule="auto"/>
            </w:pPr>
            <w:r>
              <w:lastRenderedPageBreak/>
              <w:t>10.</w:t>
            </w:r>
            <w:r w:rsidR="003E14C8">
              <w:t>5</w:t>
            </w:r>
            <w:r>
              <w:t xml:space="preserve"> </w:t>
            </w:r>
            <w:r w:rsidR="003E14C8" w:rsidRPr="003E14C8">
              <w:rPr>
                <w:lang w:val="ro-RO"/>
              </w:rPr>
              <w:t>Densitatea gazelor. Densitate absolută și densitate relativă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44D6EB4" w14:textId="77777777" w:rsidR="007947FA" w:rsidRDefault="00D47500" w:rsidP="00E8589F">
            <w:pPr>
              <w:spacing w:line="276" w:lineRule="auto"/>
              <w:jc w:val="center"/>
            </w:pPr>
            <w:r>
              <w:t>1.6, 2.6, 3.6,</w:t>
            </w:r>
          </w:p>
          <w:p w14:paraId="799CB286" w14:textId="77777777" w:rsidR="007947FA" w:rsidRDefault="00D47500" w:rsidP="00E8589F">
            <w:pPr>
              <w:spacing w:line="276" w:lineRule="auto"/>
              <w:jc w:val="center"/>
            </w:pPr>
            <w:r>
              <w:t>4.6, 5.6, 6.6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337239A" w14:textId="355DAA8E" w:rsidR="00F23B26" w:rsidRDefault="00F23B26" w:rsidP="00E8589F">
            <w:pPr>
              <w:spacing w:line="276" w:lineRule="auto"/>
            </w:pPr>
            <w:r w:rsidRPr="00F23B26">
              <w:t>- calcularea densității relative/ absolute, utilizând concepte specifice, într-o activitate frontală;</w:t>
            </w:r>
          </w:p>
          <w:p w14:paraId="6112D5F3" w14:textId="28D5813F" w:rsidR="007947FA" w:rsidRDefault="00531C74" w:rsidP="00E8589F">
            <w:pPr>
              <w:spacing w:line="276" w:lineRule="auto"/>
            </w:pPr>
            <w:r>
              <w:t xml:space="preserve">- </w:t>
            </w:r>
            <w:r w:rsidRPr="00D7148A">
              <w:t xml:space="preserve">determinarea masei molare a unui gaz în funcție de </w:t>
            </w:r>
            <w:r>
              <w:t>densitate / densitatea absolută / densitatea relativă față de alt gaz sau față de aer</w:t>
            </w:r>
            <w:r w:rsidRPr="00D7148A">
              <w:t xml:space="preserve"> și descrierea etapelor de rezolvare în limbaj chimic într-o activitate </w:t>
            </w:r>
            <w:r>
              <w:t>frontal</w:t>
            </w:r>
            <w:r w:rsidR="006567FB">
              <w:t>ă</w:t>
            </w:r>
            <w:r>
              <w:t>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AA6B441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585DE772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2584E558" w14:textId="77777777" w:rsidR="007947FA" w:rsidRDefault="00D47500" w:rsidP="00E8589F">
            <w:pPr>
              <w:spacing w:line="276" w:lineRule="auto"/>
            </w:pPr>
            <w:r>
              <w:t>- conversație euristică</w:t>
            </w:r>
          </w:p>
          <w:p w14:paraId="765F2E24" w14:textId="2D43749D" w:rsidR="007947FA" w:rsidRDefault="00D47500" w:rsidP="00E8589F">
            <w:pPr>
              <w:spacing w:line="276" w:lineRule="auto"/>
            </w:pPr>
            <w:r>
              <w:t xml:space="preserve">- fișe de lucru </w:t>
            </w:r>
          </w:p>
          <w:p w14:paraId="3C7A1EBA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33F9A4F5" w14:textId="048DD72D" w:rsidR="007947FA" w:rsidRDefault="004970E1" w:rsidP="00E8589F">
            <w:pPr>
              <w:spacing w:line="276" w:lineRule="auto"/>
              <w:jc w:val="right"/>
            </w:pPr>
            <w:r>
              <w:t>2</w:t>
            </w:r>
            <w:r w:rsidR="00D47500">
              <w:t xml:space="preserve"> or</w:t>
            </w:r>
            <w:r>
              <w:t>e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0C0F929" w14:textId="77777777" w:rsidR="00E8589F" w:rsidRPr="00A03B07" w:rsidRDefault="00E8589F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Evaluarea curentă orală</w:t>
            </w:r>
          </w:p>
          <w:p w14:paraId="67D9D373" w14:textId="77777777" w:rsidR="00E8589F" w:rsidRPr="00A03B07" w:rsidRDefault="00E8589F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Observarea sistematică a elevilor</w:t>
            </w:r>
          </w:p>
          <w:p w14:paraId="4C34D739" w14:textId="39DA4790" w:rsidR="007947FA" w:rsidRDefault="00E8589F" w:rsidP="00E8589F">
            <w:pPr>
              <w:spacing w:line="276" w:lineRule="auto"/>
            </w:pPr>
            <w:r w:rsidRPr="00A03B07">
              <w:rPr>
                <w:rFonts w:cs="Arial"/>
                <w:bCs/>
              </w:rPr>
              <w:t>Evaluarea fișelor de lucru</w:t>
            </w:r>
          </w:p>
        </w:tc>
      </w:tr>
      <w:tr w:rsidR="007947FA" w14:paraId="00F44ADC" w14:textId="77777777" w:rsidTr="00B02E75">
        <w:trPr>
          <w:trHeight w:val="1514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260F3B9" w14:textId="77777777" w:rsidR="007947FA" w:rsidRDefault="00D47500" w:rsidP="00E8589F">
            <w:pPr>
              <w:spacing w:line="276" w:lineRule="auto"/>
            </w:pPr>
            <w:r>
              <w:t>Recapitulare. Proiect – „Poluarea atmosferică”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C72FC4A" w14:textId="77777777" w:rsidR="007947FA" w:rsidRDefault="00D47500" w:rsidP="00E8589F">
            <w:pPr>
              <w:spacing w:line="276" w:lineRule="auto"/>
              <w:jc w:val="center"/>
            </w:pPr>
            <w:r>
              <w:t>1.6, 2.6, 3.6,</w:t>
            </w:r>
          </w:p>
          <w:p w14:paraId="224574EE" w14:textId="77777777" w:rsidR="007947FA" w:rsidRDefault="00D47500" w:rsidP="00E8589F">
            <w:pPr>
              <w:spacing w:line="276" w:lineRule="auto"/>
              <w:jc w:val="center"/>
            </w:pPr>
            <w:r>
              <w:t>4.6, 5.6, 6.6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DA3A454" w14:textId="77777777" w:rsidR="007947FA" w:rsidRDefault="00D47500" w:rsidP="00E8589F">
            <w:pPr>
              <w:spacing w:line="276" w:lineRule="auto"/>
            </w:pPr>
            <w:r>
              <w:t>- recapitularea relațiilor de calcul studiate și rezolvarea unor situații-problemă;</w:t>
            </w:r>
          </w:p>
          <w:p w14:paraId="69E40A7F" w14:textId="77777777" w:rsidR="007947FA" w:rsidRDefault="00D47500" w:rsidP="00E8589F">
            <w:pPr>
              <w:spacing w:line="276" w:lineRule="auto"/>
            </w:pPr>
            <w:r>
              <w:t>- explicarea corelațiilor dintre parametrii de stare;</w:t>
            </w:r>
          </w:p>
          <w:p w14:paraId="1CBE1E7B" w14:textId="77777777" w:rsidR="00531C74" w:rsidRDefault="00531C74" w:rsidP="00E8589F">
            <w:pPr>
              <w:spacing w:line="276" w:lineRule="auto"/>
            </w:pPr>
            <w:r>
              <w:t>- formularea măsurilor de prevenire a accidentelor cu gaze sub presiune, combustibile sau toxice;</w:t>
            </w:r>
          </w:p>
          <w:p w14:paraId="6C739E20" w14:textId="5772A58E" w:rsidR="007947FA" w:rsidRDefault="00D47500" w:rsidP="00E8589F">
            <w:pPr>
              <w:spacing w:line="276" w:lineRule="auto"/>
            </w:pPr>
            <w:r>
              <w:t xml:space="preserve">- realizarea </w:t>
            </w:r>
            <w:r w:rsidR="006567FB">
              <w:t xml:space="preserve">și prezentarea </w:t>
            </w:r>
            <w:r>
              <w:t>proiectului „Poluarea atmosferică” și formularea unor măsuri de prevenire/diminuare a efectelor poluării.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A86125C" w14:textId="77777777" w:rsidR="007947FA" w:rsidRDefault="00D47500" w:rsidP="00E8589F">
            <w:pPr>
              <w:spacing w:line="276" w:lineRule="auto"/>
            </w:pPr>
            <w:r>
              <w:t>- activitate frontală și în echipă</w:t>
            </w:r>
          </w:p>
          <w:p w14:paraId="747B1A14" w14:textId="77777777" w:rsidR="007947FA" w:rsidRDefault="00D47500" w:rsidP="00E8589F">
            <w:pPr>
              <w:spacing w:line="276" w:lineRule="auto"/>
            </w:pPr>
            <w:r>
              <w:t>- fișe de recapitulare</w:t>
            </w:r>
          </w:p>
          <w:p w14:paraId="31A4561F" w14:textId="7394AF11" w:rsidR="007947FA" w:rsidRDefault="00D47500" w:rsidP="00E8589F">
            <w:pPr>
              <w:spacing w:line="276" w:lineRule="auto"/>
            </w:pPr>
            <w:r>
              <w:t xml:space="preserve">- </w:t>
            </w:r>
            <w:r w:rsidR="00280C4C">
              <w:t xml:space="preserve">resurse digitale </w:t>
            </w:r>
            <w:r>
              <w:t>și materiale pentru prezentare</w:t>
            </w:r>
          </w:p>
          <w:p w14:paraId="0888A9A0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7DE001BD" w14:textId="7AAC75AE" w:rsidR="007947FA" w:rsidRDefault="004970E1" w:rsidP="00E8589F">
            <w:pPr>
              <w:spacing w:line="276" w:lineRule="auto"/>
              <w:jc w:val="right"/>
            </w:pPr>
            <w:r>
              <w:t>2</w:t>
            </w:r>
            <w:r w:rsidR="00D47500">
              <w:t xml:space="preserve"> or</w:t>
            </w:r>
            <w:r>
              <w:t>e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5AFACB8" w14:textId="77777777" w:rsidR="007947FA" w:rsidRDefault="00D47500" w:rsidP="00E8589F">
            <w:pPr>
              <w:spacing w:line="276" w:lineRule="auto"/>
            </w:pPr>
            <w:r>
              <w:t>Evaluarea fișelor de lucru</w:t>
            </w:r>
          </w:p>
          <w:p w14:paraId="7969D273" w14:textId="77777777" w:rsidR="00E8589F" w:rsidRDefault="00E8589F" w:rsidP="00E8589F">
            <w:pPr>
              <w:spacing w:line="276" w:lineRule="auto"/>
            </w:pPr>
          </w:p>
          <w:p w14:paraId="0F81C878" w14:textId="77777777" w:rsidR="007947FA" w:rsidRDefault="00D47500" w:rsidP="00E8589F">
            <w:pPr>
              <w:spacing w:line="276" w:lineRule="auto"/>
            </w:pPr>
            <w:r>
              <w:t>Evaluarea proiectului</w:t>
            </w:r>
          </w:p>
        </w:tc>
      </w:tr>
      <w:tr w:rsidR="007947FA" w14:paraId="19A5799B" w14:textId="77777777" w:rsidTr="00E01311">
        <w:trPr>
          <w:trHeight w:val="700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6E8944B" w14:textId="77777777" w:rsidR="007947FA" w:rsidRDefault="00D47500" w:rsidP="00E8589F">
            <w:pPr>
              <w:spacing w:line="276" w:lineRule="auto"/>
            </w:pPr>
            <w:r>
              <w:t>Evaluare sumativă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38DC7D5" w14:textId="77777777" w:rsidR="007947FA" w:rsidRDefault="00D47500" w:rsidP="00E8589F">
            <w:pPr>
              <w:spacing w:line="276" w:lineRule="auto"/>
              <w:jc w:val="center"/>
            </w:pPr>
            <w:r>
              <w:t>1.6, 2.6, 3.6,</w:t>
            </w:r>
          </w:p>
          <w:p w14:paraId="4137F95D" w14:textId="77777777" w:rsidR="007947FA" w:rsidRDefault="00D47500" w:rsidP="00E8589F">
            <w:pPr>
              <w:spacing w:line="276" w:lineRule="auto"/>
              <w:jc w:val="center"/>
            </w:pPr>
            <w:r>
              <w:t>4.6, 5.6, 6.6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B664D76" w14:textId="77777777" w:rsidR="007947FA" w:rsidRDefault="00D47500" w:rsidP="00E8589F">
            <w:pPr>
              <w:spacing w:line="276" w:lineRule="auto"/>
            </w:pPr>
            <w:r>
              <w:t>- aplicarea testului sumativ;</w:t>
            </w:r>
          </w:p>
          <w:p w14:paraId="3EB67831" w14:textId="77777777" w:rsidR="007947FA" w:rsidRDefault="00D47500" w:rsidP="00E8589F">
            <w:pPr>
              <w:spacing w:line="276" w:lineRule="auto"/>
            </w:pPr>
            <w:r>
              <w:t>- prezentarea baremului de evaluare și notare;</w:t>
            </w:r>
          </w:p>
          <w:p w14:paraId="792DBED9" w14:textId="77777777" w:rsidR="007947FA" w:rsidRDefault="00D47500" w:rsidP="00E8589F">
            <w:pPr>
              <w:spacing w:line="276" w:lineRule="auto"/>
            </w:pPr>
            <w:r>
              <w:t>- analiza rezultatelor și feedback.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AFF7CDF" w14:textId="77777777" w:rsidR="007947FA" w:rsidRDefault="00D47500" w:rsidP="00E8589F">
            <w:pPr>
              <w:spacing w:line="276" w:lineRule="auto"/>
            </w:pPr>
            <w:r>
              <w:t>- test de evaluare sumativă</w:t>
            </w:r>
          </w:p>
          <w:p w14:paraId="66666288" w14:textId="77777777" w:rsidR="007947FA" w:rsidRDefault="00D47500" w:rsidP="00E8589F">
            <w:pPr>
              <w:spacing w:line="276" w:lineRule="auto"/>
            </w:pPr>
            <w:r>
              <w:t>- barem de evaluare și notare</w:t>
            </w:r>
          </w:p>
          <w:p w14:paraId="00DEEE6D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824A724" w14:textId="200435A2" w:rsidR="00904331" w:rsidRPr="00A03B07" w:rsidRDefault="00904331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>Itemii propu</w:t>
            </w:r>
            <w:r w:rsidR="00903AB9">
              <w:rPr>
                <w:rFonts w:cs="Arial"/>
                <w:lang w:eastAsia="ro-RO"/>
              </w:rPr>
              <w:t>ș</w:t>
            </w:r>
            <w:r w:rsidRPr="00A03B07">
              <w:rPr>
                <w:rFonts w:cs="Arial"/>
                <w:lang w:eastAsia="ro-RO"/>
              </w:rPr>
              <w:t xml:space="preserve">i vizează  domeniile cognitive ale  gândirii critice: </w:t>
            </w:r>
          </w:p>
          <w:p w14:paraId="312D1A52" w14:textId="77777777" w:rsidR="00904331" w:rsidRPr="00A03B07" w:rsidRDefault="00904331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cunoaştere </w:t>
            </w:r>
          </w:p>
          <w:p w14:paraId="2A579A93" w14:textId="77777777" w:rsidR="00904331" w:rsidRPr="00A03B07" w:rsidRDefault="00904331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aplicare </w:t>
            </w:r>
          </w:p>
          <w:p w14:paraId="036D781C" w14:textId="7DD1CA9F" w:rsidR="007947FA" w:rsidRDefault="00904331" w:rsidP="00E8589F">
            <w:pPr>
              <w:spacing w:line="276" w:lineRule="auto"/>
            </w:pPr>
            <w:r w:rsidRPr="00A03B07">
              <w:rPr>
                <w:rFonts w:cs="Arial"/>
                <w:lang w:eastAsia="ro-RO"/>
              </w:rPr>
              <w:t>• raţionament</w:t>
            </w:r>
          </w:p>
        </w:tc>
      </w:tr>
    </w:tbl>
    <w:p w14:paraId="7C36ED74" w14:textId="77777777" w:rsidR="00D47500" w:rsidRDefault="00D47500" w:rsidP="00E8589F">
      <w:pPr>
        <w:spacing w:line="276" w:lineRule="auto"/>
      </w:pPr>
    </w:p>
    <w:sectPr w:rsidR="00D47500" w:rsidSect="00D47500">
      <w:pgSz w:w="16838" w:h="11906" w:orient="landscape"/>
      <w:pgMar w:top="992" w:right="567" w:bottom="567" w:left="567" w:header="505" w:footer="5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ira Sans Condensed SemiBold">
    <w:altName w:val="Fira Sans Condensed SemiBold"/>
    <w:panose1 w:val="020B0603050000020004"/>
    <w:charset w:val="00"/>
    <w:family w:val="swiss"/>
    <w:pitch w:val="variable"/>
    <w:sig w:usb0="600002FF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52395C"/>
    <w:multiLevelType w:val="hybridMultilevel"/>
    <w:tmpl w:val="8ECA5A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316B1"/>
    <w:multiLevelType w:val="multilevel"/>
    <w:tmpl w:val="D396CAAE"/>
    <w:lvl w:ilvl="0">
      <w:start w:val="1"/>
      <w:numFmt w:val="decimal"/>
      <w:lvlText w:val="%1."/>
      <w:lvlJc w:val="left"/>
      <w:pPr>
        <w:ind w:left="5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9" w:hanging="720"/>
      </w:pPr>
      <w:rPr>
        <w:rFonts w:hint="default"/>
        <w:b/>
        <w:bCs w:val="0"/>
        <w:sz w:val="22"/>
      </w:rPr>
    </w:lvl>
    <w:lvl w:ilvl="2">
      <w:start w:val="1"/>
      <w:numFmt w:val="decimal"/>
      <w:isLgl/>
      <w:lvlText w:val="%1.%2.%3."/>
      <w:lvlJc w:val="left"/>
      <w:pPr>
        <w:ind w:left="1679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399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479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39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559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279" w:hanging="2160"/>
      </w:pPr>
      <w:rPr>
        <w:rFonts w:hint="default"/>
        <w:sz w:val="22"/>
      </w:rPr>
    </w:lvl>
  </w:abstractNum>
  <w:num w:numId="1" w16cid:durableId="840782443">
    <w:abstractNumId w:val="8"/>
  </w:num>
  <w:num w:numId="2" w16cid:durableId="1029985687">
    <w:abstractNumId w:val="6"/>
  </w:num>
  <w:num w:numId="3" w16cid:durableId="1830518639">
    <w:abstractNumId w:val="5"/>
  </w:num>
  <w:num w:numId="4" w16cid:durableId="355079941">
    <w:abstractNumId w:val="4"/>
  </w:num>
  <w:num w:numId="5" w16cid:durableId="1894346598">
    <w:abstractNumId w:val="7"/>
  </w:num>
  <w:num w:numId="6" w16cid:durableId="728967211">
    <w:abstractNumId w:val="3"/>
  </w:num>
  <w:num w:numId="7" w16cid:durableId="967322699">
    <w:abstractNumId w:val="2"/>
  </w:num>
  <w:num w:numId="8" w16cid:durableId="255482802">
    <w:abstractNumId w:val="1"/>
  </w:num>
  <w:num w:numId="9" w16cid:durableId="902257413">
    <w:abstractNumId w:val="0"/>
  </w:num>
  <w:num w:numId="10" w16cid:durableId="463155166">
    <w:abstractNumId w:val="9"/>
  </w:num>
  <w:num w:numId="11" w16cid:durableId="16625436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6B53"/>
    <w:rsid w:val="00105603"/>
    <w:rsid w:val="00105B6C"/>
    <w:rsid w:val="0015074B"/>
    <w:rsid w:val="001C7D57"/>
    <w:rsid w:val="002255EA"/>
    <w:rsid w:val="00280C4C"/>
    <w:rsid w:val="00292A5E"/>
    <w:rsid w:val="0029405F"/>
    <w:rsid w:val="0029639D"/>
    <w:rsid w:val="002A37A2"/>
    <w:rsid w:val="00326F90"/>
    <w:rsid w:val="003330B1"/>
    <w:rsid w:val="003511D7"/>
    <w:rsid w:val="00377426"/>
    <w:rsid w:val="003E14C8"/>
    <w:rsid w:val="00441A4A"/>
    <w:rsid w:val="00470CC2"/>
    <w:rsid w:val="00485A37"/>
    <w:rsid w:val="004970E1"/>
    <w:rsid w:val="004D2AF4"/>
    <w:rsid w:val="004E3D99"/>
    <w:rsid w:val="005127B9"/>
    <w:rsid w:val="00531C74"/>
    <w:rsid w:val="00543754"/>
    <w:rsid w:val="0058464C"/>
    <w:rsid w:val="00614AB7"/>
    <w:rsid w:val="006512FF"/>
    <w:rsid w:val="006567FB"/>
    <w:rsid w:val="00723C1A"/>
    <w:rsid w:val="007617C1"/>
    <w:rsid w:val="00767ED8"/>
    <w:rsid w:val="0077321C"/>
    <w:rsid w:val="007947FA"/>
    <w:rsid w:val="007C50B0"/>
    <w:rsid w:val="0086000B"/>
    <w:rsid w:val="00875B33"/>
    <w:rsid w:val="00892791"/>
    <w:rsid w:val="008B0524"/>
    <w:rsid w:val="00903AB9"/>
    <w:rsid w:val="00904331"/>
    <w:rsid w:val="00906B57"/>
    <w:rsid w:val="00912B6D"/>
    <w:rsid w:val="009875E6"/>
    <w:rsid w:val="009A203F"/>
    <w:rsid w:val="00A136CD"/>
    <w:rsid w:val="00A229FE"/>
    <w:rsid w:val="00A46B5B"/>
    <w:rsid w:val="00A86829"/>
    <w:rsid w:val="00AA1D8D"/>
    <w:rsid w:val="00AB1459"/>
    <w:rsid w:val="00AD6394"/>
    <w:rsid w:val="00B02E75"/>
    <w:rsid w:val="00B231AB"/>
    <w:rsid w:val="00B26BB8"/>
    <w:rsid w:val="00B47730"/>
    <w:rsid w:val="00BD7B6B"/>
    <w:rsid w:val="00C80BBD"/>
    <w:rsid w:val="00CB0664"/>
    <w:rsid w:val="00CC0582"/>
    <w:rsid w:val="00CF3CD0"/>
    <w:rsid w:val="00D47500"/>
    <w:rsid w:val="00D64640"/>
    <w:rsid w:val="00D7148A"/>
    <w:rsid w:val="00D763C4"/>
    <w:rsid w:val="00DF4D48"/>
    <w:rsid w:val="00E01311"/>
    <w:rsid w:val="00E34181"/>
    <w:rsid w:val="00E3630E"/>
    <w:rsid w:val="00E40B4B"/>
    <w:rsid w:val="00E76550"/>
    <w:rsid w:val="00E8589F"/>
    <w:rsid w:val="00ED4525"/>
    <w:rsid w:val="00F23B26"/>
    <w:rsid w:val="00F24AFF"/>
    <w:rsid w:val="00F26DAA"/>
    <w:rsid w:val="00F4383E"/>
    <w:rsid w:val="00F63447"/>
    <w:rsid w:val="00F852E5"/>
    <w:rsid w:val="00FC390A"/>
    <w:rsid w:val="00FC693F"/>
    <w:rsid w:val="00FD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9C1E6"/>
  <w14:defaultImageDpi w14:val="300"/>
  <w15:docId w15:val="{B7FAA2A9-4EFB-4489-A383-08C14FBF8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B26B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customStyle="1" w:styleId="Pa17">
    <w:name w:val="Pa17"/>
    <w:basedOn w:val="Default"/>
    <w:next w:val="Default"/>
    <w:uiPriority w:val="99"/>
    <w:rsid w:val="00CF3CD0"/>
    <w:pPr>
      <w:spacing w:line="201" w:lineRule="atLeast"/>
    </w:pPr>
    <w:rPr>
      <w:rFonts w:ascii="Fira Sans Condensed SemiBold" w:eastAsiaTheme="minorHAnsi" w:hAnsi="Fira Sans Condensed SemiBold" w:cstheme="minorBidi"/>
      <w:color w:val="auto"/>
      <w:lang w:val="en-US"/>
    </w:rPr>
  </w:style>
  <w:style w:type="paragraph" w:customStyle="1" w:styleId="Pa15">
    <w:name w:val="Pa15"/>
    <w:basedOn w:val="Default"/>
    <w:next w:val="Default"/>
    <w:uiPriority w:val="99"/>
    <w:rsid w:val="00CF3CD0"/>
    <w:pPr>
      <w:spacing w:line="201" w:lineRule="atLeast"/>
    </w:pPr>
    <w:rPr>
      <w:rFonts w:ascii="Fira Sans Condensed SemiBold" w:eastAsiaTheme="minorHAnsi" w:hAnsi="Fira Sans Condensed SemiBold" w:cstheme="minorBidi"/>
      <w:color w:val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ED1682-00ED-4732-BA1B-4A1114F44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25</Pages>
  <Words>7842</Words>
  <Characters>45485</Characters>
  <Application>Microsoft Office Word</Application>
  <DocSecurity>0</DocSecurity>
  <Lines>379</Lines>
  <Paragraphs>106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53221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Alexandra Statescu</cp:lastModifiedBy>
  <cp:revision>28</cp:revision>
  <dcterms:created xsi:type="dcterms:W3CDTF">2026-08-29T15:22:00Z</dcterms:created>
  <dcterms:modified xsi:type="dcterms:W3CDTF">2026-09-11T08:03:00Z</dcterms:modified>
  <cp:category/>
</cp:coreProperties>
</file>